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السلسلة 1: تطبيقات مباشرة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kg</m:t>
              </m:r>
            </m:oMath>
          </w:p>
        </w:tc>
      </w:tr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6380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9,8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s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(تستعمل في كل التطبيقات عند الحاجة)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1: صحيح أم خطأ؟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أجب بصحيح أو خطأ، وصحّح العبارة الخاطئة: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مبدأ المرجع الهيليومركزي هو مركز الأرض.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قوة جذب الأرض لقمر اصطناعي موجهة دائما نحو مركز الأرض.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تسارع قمر اصطناعي في حركة دائرية منتظمة معدوم لأن سرعته ثابتة.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>كلما كانت كتلة القمر الاصطناعي أكبر كانت سرعته المدارية أكبر على نفس المدار.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>سرعة كوكب ثابتة القيمة على مداره الإهليلجي حول الشمس.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كل قمر اصطناعي دوره </w:t>
      </w:r>
      <m:oMath>
        <m:r>
          <w:rPr>
            <w:rFonts w:ascii="Cambria Math" w:hAnsi="Cambria Math" w:cs="Cambria Math"/>
          </w:rPr>
          <m:t xml:space="preserve">24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h</m:t>
        </m:r>
      </m:oMath>
      <w:r>
        <w:rPr>
          <w:rFonts w:ascii="Amiri" w:hAnsi="Amiri" w:cs="Amiri"/>
          <w:rtl/>
        </w:rPr>
        <w:t xml:space="preserve"> هو قمر جيومستقر.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2: قوة الجذب والتسارع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قمر اصطناعي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كتلته </w:t>
      </w:r>
      <m:oMath>
        <m:r>
          <w:rPr>
            <w:rFonts w:ascii="Cambria Math" w:hAnsi="Cambria Math" w:cs="Cambria Math"/>
          </w:rPr>
          <m:t xml:space="preserve">m = 1000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  <w:r>
        <w:rPr>
          <w:rFonts w:ascii="Amiri" w:hAnsi="Amiri" w:cs="Amiri"/>
          <w:rtl/>
        </w:rPr>
        <w:t xml:space="preserve"> يدور حول الأرض على مدار دائري ارتفاعه </w:t>
      </w:r>
      <m:oMath>
        <m:r>
          <w:rPr>
            <w:rFonts w:ascii="Cambria Math" w:hAnsi="Cambria Math" w:cs="Cambria Math"/>
          </w:rPr>
          <m:t xml:space="preserve">h = 620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، (الشكل 1).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734056" cy="23012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1-orbit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056" cy="2301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احسب نصف قطر المدار </w:t>
      </w:r>
      <m:oMath>
        <m:r>
          <w:rPr>
            <w:rFonts w:ascii="Cambria Math" w:hAnsi="Cambria Math" w:cs="Cambria Math"/>
          </w:rPr>
          <m:t xml:space="preserve">r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اكتب عبارة شدة قوة الجذب </w:t>
      </w:r>
      <m:oMath>
        <m:sSub>
          <m:e>
            <m:r>
              <w:rPr>
                <w:rFonts w:ascii="Cambria Math" w:hAnsi="Cambria Math" w:cs="Cambria Math"/>
              </w:rPr>
              <m:t xml:space="preserve">F</m:t>
            </m:r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</m:oMath>
      <w:r>
        <w:rPr>
          <w:rFonts w:ascii="Amiri" w:hAnsi="Amiri" w:cs="Amiri"/>
          <w:rtl/>
        </w:rPr>
        <w:t xml:space="preserve"> ثم احسب قيمتها.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مثّل على الشكل (1) القوة 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hAnsi="Cambria Math" w:cs="Cambria Math"/>
                  </w:rPr>
                  <m:t xml:space="preserve">F</m:t>
                </m:r>
              </m:e>
            </m:acc>
          </m:e>
          <m:sub>
            <m:r>
              <w:rPr>
                <w:rFonts w:ascii="Cambria Math" w:hAnsi="Cambria Math" w:cs="Cambria Math"/>
              </w:rPr>
              <m:t xml:space="preserve">T/S</m:t>
            </m:r>
          </m:sub>
        </m:sSub>
      </m:oMath>
      <w:r>
        <w:rPr>
          <w:rFonts w:ascii="Amiri" w:hAnsi="Amiri" w:cs="Amiri"/>
          <w:rtl/>
        </w:rPr>
        <w:t xml:space="preserve"> بالسلم </w:t>
      </w:r>
      <m:oMath>
        <m:r>
          <w:rPr>
            <w:rFonts w:ascii="Cambria Math" w:hAnsi="Cambria Math" w:cs="Cambria Math"/>
          </w:rPr>
          <m:t xml:space="preserve">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→</m:t>
        </m:r>
        <m:r>
          <w:rPr>
            <w:rFonts w:ascii="Cambria Math" w:hAnsi="Cambria Math" w:cs="Cambria Math"/>
          </w:rPr>
          <m:t xml:space="preserve"> 4000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</m:oMath>
      <w:r>
        <w:rPr>
          <w:rFonts w:ascii="Amiri" w:hAnsi="Amiri" w:cs="Amiri"/>
          <w:rtl/>
        </w:rPr>
        <w:t xml:space="preserve"> ، ثم مثّل شعاع السرعة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v</m:t>
            </m:r>
          </m:e>
        </m:acc>
      </m:oMath>
      <w:r>
        <w:rPr>
          <w:rFonts w:ascii="Amiri" w:hAnsi="Amiri" w:cs="Amiri"/>
          <w:rtl/>
        </w:rPr>
        <w:t xml:space="preserve"> دون سلم.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بتطبيق القانون الثاني لنيوتن، احسب قيمة التسارع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3: السرعة المدارية والدور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يدور قمر اصطناعي حول الأرض على مدار دائري نصف قطره </w:t>
      </w:r>
      <m:oMath>
        <m:r>
          <w:rPr>
            <w:rFonts w:ascii="Cambria Math" w:hAnsi="Cambria Math" w:cs="Cambria Math"/>
          </w:rPr>
          <m:t xml:space="preserve">r = 7200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بيّن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v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G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M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den>
              </m:f>
            </m:e>
          </m:rad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قيمة السرعة المدارية </w:t>
      </w:r>
      <m:oMath>
        <m:r>
          <w:rPr>
            <w:rFonts w:ascii="Cambria Math" w:hAnsi="Cambria Math" w:cs="Cambria Math"/>
          </w:rPr>
          <m:t xml:space="preserve">v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احسب الدور </w:t>
      </w:r>
      <m:oMath>
        <m:r>
          <w:rPr>
            <w:rFonts w:ascii="Cambria Math" w:hAnsi="Cambria Math" w:cs="Cambria Math"/>
          </w:rPr>
          <m:t xml:space="preserve">T</m:t>
        </m:r>
      </m:oMath>
      <w:r>
        <w:rPr>
          <w:rFonts w:ascii="Amiri" w:hAnsi="Amiri" w:cs="Amiri"/>
          <w:rtl/>
        </w:rPr>
        <w:t xml:space="preserve"> بالثانية ثم بالدقيقة.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>كم دورة ينجز هذا القمر في اليوم الواحد؟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4: من السرعة إلى الارتفاع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سرعة قمر من أقمار تحديد المواقع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GPS</m:t>
        </m:r>
      </m:oMath>
      <w:r>
        <w:rPr>
          <w:rFonts w:ascii="Amiri" w:hAnsi="Amiri" w:cs="Amiri"/>
          <w:rtl/>
        </w:rPr>
        <w:t xml:space="preserve"> على مداره الدائري هي </w:t>
      </w:r>
      <m:oMath>
        <m:r>
          <w:rPr>
            <w:rFonts w:ascii="Cambria Math" w:hAnsi="Cambria Math" w:cs="Cambria Math"/>
          </w:rPr>
          <m:t xml:space="preserve">v = 3,87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استنتج نصف قطر مداره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ثم ارتفاعه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عن سطح الأرض.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دوره </w:t>
      </w:r>
      <m:oMath>
        <m:r>
          <w:rPr>
            <w:rFonts w:ascii="Cambria Math" w:hAnsi="Cambria Math" w:cs="Cambria Math"/>
          </w:rPr>
          <m:t xml:space="preserve">T</m:t>
        </m:r>
      </m:oMath>
      <w:r>
        <w:rPr>
          <w:rFonts w:ascii="Amiri" w:hAnsi="Amiri" w:cs="Amiri"/>
          <w:rtl/>
        </w:rPr>
        <w:t xml:space="preserve"> . هل هو قمر جيومستقر؟ علّل.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5: شدة الجاذبية مع الارتفاع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بيّن أن شدة الجاذبية على ارتفاع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من سطح الأرض تكتب: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g(h) = </m:t>
          </m:r>
          <m:sSub>
            <m:e>
              <m:r>
                <w:rPr>
                  <w:rFonts w:ascii="Cambria Math" w:hAnsi="Cambria Math" w:cs="Cambria Math"/>
                </w:rPr>
                <m:t xml:space="preserve">g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sSub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num>
            <m:den>
              <m:r>
                <w:rPr>
                  <w:rFonts w:ascii="Cambria Math" w:hAnsi="Cambria Math" w:cs="Cambria Math"/>
                </w:rPr>
                <m:t xml:space="preserve">(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+ h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)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على الارتفاع </w:t>
      </w:r>
      <m:oMath>
        <m:r>
          <w:rPr>
            <w:rFonts w:ascii="Cambria Math" w:hAnsi="Cambria Math" w:cs="Cambria Math"/>
          </w:rPr>
          <m:t xml:space="preserve">h = 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على أي ارتفاع تصبح </w:t>
      </w:r>
      <m:oMath>
        <m:r>
          <w:rPr>
            <w:rFonts w:ascii="Cambria Math" w:hAnsi="Cambria Math" w:cs="Cambria Math"/>
          </w:rPr>
          <m:t xml:space="preserve">g = </m:t>
        </m:r>
        <m:f>
          <m:num>
            <m:sSub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0</m:t>
                </m:r>
              </m:sub>
            </m:sSub>
          </m:num>
          <m:den>
            <m:r>
              <w:rPr>
                <w:rFonts w:ascii="Cambria Math" w:hAnsi="Cambria Math" w:cs="Cambria Math"/>
              </w:rPr>
              <m:t xml:space="preserve">4</m:t>
            </m:r>
          </m:den>
        </m:f>
      </m:oMath>
      <w:r>
        <w:rPr>
          <w:rFonts w:ascii="Amiri" w:hAnsi="Amiri" w:cs="Amiri"/>
          <w:rtl/>
        </w:rPr>
        <w:t xml:space="preserve"> 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6: القانونان الأول والثاني لكبلر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يمثل الشكل (1)، بشكل مبالغ فيه، مسار كوكب حول الشمس، ويقطع القوسين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3</m:t>
            </m:r>
          </m:sub>
        </m:sSub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4</m:t>
            </m:r>
          </m:sub>
        </m:sSub>
      </m:oMath>
      <w:r>
        <w:rPr>
          <w:rFonts w:ascii="Amiri" w:hAnsi="Amiri" w:cs="Amiri"/>
          <w:rtl/>
        </w:rPr>
        <w:t xml:space="preserve"> خلال نفس المدة.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39183" cy="262737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1-kepl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9183" cy="26273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ما طبيعة مسار الكوكب؟ وأين تقع الشمس بالنسبة إليه؟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قارن المساحتين </w:t>
      </w:r>
      <m:oMath>
        <m:sSub>
          <m:e>
            <m:r>
              <w:rPr>
                <w:rFonts w:ascii="Cambria Math" w:hAnsi="Cambria Math" w:cs="Cambria Math"/>
              </w:rPr>
              <m:t xml:space="preserve">𝒜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𝒜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، وسمّ القانون الذي اعتمدت عليه.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سمّ النقطتين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، ثم حدد أين تكون سرعة الكوكب أكبر.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7: القانون الثالث لكبلر (قمران حول الأرض)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يدور القمر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حول الأرض على مدار دائري نصف قطره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7000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، ويدور القمر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على مدار دائري نصف قطره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  <m:r>
          <w:rPr>
            <w:rFonts w:ascii="Cambria Math" w:hAnsi="Cambria Math" w:cs="Cambria Math"/>
          </w:rPr>
          <m:t xml:space="preserve"> = 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اكتب نص القانون الثالث لكبلر.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الدور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للقمر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دون حساب الثابت، استنتج الدور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للقمر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8: القانون الثالث لكبلر (كواكب حول الشمس)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نأخذ للأرض: نصف المحور الكبير </w:t>
      </w:r>
      <m:oMath>
        <m:sSub>
          <m:e>
            <m:r>
              <w:rPr>
                <w:rFonts w:ascii="Cambria Math" w:hAnsi="Cambria Math" w:cs="Cambria Math"/>
              </w:rPr>
              <m:t xml:space="preserve">a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والدور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  <m:r>
          <w:rPr>
            <w:rFonts w:ascii="Cambria Math" w:hAnsi="Cambria Math" w:cs="Cambria Math"/>
          </w:rPr>
          <m:t xml:space="preserve">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نصف المحور الكبير لمدار المريخ </w:t>
      </w:r>
      <m:oMath>
        <m:r>
          <w:rPr>
            <w:rFonts w:ascii="Cambria Math" w:hAnsi="Cambria Math" w:cs="Cambria Math"/>
          </w:rPr>
          <m:t xml:space="preserve">a = 1,52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  <w:r>
        <w:rPr>
          <w:rFonts w:ascii="Amiri" w:hAnsi="Amiri" w:cs="Amiri"/>
          <w:rtl/>
        </w:rPr>
        <w:t xml:space="preserve"> . احسب دوره بالسنة.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دور كوكب زحل </w:t>
      </w:r>
      <m:oMath>
        <m:r>
          <w:rPr>
            <w:rFonts w:ascii="Cambria Math" w:hAnsi="Cambria Math" w:cs="Cambria Math"/>
          </w:rPr>
          <m:t xml:space="preserve">T = 29,46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an</m:t>
        </m:r>
      </m:oMath>
      <w:r>
        <w:rPr>
          <w:rFonts w:ascii="Amiri" w:hAnsi="Amiri" w:cs="Amiri"/>
          <w:rtl/>
        </w:rPr>
        <w:t xml:space="preserve"> . احسب نصف المحور الكبير لمداره بالوحدة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ua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9: كتلة كوكب من حركة قمره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يدور فوبوس حول المريخ على مدار نعتبره دائريا، نصف قطره </w:t>
      </w:r>
      <m:oMath>
        <m:r>
          <w:rPr>
            <w:rFonts w:ascii="Cambria Math" w:hAnsi="Cambria Math" w:cs="Cambria Math"/>
          </w:rPr>
          <m:t xml:space="preserve">r = 9380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ودوره </w:t>
      </w:r>
      <m:oMath>
        <m:r>
          <w:rPr>
            <w:rFonts w:ascii="Cambria Math" w:hAnsi="Cambria Math" w:cs="Cambria Math"/>
          </w:rPr>
          <m:t xml:space="preserve">T = 7,65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h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أثبت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M</m:t>
              </m:r>
            </m:e>
            <m:sub>
              <m:r>
                <w:rPr>
                  <w:rFonts w:ascii="Cambria Math" w:hAnsi="Cambria Math" w:cs="Cambria Math"/>
                </w:rPr>
                <m:t xml:space="preserve">M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den>
          </m:f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كتلة المريخ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M</m:t>
            </m:r>
          </m:sub>
        </m:sSub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التطبيق 10: القمر الجيومستقر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دور دوران الأرض حول نفسها هو </w:t>
      </w:r>
      <m:oMath>
        <m:r>
          <w:rPr>
            <w:rFonts w:ascii="Cambria Math" w:hAnsi="Cambria Math" w:cs="Cambria Math"/>
          </w:rPr>
          <m:t xml:space="preserve">T = 86164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اذكر الشروط الثلاثة التي تجعل قمرا اصطناعيا جيومستقرا.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نصف قطر مداره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ثم ارتفاعه </w:t>
      </w:r>
      <m:oMath>
        <m:r>
          <w:rPr>
            <w:rFonts w:ascii="Cambria Math" w:hAnsi="Cambria Math" w:cs="Cambria Math"/>
          </w:rPr>
          <m:t xml:space="preserve">h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احسب سرعته المدارية </w:t>
      </w:r>
      <m:oMath>
        <m:r>
          <w:rPr>
            <w:rFonts w:ascii="Cambria Math" w:hAnsi="Cambria Math" w:cs="Cambria Math"/>
          </w:rPr>
          <m:t xml:space="preserve">v</m:t>
        </m:r>
      </m:oMath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1: تطبيقات مباشرة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