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bidiVisual/>
        <w:tblW w:type="auto" w:w="0"/>
        <w:tblBorders>
          <w:top w:val="single" w:sz="10" w:space="0" w:color="1F3864"/>
          <w:left w:val="single" w:sz="10" w:space="0" w:color="1F3864"/>
          <w:bottom w:val="single" w:sz="10" w:space="0" w:color="1F3864"/>
          <w:right w:val="single" w:sz="10" w:space="0" w:color="1F3864"/>
          <w:insideH w:val="single" w:sz="10" w:space="0" w:color="1F3864"/>
          <w:insideV w:val="single" w:sz="10" w:space="0" w:color="1F3864"/>
        </w:tblBorders>
        <w:tblLayout w:type="fixed"/>
        <w:tblCellMar>
          <w:top w:w="40" w:type="dxa"/>
          <w:left w:w="70" w:type="dxa"/>
          <w:bottom w:w="40" w:type="dxa"/>
          <w:right w:w="70" w:type="dxa"/>
        </w:tblCellMar>
        <w:tblLook w:firstColumn="1" w:firstRow="1" w:lastColumn="0" w:lastRow="0" w:noHBand="0" w:noVBand="1" w:val="04A0"/>
      </w:tblPr>
      <w:tblGrid>
        <w:gridCol w:w="6463"/>
        <w:gridCol w:w="3288"/>
      </w:tblGrid>
      <w:tr>
        <w:tc>
          <w:tcPr>
            <w:tcW w:type="dxa" w:w="6463"/>
            <w:vAlign w:val="center"/>
          </w:tcPr>
          <w:p>
            <w:pPr>
              <w:bidi/>
              <w:spacing w:before="20" w:after="20"/>
            </w:pPr>
            <w:r>
              <w:rPr>
                <w:rFonts w:ascii="Amiri" w:hAnsi="Amiri" w:cs="Amiri"/>
                <w:sz w:val="25"/>
                <w:szCs w:val="25"/>
                <w:rtl/>
              </w:rPr>
              <w:t>ثانوية: حمو بوتليليس – وهران</w:t>
            </w:r>
          </w:p>
        </w:tc>
        <w:tc>
          <w:tcPr>
            <w:tcW w:type="dxa" w:w="3288"/>
            <w:vAlign w:val="center"/>
          </w:tcPr>
          <w:p>
            <w:pPr>
              <w:bidi/>
              <w:spacing w:before="20" w:after="20"/>
            </w:pPr>
            <w:r>
              <w:rPr>
                <w:rFonts w:ascii="Amiri" w:hAnsi="Amiri" w:cs="Amiri"/>
                <w:sz w:val="25"/>
                <w:szCs w:val="25"/>
                <w:rtl/>
              </w:rPr>
              <w:t>السنة الدراسية: ‎2026/2027‎</w:t>
            </w:r>
          </w:p>
        </w:tc>
      </w:tr>
      <w:tr>
        <w:tc>
          <w:tcPr>
            <w:tcW w:type="dxa" w:w="3288"/>
            <w:gridSpan w:val="2"/>
            <w:shd w:val="clear" w:color="auto" w:fill="E8EDF4"/>
            <w:vAlign w:val="center"/>
          </w:tcPr>
          <w:p>
            <w:pPr>
              <w:bidi/>
              <w:spacing w:before="20" w:after="20"/>
              <w:jc w:val="center"/>
            </w:pPr>
            <w:r>
              <w:rPr>
                <w:rFonts w:ascii="Amiri" w:hAnsi="Amiri" w:cs="Amiri"/>
                <w:b/>
                <w:bCs/>
                <w:color w:val="1F3864"/>
                <w:sz w:val="30"/>
                <w:szCs w:val="30"/>
                <w:rtl/>
              </w:rPr>
              <w:t>تمارين في الطاقة: مسارات ونوابض</w:t>
            </w:r>
          </w:p>
        </w:tc>
      </w:tr>
      <w:tr>
        <w:tc>
          <w:tcPr>
            <w:tcW w:type="dxa" w:w="6463"/>
            <w:vAlign w:val="center"/>
          </w:tcPr>
          <w:p>
            <w:pPr>
              <w:bidi/>
              <w:spacing w:before="20" w:after="20"/>
            </w:pPr>
            <w:r>
              <w:rPr>
                <w:rFonts w:ascii="Amiri" w:hAnsi="Amiri" w:cs="Amiri"/>
                <w:sz w:val="25"/>
                <w:szCs w:val="25"/>
                <w:rtl/>
              </w:rPr>
              <w:t>المستوى: السنة الثانية ثانوي (شعب علمية)</w:t>
            </w:r>
          </w:p>
        </w:tc>
        <w:tc>
          <w:tcPr>
            <w:tcW w:type="dxa" w:w="3288"/>
            <w:vAlign w:val="center"/>
          </w:tcPr>
          <w:p>
            <w:pPr>
              <w:bidi/>
              <w:spacing w:before="20" w:after="20"/>
            </w:pPr>
            <w:r>
              <w:rPr>
                <w:rFonts w:ascii="Amiri" w:hAnsi="Amiri" w:cs="Amiri"/>
                <w:sz w:val="25"/>
                <w:szCs w:val="25"/>
                <w:rtl/>
              </w:rPr>
              <w:t>الوحدة: الطاقة الكامنة</w:t>
            </w:r>
          </w:p>
        </w:tc>
      </w:tr>
      <w:tr>
        <w:tc>
          <w:tcPr>
            <w:tcW w:type="dxa" w:w="6463"/>
            <w:vAlign w:val="center"/>
          </w:tcPr>
          <w:p>
            <w:pPr>
              <w:bidi/>
              <w:spacing w:before="20" w:after="20"/>
            </w:pPr>
            <w:r>
              <w:rPr>
                <w:rFonts w:ascii="Amiri" w:hAnsi="Amiri" w:cs="Amiri"/>
                <w:sz w:val="25"/>
                <w:szCs w:val="25"/>
                <w:rtl/>
              </w:rPr>
              <w:t>الاسم واللقب: ................................................</w:t>
            </w:r>
          </w:p>
        </w:tc>
        <w:tc>
          <w:tcPr>
            <w:tcW w:type="dxa" w:w="3288"/>
            <w:vAlign w:val="center"/>
          </w:tcPr>
          <w:p>
            <w:pPr>
              <w:bidi/>
              <w:spacing w:before="20" w:after="20"/>
            </w:pPr>
            <w:r>
              <w:rPr>
                <w:rFonts w:ascii="Amiri" w:hAnsi="Amiri" w:cs="Amiri"/>
                <w:sz w:val="25"/>
                <w:szCs w:val="25"/>
                <w:rtl/>
              </w:rPr>
              <w:t>القسم: ..............</w:t>
            </w:r>
          </w:p>
        </w:tc>
      </w:tr>
    </w:tbl>
    <w:p>
      <w:pPr>
        <w:bidi/>
        <w:spacing w:before="0" w:after="40"/>
        <w:ind w:start="0" w:end="0"/>
      </w:pPr>
    </w:p>
    <w:p>
      <w:pPr>
        <w:keepNext/>
        <w:shd w:val="clear" w:color="auto" w:fill="1F3864"/>
        <w:bidi/>
        <w:spacing w:before="160" w:after="100"/>
        <w:ind w:start="0" w:end="0"/>
      </w:pPr>
      <w:r>
        <w:rPr>
          <w:rFonts w:ascii="Amiri" w:hAnsi="Amiri" w:cs="Amiri"/>
          <w:b/>
          <w:bCs/>
          <w:color w:val="FFFFFF"/>
          <w:sz w:val="27"/>
          <w:szCs w:val="27"/>
          <w:rtl/>
        </w:rPr>
        <w:t xml:space="preserve">  التمرين الأول</w:t>
      </w:r>
    </w:p>
    <w:p>
      <w:pPr>
        <w:bidi/>
        <w:spacing w:before="40" w:after="80"/>
        <w:ind w:start="0" w:end="0"/>
      </w:pPr>
      <w:r>
        <w:rPr>
          <w:rFonts w:ascii="Amiri" w:hAnsi="Amiri" w:cs="Amiri"/>
          <w:rtl/>
        </w:rPr>
        <w:t xml:space="preserve">جسم نعتبره نقطيا كتلته </w:t>
      </w:r>
      <m:oMath>
        <m:r>
          <w:rPr>
            <w:rFonts w:ascii="Cambria Math" w:hAnsi="Cambria Math" w:cs="Cambria Math"/>
          </w:rPr>
          <m:t xml:space="preserve">m = 0,5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kg</m:t>
        </m:r>
      </m:oMath>
      <w:r>
        <w:rPr>
          <w:rFonts w:ascii="Amiri" w:hAnsi="Amiri" w:cs="Amiri"/>
          <w:rtl/>
        </w:rPr>
        <w:t xml:space="preserve"> ندفعه من الموضع </w:t>
      </w:r>
      <m:oMath>
        <m:r>
          <w:rPr>
            <w:rFonts w:ascii="Cambria Math" w:hAnsi="Cambria Math" w:cs="Cambria Math"/>
          </w:rPr>
          <m:t xml:space="preserve">A</m:t>
        </m:r>
      </m:oMath>
      <w:r>
        <w:rPr>
          <w:rFonts w:ascii="Amiri" w:hAnsi="Amiri" w:cs="Amiri"/>
          <w:rtl/>
        </w:rPr>
        <w:t xml:space="preserve"> أعلى مستو مائل بزاوية </w:t>
      </w:r>
      <m:oMath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α</m:t>
        </m:r>
        <m:r>
          <w:rPr>
            <w:rFonts w:ascii="Cambria Math" w:hAnsi="Cambria Math" w:cs="Cambria Math"/>
          </w:rPr>
          <m:t xml:space="preserve"> = 3</m:t>
        </m:r>
        <m:sSup>
          <m:e>
            <m:r>
              <w:rPr>
                <w:rFonts w:ascii="Cambria Math" w:hAnsi="Cambria Math" w:cs="Cambria Math"/>
              </w:rPr>
              <m:t xml:space="preserve">0</m:t>
            </m:r>
          </m:e>
          <m:sup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°</m:t>
            </m:r>
          </m:sup>
        </m:sSup>
      </m:oMath>
      <w:r>
        <w:rPr>
          <w:rFonts w:ascii="Amiri" w:hAnsi="Amiri" w:cs="Amiri"/>
          <w:rtl/>
        </w:rPr>
        <w:t xml:space="preserve"> عن الأفق، طوله </w:t>
      </w:r>
      <m:oMath>
        <m:r>
          <w:rPr>
            <w:rFonts w:ascii="Cambria Math" w:hAnsi="Cambria Math" w:cs="Cambria Math"/>
          </w:rPr>
          <m:t xml:space="preserve">AB = 2,5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m</m:t>
        </m:r>
      </m:oMath>
      <w:r>
        <w:rPr>
          <w:rFonts w:ascii="Amiri" w:hAnsi="Amiri" w:cs="Amiri"/>
          <w:rtl/>
        </w:rPr>
        <w:t xml:space="preserve"> ، بسرعة </w:t>
      </w:r>
      <m:oMath>
        <m:sSub>
          <m:e>
            <m:r>
              <w:rPr>
                <w:rFonts w:ascii="Cambria Math" w:hAnsi="Cambria Math" w:cs="Cambria Math"/>
              </w:rPr>
              <m:t xml:space="preserve">v</m:t>
            </m:r>
          </m:e>
          <m:sub>
            <m:r>
              <w:rPr>
                <w:rFonts w:ascii="Cambria Math" w:hAnsi="Cambria Math" w:cs="Cambria Math"/>
              </w:rPr>
              <m:t xml:space="preserve">A</m:t>
            </m:r>
          </m:sub>
        </m:sSub>
        <m:r>
          <w:rPr>
            <w:rFonts w:ascii="Cambria Math" w:hAnsi="Cambria Math" w:cs="Cambria Math"/>
          </w:rPr>
          <m:t xml:space="preserve"> = 2,5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m/s</m:t>
        </m:r>
      </m:oMath>
      <w:r>
        <w:rPr>
          <w:rFonts w:ascii="Amiri" w:hAnsi="Amiri" w:cs="Amiri"/>
          <w:rtl/>
        </w:rPr>
        <w:t xml:space="preserve"> ليصل إلى الموضع </w:t>
      </w:r>
      <m:oMath>
        <m:r>
          <w:rPr>
            <w:rFonts w:ascii="Cambria Math" w:hAnsi="Cambria Math" w:cs="Cambria Math"/>
          </w:rPr>
          <m:t xml:space="preserve">B</m:t>
        </m:r>
      </m:oMath>
      <w:r>
        <w:rPr>
          <w:rFonts w:ascii="Amiri" w:hAnsi="Amiri" w:cs="Amiri"/>
          <w:rtl/>
        </w:rPr>
        <w:t xml:space="preserve"> بنفس السرعة </w:t>
      </w:r>
      <m:oMath>
        <m:sSub>
          <m:e>
            <m:r>
              <w:rPr>
                <w:rFonts w:ascii="Cambria Math" w:hAnsi="Cambria Math" w:cs="Cambria Math"/>
              </w:rPr>
              <m:t xml:space="preserve">v</m:t>
            </m:r>
          </m:e>
          <m:sub>
            <m:r>
              <w:rPr>
                <w:rFonts w:ascii="Cambria Math" w:hAnsi="Cambria Math" w:cs="Cambria Math"/>
              </w:rPr>
              <m:t xml:space="preserve">B</m:t>
            </m:r>
          </m:sub>
        </m:sSub>
        <m:r>
          <w:rPr>
            <w:rFonts w:ascii="Cambria Math" w:hAnsi="Cambria Math" w:cs="Cambria Math"/>
          </w:rPr>
          <m:t xml:space="preserve"> = 2,5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m/s</m:t>
        </m:r>
      </m:oMath>
      <w:r>
        <w:rPr>
          <w:rFonts w:ascii="Amiri" w:hAnsi="Amiri" w:cs="Amiri"/>
          <w:rtl/>
        </w:rPr>
        <w:t xml:space="preserve"> . يخضع أثناء حركته على الجزء </w:t>
      </w:r>
      <m:oMath>
        <m:r>
          <w:rPr>
            <w:rFonts w:ascii="Cambria Math" w:hAnsi="Cambria Math" w:cs="Cambria Math"/>
          </w:rPr>
          <m:t xml:space="preserve">AB</m:t>
        </m:r>
      </m:oMath>
      <w:r>
        <w:rPr>
          <w:rFonts w:ascii="Amiri" w:hAnsi="Amiri" w:cs="Amiri"/>
          <w:rtl/>
        </w:rPr>
        <w:t xml:space="preserve"> إلى قوة احتكاك </w:t>
      </w:r>
      <m:oMath>
        <m:acc>
          <m:accPr>
            <m:chr m:val="⃗"/>
          </m:accPr>
          <m:e>
            <m:r>
              <w:rPr>
                <w:rFonts w:ascii="Cambria Math" w:hAnsi="Cambria Math" w:cs="Cambria Math"/>
              </w:rPr>
              <m:t xml:space="preserve">f</m:t>
            </m:r>
          </m:e>
        </m:acc>
      </m:oMath>
      <w:r>
        <w:rPr>
          <w:rFonts w:ascii="Amiri" w:hAnsi="Amiri" w:cs="Amiri"/>
          <w:rtl/>
        </w:rPr>
        <w:t xml:space="preserve"> ثابتة الشدة ومعاكسة لجهة الحركة (الشكل 1). </w:t>
      </w:r>
      <w:r>
        <w:rPr>
          <w:rFonts w:ascii="Amiri" w:hAnsi="Amiri" w:cs="Amiri"/>
          <w:b/>
          <w:bCs/>
          <w:rtl/>
        </w:rPr>
        <w:t>يعطى:</w:t>
      </w:r>
      <w:r>
        <w:rPr>
          <w:rFonts w:ascii="Amiri" w:hAnsi="Amiri" w:cs="Amiri"/>
          <w:rtl/>
        </w:rPr>
        <w:t xml:space="preserve"> </w:t>
      </w:r>
      <m:oMath>
        <m:r>
          <w:rPr>
            <w:rFonts w:ascii="Cambria Math" w:hAnsi="Cambria Math" w:cs="Cambria Math"/>
          </w:rPr>
          <m:t xml:space="preserve">g = 10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N/kg</m:t>
        </m:r>
      </m:oMath>
      <w:r>
        <w:rPr>
          <w:rFonts w:ascii="Amiri" w:hAnsi="Amiri" w:cs="Amiri"/>
          <w:rtl/>
        </w:rPr>
        <w:t xml:space="preserve"> .</w:t>
      </w:r>
    </w:p>
    <w:p>
      <w:pPr>
        <w:keepNext/>
        <w:bidi/>
        <w:spacing w:before="40" w:after="40"/>
        <w:ind w:start="0" w:end="0"/>
        <w:jc w:val="center"/>
      </w:pPr>
      <w:r>
        <w:drawing>
          <wp:inline xmlns:a="http://schemas.openxmlformats.org/drawingml/2006/main" xmlns:pic="http://schemas.openxmlformats.org/drawingml/2006/picture">
            <wp:extent cx="5038344" cy="1871472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e4-parcours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038344" cy="18714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bidi/>
        <w:spacing w:before="0" w:after="80"/>
        <w:ind w:start="0" w:end="0"/>
        <w:jc w:val="center"/>
      </w:pPr>
      <w:r>
        <w:rPr>
          <w:rFonts w:ascii="Amiri" w:hAnsi="Amiri" w:cs="Amiri"/>
          <w:b/>
          <w:bCs/>
          <w:color w:val="1F3864"/>
          <w:sz w:val="22"/>
          <w:szCs w:val="22"/>
          <w:rtl/>
        </w:rPr>
        <w:t>الشكل (1)</w:t>
      </w: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1-</w:t>
      </w:r>
      <w:r>
        <w:tab/>
      </w:r>
      <w:r>
        <w:rPr>
          <w:rFonts w:ascii="Amiri" w:hAnsi="Amiri" w:cs="Amiri"/>
          <w:rtl/>
        </w:rPr>
        <w:t xml:space="preserve">مثل القوى المؤثرة على الجسم أثناء حركته على الجزء </w:t>
      </w:r>
      <m:oMath>
        <m:r>
          <w:rPr>
            <w:rFonts w:ascii="Cambria Math" w:hAnsi="Cambria Math" w:cs="Cambria Math"/>
          </w:rPr>
          <m:t xml:space="preserve">AB</m:t>
        </m:r>
      </m:oMath>
      <w:r>
        <w:rPr>
          <w:rFonts w:ascii="Amiri" w:hAnsi="Amiri" w:cs="Amiri"/>
          <w:rtl/>
        </w:rPr>
        <w:t xml:space="preserve"> .</w:t>
      </w: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2-</w:t>
      </w:r>
      <w:r>
        <w:tab/>
      </w:r>
      <w:r>
        <w:rPr>
          <w:rFonts w:ascii="Amiri" w:hAnsi="Amiri" w:cs="Amiri"/>
          <w:rtl/>
        </w:rPr>
        <w:t xml:space="preserve">مثل الحصيلة الطاقوية للجملة (جسم + أرض) أثناء حركته من </w:t>
      </w:r>
      <m:oMath>
        <m:r>
          <w:rPr>
            <w:rFonts w:ascii="Cambria Math" w:hAnsi="Cambria Math" w:cs="Cambria Math"/>
          </w:rPr>
          <m:t xml:space="preserve">A</m:t>
        </m:r>
      </m:oMath>
      <w:r>
        <w:rPr>
          <w:rFonts w:ascii="Amiri" w:hAnsi="Amiri" w:cs="Amiri"/>
          <w:rtl/>
        </w:rPr>
        <w:t xml:space="preserve"> إلى </w:t>
      </w:r>
      <m:oMath>
        <m:r>
          <w:rPr>
            <w:rFonts w:ascii="Cambria Math" w:hAnsi="Cambria Math" w:cs="Cambria Math"/>
          </w:rPr>
          <m:t xml:space="preserve">B</m:t>
        </m:r>
      </m:oMath>
      <w:r>
        <w:rPr>
          <w:rFonts w:ascii="Amiri" w:hAnsi="Amiri" w:cs="Amiri"/>
          <w:rtl/>
        </w:rPr>
        <w:t xml:space="preserve"> ، ثم اكتب معادلة انحفاظ الطاقة. نختار المستوي الأفقي المار من </w:t>
      </w:r>
      <m:oMath>
        <m:r>
          <w:rPr>
            <w:rFonts w:ascii="Cambria Math" w:hAnsi="Cambria Math" w:cs="Cambria Math"/>
          </w:rPr>
          <m:t xml:space="preserve">B</m:t>
        </m:r>
      </m:oMath>
      <w:r>
        <w:rPr>
          <w:rFonts w:ascii="Amiri" w:hAnsi="Amiri" w:cs="Amiri"/>
          <w:rtl/>
        </w:rPr>
        <w:t xml:space="preserve"> مرجعا للطاقة الكامنة الثقالية.</w:t>
      </w: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3-</w:t>
      </w:r>
      <w:r>
        <w:tab/>
      </w:r>
      <w:r>
        <w:rPr>
          <w:rFonts w:ascii="Amiri" w:hAnsi="Amiri" w:cs="Amiri"/>
          <w:rtl/>
        </w:rPr>
        <w:t xml:space="preserve">استنتج شدة قوة الاحتكاك </w:t>
      </w:r>
      <m:oMath>
        <m:r>
          <w:rPr>
            <w:rFonts w:ascii="Cambria Math" w:hAnsi="Cambria Math" w:cs="Cambria Math"/>
          </w:rPr>
          <m:t xml:space="preserve">f</m:t>
        </m:r>
      </m:oMath>
      <w:r>
        <w:rPr>
          <w:rFonts w:ascii="Amiri" w:hAnsi="Amiri" w:cs="Amiri"/>
          <w:rtl/>
        </w:rPr>
        <w:t xml:space="preserve"> .</w:t>
      </w: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4-</w:t>
      </w:r>
      <w:r>
        <w:tab/>
      </w:r>
      <w:r>
        <w:rPr>
          <w:rFonts w:ascii="Amiri" w:hAnsi="Amiri" w:cs="Amiri"/>
          <w:rtl/>
        </w:rPr>
        <w:t xml:space="preserve">يواصل الجسم حركته على المستوي الأفقي </w:t>
      </w:r>
      <m:oMath>
        <m:r>
          <w:rPr>
            <w:rFonts w:ascii="Cambria Math" w:hAnsi="Cambria Math" w:cs="Cambria Math"/>
          </w:rPr>
          <m:t xml:space="preserve">BD</m:t>
        </m:r>
      </m:oMath>
      <w:r>
        <w:rPr>
          <w:rFonts w:ascii="Amiri" w:hAnsi="Amiri" w:cs="Amiri"/>
          <w:rtl/>
        </w:rPr>
        <w:t xml:space="preserve"> تحت تأثير نفس قوة الاحتكاك المحسوبة سابقا ليصل إلى الموضع </w:t>
      </w:r>
      <m:oMath>
        <m:r>
          <w:rPr>
            <w:rFonts w:ascii="Cambria Math" w:hAnsi="Cambria Math" w:cs="Cambria Math"/>
          </w:rPr>
          <m:t xml:space="preserve">C</m:t>
        </m:r>
      </m:oMath>
      <w:r>
        <w:rPr>
          <w:rFonts w:ascii="Amiri" w:hAnsi="Amiri" w:cs="Amiri"/>
          <w:rtl/>
        </w:rPr>
        <w:t xml:space="preserve"> بسرعة </w:t>
      </w:r>
      <m:oMath>
        <m:sSub>
          <m:e>
            <m:r>
              <w:rPr>
                <w:rFonts w:ascii="Cambria Math" w:hAnsi="Cambria Math" w:cs="Cambria Math"/>
              </w:rPr>
              <m:t xml:space="preserve">v</m:t>
            </m:r>
          </m:e>
          <m:sub>
            <m:r>
              <w:rPr>
                <w:rFonts w:ascii="Cambria Math" w:hAnsi="Cambria Math" w:cs="Cambria Math"/>
              </w:rPr>
              <m:t xml:space="preserve">C</m:t>
            </m:r>
          </m:sub>
        </m:sSub>
        <m:r>
          <w:rPr>
            <w:rFonts w:ascii="Cambria Math" w:hAnsi="Cambria Math" w:cs="Cambria Math"/>
          </w:rPr>
          <m:t xml:space="preserve"> = 1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m/s</m:t>
        </m:r>
      </m:oMath>
      <w:r>
        <w:rPr>
          <w:rFonts w:ascii="Amiri" w:hAnsi="Amiri" w:cs="Amiri"/>
          <w:rtl/>
        </w:rPr>
        <w:t xml:space="preserve"> .</w:t>
      </w:r>
    </w:p>
    <w:p>
      <w:pPr>
        <w:bidi/>
        <w:spacing w:before="40" w:after="60"/>
        <w:ind w:start="1020" w:end="0" w:hanging="510"/>
      </w:pPr>
      <w:r>
        <w:rPr>
          <w:rFonts w:ascii="Amiri" w:hAnsi="Amiri" w:cs="Amiri"/>
          <w:b/>
          <w:bCs/>
          <w:color w:val="1F3864"/>
          <w:rtl/>
        </w:rPr>
        <w:t>أ-</w:t>
      </w:r>
      <w:r>
        <w:tab/>
      </w:r>
      <w:r>
        <w:rPr>
          <w:rFonts w:ascii="Amiri" w:hAnsi="Amiri" w:cs="Amiri"/>
          <w:rtl/>
        </w:rPr>
        <w:t xml:space="preserve">بالاستعانة بالحصيلة الطاقوية للجملة (جسم) بين </w:t>
      </w:r>
      <m:oMath>
        <m:r>
          <w:rPr>
            <w:rFonts w:ascii="Cambria Math" w:hAnsi="Cambria Math" w:cs="Cambria Math"/>
          </w:rPr>
          <m:t xml:space="preserve">B</m:t>
        </m:r>
      </m:oMath>
      <w:r>
        <w:rPr>
          <w:rFonts w:ascii="Amiri" w:hAnsi="Amiri" w:cs="Amiri"/>
          <w:rtl/>
        </w:rPr>
        <w:t xml:space="preserve"> و </w:t>
      </w:r>
      <m:oMath>
        <m:r>
          <w:rPr>
            <w:rFonts w:ascii="Cambria Math" w:hAnsi="Cambria Math" w:cs="Cambria Math"/>
          </w:rPr>
          <m:t xml:space="preserve">C</m:t>
        </m:r>
      </m:oMath>
      <w:r>
        <w:rPr>
          <w:rFonts w:ascii="Amiri" w:hAnsi="Amiri" w:cs="Amiri"/>
          <w:rtl/>
        </w:rPr>
        <w:t xml:space="preserve"> ومعادلة انحفاظ الطاقة، احسب المسافة </w:t>
      </w:r>
      <m:oMath>
        <m:r>
          <w:rPr>
            <w:rFonts w:ascii="Cambria Math" w:hAnsi="Cambria Math" w:cs="Cambria Math"/>
          </w:rPr>
          <m:t xml:space="preserve">BC</m:t>
        </m:r>
      </m:oMath>
      <w:r>
        <w:rPr>
          <w:rFonts w:ascii="Amiri" w:hAnsi="Amiri" w:cs="Amiri"/>
          <w:rtl/>
        </w:rPr>
        <w:t xml:space="preserve"> .</w:t>
      </w:r>
    </w:p>
    <w:p>
      <w:pPr>
        <w:bidi/>
        <w:spacing w:before="40" w:after="60"/>
        <w:ind w:start="1020" w:end="0" w:hanging="510"/>
      </w:pPr>
      <w:r>
        <w:rPr>
          <w:rFonts w:ascii="Amiri" w:hAnsi="Amiri" w:cs="Amiri"/>
          <w:b/>
          <w:bCs/>
          <w:color w:val="1F3864"/>
          <w:rtl/>
        </w:rPr>
        <w:t>ب-</w:t>
      </w:r>
      <w:r>
        <w:tab/>
      </w:r>
      <w:r>
        <w:rPr>
          <w:rFonts w:ascii="Amiri" w:hAnsi="Amiri" w:cs="Amiri"/>
          <w:rtl/>
        </w:rPr>
        <w:t xml:space="preserve">يصطدم الجسم عند الموضع </w:t>
      </w:r>
      <m:oMath>
        <m:r>
          <w:rPr>
            <w:rFonts w:ascii="Cambria Math" w:hAnsi="Cambria Math" w:cs="Cambria Math"/>
          </w:rPr>
          <m:t xml:space="preserve">C</m:t>
        </m:r>
      </m:oMath>
      <w:r>
        <w:rPr>
          <w:rFonts w:ascii="Amiri" w:hAnsi="Amiri" w:cs="Amiri"/>
          <w:rtl/>
        </w:rPr>
        <w:t xml:space="preserve"> بنابض أفقي مهمل الكتلة، ثابت مرونته </w:t>
      </w:r>
      <m:oMath>
        <m:r>
          <w:rPr>
            <w:rFonts w:ascii="Cambria Math" w:hAnsi="Cambria Math" w:cs="Cambria Math"/>
          </w:rPr>
          <m:t xml:space="preserve">K = 100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N/m</m:t>
        </m:r>
      </m:oMath>
      <w:r>
        <w:rPr>
          <w:rFonts w:ascii="Amiri" w:hAnsi="Amiri" w:cs="Amiri"/>
          <w:rtl/>
        </w:rPr>
        <w:t xml:space="preserve"> ، ليتوقف لحظيا عند الموضع </w:t>
      </w:r>
      <m:oMath>
        <m:r>
          <w:rPr>
            <w:rFonts w:ascii="Cambria Math" w:hAnsi="Cambria Math" w:cs="Cambria Math"/>
          </w:rPr>
          <m:t xml:space="preserve">D</m:t>
        </m:r>
      </m:oMath>
      <w:r>
        <w:rPr>
          <w:rFonts w:ascii="Amiri" w:hAnsi="Amiri" w:cs="Amiri"/>
          <w:rtl/>
        </w:rPr>
        <w:t xml:space="preserve"> . احسب قيمة انضغاط النابض </w:t>
      </w:r>
      <m:oMath>
        <m:r>
          <w:rPr>
            <w:rFonts w:ascii="Cambria Math" w:hAnsi="Cambria Math" w:cs="Cambria Math"/>
          </w:rPr>
          <m:t xml:space="preserve">x = CD</m:t>
        </m:r>
      </m:oMath>
      <w:r>
        <w:rPr>
          <w:rFonts w:ascii="Amiri" w:hAnsi="Amiri" w:cs="Amiri"/>
          <w:rtl/>
        </w:rPr>
        <w:t xml:space="preserve"> في الحالتين:</w:t>
      </w:r>
    </w:p>
    <w:p>
      <w:pPr>
        <w:bidi/>
        <w:spacing w:before="40" w:after="80"/>
        <w:ind w:start="0" w:end="0"/>
      </w:pPr>
      <w:r>
        <w:rPr>
          <w:rFonts w:ascii="Amiri" w:hAnsi="Amiri" w:cs="Amiri"/>
          <w:rtl/>
        </w:rPr>
        <w:t xml:space="preserve">• بإهمال قوة الاحتكاك على المسار </w:t>
      </w:r>
      <m:oMath>
        <m:r>
          <w:rPr>
            <w:rFonts w:ascii="Cambria Math" w:hAnsi="Cambria Math" w:cs="Cambria Math"/>
          </w:rPr>
          <m:t xml:space="preserve">CD</m:t>
        </m:r>
      </m:oMath>
      <w:r>
        <w:rPr>
          <w:rFonts w:ascii="Amiri" w:hAnsi="Amiri" w:cs="Amiri"/>
          <w:rtl/>
        </w:rPr>
        <w:t xml:space="preserve"> .</w:t>
      </w:r>
    </w:p>
    <w:p>
      <w:pPr>
        <w:bidi/>
        <w:spacing w:before="40" w:after="80"/>
        <w:ind w:start="0" w:end="0"/>
      </w:pPr>
      <w:r>
        <w:rPr>
          <w:rFonts w:ascii="Amiri" w:hAnsi="Amiri" w:cs="Amiri"/>
          <w:rtl/>
        </w:rPr>
        <w:t xml:space="preserve">• باعتبار قوة الاحتكاك على المسار </w:t>
      </w:r>
      <m:oMath>
        <m:r>
          <w:rPr>
            <w:rFonts w:ascii="Cambria Math" w:hAnsi="Cambria Math" w:cs="Cambria Math"/>
          </w:rPr>
          <m:t xml:space="preserve">CD</m:t>
        </m:r>
      </m:oMath>
      <w:r>
        <w:rPr>
          <w:rFonts w:ascii="Amiri" w:hAnsi="Amiri" w:cs="Amiri"/>
          <w:rtl/>
        </w:rPr>
        <w:t xml:space="preserve"> هي نفسها المحسوبة سابقا.</w:t>
      </w:r>
    </w:p>
    <w:p>
      <w:pPr>
        <w:keepNext/>
        <w:shd w:val="clear" w:color="auto" w:fill="1F3864"/>
        <w:bidi/>
        <w:spacing w:before="160" w:after="100"/>
        <w:ind w:start="0" w:end="0"/>
      </w:pPr>
      <w:r>
        <w:rPr>
          <w:rFonts w:ascii="Amiri" w:hAnsi="Amiri" w:cs="Amiri"/>
          <w:b/>
          <w:bCs/>
          <w:color w:val="FFFFFF"/>
          <w:sz w:val="27"/>
          <w:szCs w:val="27"/>
          <w:rtl/>
        </w:rPr>
        <w:t xml:space="preserve">  التمرين الثاني</w:t>
      </w:r>
    </w:p>
    <w:p>
      <w:pPr>
        <w:bidi/>
        <w:spacing w:before="40" w:after="80"/>
        <w:ind w:start="0" w:end="0"/>
      </w:pPr>
      <w:r>
        <w:rPr>
          <w:rFonts w:ascii="Amiri" w:hAnsi="Amiri" w:cs="Amiri"/>
          <w:rtl/>
        </w:rPr>
        <w:t xml:space="preserve">نترك جسما </w:t>
      </w:r>
      <m:oMath>
        <m:r>
          <w:rPr>
            <w:rFonts w:ascii="Cambria Math" w:hAnsi="Cambria Math" w:cs="Cambria Math"/>
          </w:rPr>
          <m:t xml:space="preserve">(S)</m:t>
        </m:r>
      </m:oMath>
      <w:r>
        <w:rPr>
          <w:rFonts w:ascii="Amiri" w:hAnsi="Amiri" w:cs="Amiri"/>
          <w:rtl/>
        </w:rPr>
        <w:t xml:space="preserve"> نعتبره نقطيا كتلته </w:t>
      </w:r>
      <m:oMath>
        <m:r>
          <w:rPr>
            <w:rFonts w:ascii="Cambria Math" w:hAnsi="Cambria Math" w:cs="Cambria Math"/>
          </w:rPr>
          <m:t xml:space="preserve">m = 400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g</m:t>
        </m:r>
      </m:oMath>
      <w:r>
        <w:rPr>
          <w:rFonts w:ascii="Amiri" w:hAnsi="Amiri" w:cs="Amiri"/>
          <w:rtl/>
        </w:rPr>
        <w:t xml:space="preserve"> في النقطة </w:t>
      </w:r>
      <m:oMath>
        <m:r>
          <w:rPr>
            <w:rFonts w:ascii="Cambria Math" w:hAnsi="Cambria Math" w:cs="Cambria Math"/>
          </w:rPr>
          <m:t xml:space="preserve">A</m:t>
        </m:r>
      </m:oMath>
      <w:r>
        <w:rPr>
          <w:rFonts w:ascii="Amiri" w:hAnsi="Amiri" w:cs="Amiri"/>
          <w:rtl/>
        </w:rPr>
        <w:t xml:space="preserve"> لينزل من السكون دون احتكاك على خط الميل الأعظم لمستو مائل بزاوية </w:t>
      </w:r>
      <m:oMath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α</m:t>
        </m:r>
        <m:r>
          <w:rPr>
            <w:rFonts w:ascii="Cambria Math" w:hAnsi="Cambria Math" w:cs="Cambria Math"/>
          </w:rPr>
          <m:t xml:space="preserve"> = 3</m:t>
        </m:r>
        <m:sSup>
          <m:e>
            <m:r>
              <w:rPr>
                <w:rFonts w:ascii="Cambria Math" w:hAnsi="Cambria Math" w:cs="Cambria Math"/>
              </w:rPr>
              <m:t xml:space="preserve">0</m:t>
            </m:r>
          </m:e>
          <m:sup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°</m:t>
            </m:r>
          </m:sup>
        </m:sSup>
      </m:oMath>
      <w:r>
        <w:rPr>
          <w:rFonts w:ascii="Amiri" w:hAnsi="Amiri" w:cs="Amiri"/>
          <w:rtl/>
        </w:rPr>
        <w:t xml:space="preserve"> عن المستوي الأفقي المار من </w:t>
      </w:r>
      <m:oMath>
        <m:r>
          <w:rPr>
            <w:rFonts w:ascii="Cambria Math" w:hAnsi="Cambria Math" w:cs="Cambria Math"/>
          </w:rPr>
          <m:t xml:space="preserve">B</m:t>
        </m:r>
      </m:oMath>
      <w:r>
        <w:rPr>
          <w:rFonts w:ascii="Amiri" w:hAnsi="Amiri" w:cs="Amiri"/>
          <w:rtl/>
        </w:rPr>
        <w:t xml:space="preserve"> .</w:t>
      </w:r>
    </w:p>
    <w:p>
      <w:pPr>
        <w:bidi/>
        <w:spacing w:before="40" w:after="80"/>
        <w:ind w:start="0" w:end="0"/>
      </w:pPr>
      <w:r>
        <w:rPr>
          <w:rFonts w:ascii="Amiri" w:hAnsi="Amiri" w:cs="Amiri"/>
          <w:b/>
          <w:bCs/>
          <w:rtl/>
        </w:rPr>
        <w:t>يعطى:</w:t>
      </w:r>
      <w:r>
        <w:rPr>
          <w:rFonts w:ascii="Amiri" w:hAnsi="Amiri" w:cs="Amiri"/>
          <w:rtl/>
        </w:rPr>
        <w:t xml:space="preserve"> </w:t>
      </w:r>
      <m:oMath>
        <m:r>
          <w:rPr>
            <w:rFonts w:ascii="Cambria Math" w:hAnsi="Cambria Math" w:cs="Cambria Math"/>
          </w:rPr>
          <m:t xml:space="preserve">AB = 1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m</m:t>
        </m:r>
      </m:oMath>
      <w:r>
        <w:rPr>
          <w:rFonts w:ascii="Amiri" w:hAnsi="Amiri" w:cs="Amiri"/>
          <w:rtl/>
        </w:rPr>
        <w:t xml:space="preserve"> ، </w:t>
      </w:r>
      <m:oMath>
        <m:r>
          <w:rPr>
            <w:rFonts w:ascii="Cambria Math" w:hAnsi="Cambria Math" w:cs="Cambria Math"/>
          </w:rPr>
          <m:t xml:space="preserve">g = 10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N/kg</m:t>
        </m:r>
      </m:oMath>
      <w:r>
        <w:rPr>
          <w:rFonts w:ascii="Amiri" w:hAnsi="Amiri" w:cs="Amiri"/>
          <w:rtl/>
        </w:rPr>
        <w:t xml:space="preserve"> ، </w:t>
      </w:r>
      <m:oMath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sin</m:t>
        </m:r>
        <m:r>
          <w:rPr>
            <w:rFonts w:ascii="Cambria Math" w:hAnsi="Cambria Math" w:cs="Cambria Math"/>
          </w:rPr>
          <m:t xml:space="preserve"> 3</m:t>
        </m:r>
        <m:sSup>
          <m:e>
            <m:r>
              <w:rPr>
                <w:rFonts w:ascii="Cambria Math" w:hAnsi="Cambria Math" w:cs="Cambria Math"/>
              </w:rPr>
              <m:t xml:space="preserve">0</m:t>
            </m:r>
          </m:e>
          <m:sup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°</m:t>
            </m:r>
          </m:sup>
        </m:sSup>
        <m:r>
          <w:rPr>
            <w:rFonts w:ascii="Cambria Math" w:hAnsi="Cambria Math" w:cs="Cambria Math"/>
          </w:rPr>
          <m:t xml:space="preserve"> = 0,5</m:t>
        </m:r>
      </m:oMath>
      <w:r>
        <w:rPr>
          <w:rFonts w:ascii="Amiri" w:hAnsi="Amiri" w:cs="Amiri"/>
          <w:rtl/>
        </w:rPr>
        <w:t xml:space="preserve"> .</w:t>
      </w:r>
    </w:p>
    <w:p>
      <w:pPr>
        <w:keepNext/>
        <w:bidi/>
        <w:spacing w:before="40" w:after="40"/>
        <w:ind w:start="0" w:end="0"/>
        <w:jc w:val="center"/>
      </w:pPr>
      <w:r>
        <w:drawing>
          <wp:inline xmlns:a="http://schemas.openxmlformats.org/drawingml/2006/main" xmlns:pic="http://schemas.openxmlformats.org/drawingml/2006/picture">
            <wp:extent cx="5757672" cy="2590800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e1-parcours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57672" cy="25908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bidi/>
        <w:spacing w:before="0" w:after="80"/>
        <w:ind w:start="0" w:end="0"/>
        <w:jc w:val="center"/>
      </w:pPr>
      <w:r>
        <w:rPr>
          <w:rFonts w:ascii="Amiri" w:hAnsi="Amiri" w:cs="Amiri"/>
          <w:b/>
          <w:bCs/>
          <w:color w:val="1F3864"/>
          <w:sz w:val="22"/>
          <w:szCs w:val="22"/>
          <w:rtl/>
        </w:rPr>
        <w:t>الشكل (2)</w:t>
      </w:r>
    </w:p>
    <w:p>
      <w:pPr>
        <w:keepNext/>
        <w:bidi/>
        <w:spacing w:before="120" w:after="60"/>
        <w:ind w:start="0" w:end="0"/>
      </w:pPr>
      <w:r>
        <w:rPr>
          <w:rFonts w:ascii="Amiri" w:hAnsi="Amiri" w:cs="Amiri"/>
          <w:b/>
          <w:bCs/>
          <w:color w:val="1F3864"/>
          <w:sz w:val="27"/>
          <w:szCs w:val="27"/>
          <w:rtl/>
        </w:rPr>
        <w:t>الحركة على الجزء AB</w:t>
      </w: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1-</w:t>
      </w:r>
      <w:r>
        <w:tab/>
      </w:r>
      <w:r>
        <w:rPr>
          <w:rFonts w:ascii="Amiri" w:hAnsi="Amiri" w:cs="Amiri"/>
          <w:rtl/>
        </w:rPr>
        <w:t>مثل كيفيا القوى الخارجية المؤثرة على الجسم.</w:t>
      </w: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2-</w:t>
      </w:r>
      <w:r>
        <w:tab/>
      </w:r>
      <w:r>
        <w:rPr>
          <w:rFonts w:ascii="Amiri" w:hAnsi="Amiri" w:cs="Amiri"/>
          <w:rtl/>
        </w:rPr>
        <w:t xml:space="preserve">احسب عمل ثقل الجسم من </w:t>
      </w:r>
      <m:oMath>
        <m:r>
          <w:rPr>
            <w:rFonts w:ascii="Cambria Math" w:hAnsi="Cambria Math" w:cs="Cambria Math"/>
          </w:rPr>
          <m:t xml:space="preserve">A</m:t>
        </m:r>
      </m:oMath>
      <w:r>
        <w:rPr>
          <w:rFonts w:ascii="Amiri" w:hAnsi="Amiri" w:cs="Amiri"/>
          <w:rtl/>
        </w:rPr>
        <w:t xml:space="preserve"> إلى </w:t>
      </w:r>
      <m:oMath>
        <m:r>
          <w:rPr>
            <w:rFonts w:ascii="Cambria Math" w:hAnsi="Cambria Math" w:cs="Cambria Math"/>
          </w:rPr>
          <m:t xml:space="preserve">B</m:t>
        </m:r>
      </m:oMath>
      <w:r>
        <w:rPr>
          <w:rFonts w:ascii="Amiri" w:hAnsi="Amiri" w:cs="Amiri"/>
          <w:rtl/>
        </w:rPr>
        <w:t xml:space="preserve"> ، ثم حدد طبيعته (محرك أو مقاوم).</w:t>
      </w: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3-</w:t>
      </w:r>
      <w:r>
        <w:tab/>
      </w:r>
      <w:r>
        <w:rPr>
          <w:rFonts w:ascii="Amiri" w:hAnsi="Amiri" w:cs="Amiri"/>
          <w:rtl/>
        </w:rPr>
        <w:t>مثل الحصيلة الطاقوية للجملة (جسم).</w:t>
      </w: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4-</w:t>
      </w:r>
      <w:r>
        <w:tab/>
      </w:r>
      <w:r>
        <w:rPr>
          <w:rFonts w:ascii="Amiri" w:hAnsi="Amiri" w:cs="Amiri"/>
          <w:rtl/>
        </w:rPr>
        <w:t xml:space="preserve">اكتب معادلة انحفاظ الطاقة، ثم جد سرعة الجسم </w:t>
      </w:r>
      <m:oMath>
        <m:sSub>
          <m:e>
            <m:r>
              <w:rPr>
                <w:rFonts w:ascii="Cambria Math" w:hAnsi="Cambria Math" w:cs="Cambria Math"/>
              </w:rPr>
              <m:t xml:space="preserve">v</m:t>
            </m:r>
          </m:e>
          <m:sub>
            <m:r>
              <w:rPr>
                <w:rFonts w:ascii="Cambria Math" w:hAnsi="Cambria Math" w:cs="Cambria Math"/>
              </w:rPr>
              <m:t xml:space="preserve">B</m:t>
            </m:r>
          </m:sub>
        </m:sSub>
      </m:oMath>
      <w:r>
        <w:rPr>
          <w:rFonts w:ascii="Amiri" w:hAnsi="Amiri" w:cs="Amiri"/>
          <w:rtl/>
        </w:rPr>
        <w:t xml:space="preserve"> في الموضع </w:t>
      </w:r>
      <m:oMath>
        <m:r>
          <w:rPr>
            <w:rFonts w:ascii="Cambria Math" w:hAnsi="Cambria Math" w:cs="Cambria Math"/>
          </w:rPr>
          <m:t xml:space="preserve">B</m:t>
        </m:r>
      </m:oMath>
      <w:r>
        <w:rPr>
          <w:rFonts w:ascii="Amiri" w:hAnsi="Amiri" w:cs="Amiri"/>
          <w:rtl/>
        </w:rPr>
        <w:t xml:space="preserve"> .</w:t>
      </w:r>
    </w:p>
    <w:p>
      <w:pPr>
        <w:keepNext/>
        <w:bidi/>
        <w:spacing w:before="120" w:after="60"/>
        <w:ind w:start="0" w:end="0"/>
      </w:pPr>
      <w:r>
        <w:rPr>
          <w:rFonts w:ascii="Amiri" w:hAnsi="Amiri" w:cs="Amiri"/>
          <w:b/>
          <w:bCs/>
          <w:color w:val="1F3864"/>
          <w:sz w:val="27"/>
          <w:szCs w:val="27"/>
          <w:rtl/>
        </w:rPr>
        <w:t>الحركة على الجزء BC</w:t>
      </w:r>
    </w:p>
    <w:p>
      <w:pPr>
        <w:bidi/>
        <w:spacing w:before="40" w:after="80"/>
        <w:ind w:start="0" w:end="0"/>
      </w:pPr>
      <w:r>
        <w:rPr>
          <w:rFonts w:ascii="Amiri" w:hAnsi="Amiri" w:cs="Amiri"/>
          <w:rtl/>
        </w:rPr>
        <w:t xml:space="preserve">يواصل الجسم حركته على الطريق الأفقي </w:t>
      </w:r>
      <m:oMath>
        <m:r>
          <w:rPr>
            <w:rFonts w:ascii="Cambria Math" w:hAnsi="Cambria Math" w:cs="Cambria Math"/>
          </w:rPr>
          <m:t xml:space="preserve">BC = 1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m</m:t>
        </m:r>
      </m:oMath>
      <w:r>
        <w:rPr>
          <w:rFonts w:ascii="Amiri" w:hAnsi="Amiri" w:cs="Amiri"/>
          <w:rtl/>
        </w:rPr>
        <w:t xml:space="preserve"> تحت تأثير قوى احتكاك تكافئ قوة وحيدة </w:t>
      </w:r>
      <m:oMath>
        <m:acc>
          <m:accPr>
            <m:chr m:val="⃗"/>
          </m:accPr>
          <m:e>
            <m:r>
              <w:rPr>
                <w:rFonts w:ascii="Cambria Math" w:hAnsi="Cambria Math" w:cs="Cambria Math"/>
              </w:rPr>
              <m:t xml:space="preserve">f</m:t>
            </m:r>
          </m:e>
        </m:acc>
      </m:oMath>
      <w:r>
        <w:rPr>
          <w:rFonts w:ascii="Amiri" w:hAnsi="Amiri" w:cs="Amiri"/>
          <w:rtl/>
        </w:rPr>
        <w:t xml:space="preserve"> ثابتة الشدة ومعاكسة لجهة الحركة. عند وصول الجسم إلى الموضع </w:t>
      </w:r>
      <m:oMath>
        <m:r>
          <w:rPr>
            <w:rFonts w:ascii="Cambria Math" w:hAnsi="Cambria Math" w:cs="Cambria Math"/>
          </w:rPr>
          <m:t xml:space="preserve">C</m:t>
        </m:r>
      </m:oMath>
      <w:r>
        <w:rPr>
          <w:rFonts w:ascii="Amiri" w:hAnsi="Amiri" w:cs="Amiri"/>
          <w:rtl/>
        </w:rPr>
        <w:t xml:space="preserve"> تكون طاقته الحركية </w:t>
      </w:r>
      <m:oMath>
        <m:sSub>
          <m:e>
            <m:r>
              <w:rPr>
                <w:rFonts w:ascii="Cambria Math" w:hAnsi="Cambria Math" w:cs="Cambria Math"/>
              </w:rPr>
              <m:t xml:space="preserve">E</m:t>
            </m:r>
          </m:e>
          <m:sub>
            <m:r>
              <w:rPr>
                <w:rFonts w:ascii="Cambria Math" w:hAnsi="Cambria Math" w:cs="Cambria Math"/>
              </w:rPr>
              <m:t xml:space="preserve">cC</m:t>
            </m:r>
          </m:sub>
        </m:sSub>
        <m:r>
          <w:rPr>
            <w:rFonts w:ascii="Cambria Math" w:hAnsi="Cambria Math" w:cs="Cambria Math"/>
          </w:rPr>
          <m:t xml:space="preserve"> = 1,8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J</m:t>
        </m:r>
      </m:oMath>
      <w:r>
        <w:rPr>
          <w:rFonts w:ascii="Amiri" w:hAnsi="Amiri" w:cs="Amiri"/>
          <w:rtl/>
        </w:rPr>
        <w:t xml:space="preserve"> .</w:t>
      </w: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1-</w:t>
      </w:r>
      <w:r>
        <w:tab/>
      </w:r>
      <w:r>
        <w:rPr>
          <w:rFonts w:ascii="Amiri" w:hAnsi="Amiri" w:cs="Amiri"/>
          <w:rtl/>
        </w:rPr>
        <w:t>مثل كيفيا القوى الخارجية المؤثرة على الجسم.</w:t>
      </w: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2-</w:t>
      </w:r>
      <w:r>
        <w:tab/>
      </w:r>
      <w:r>
        <w:rPr>
          <w:rFonts w:ascii="Amiri" w:hAnsi="Amiri" w:cs="Amiri"/>
          <w:rtl/>
        </w:rPr>
        <w:t xml:space="preserve">بتطبيق مبدأ انحفاظ الطاقة على الجملة (جسم) بين </w:t>
      </w:r>
      <m:oMath>
        <m:r>
          <w:rPr>
            <w:rFonts w:ascii="Cambria Math" w:hAnsi="Cambria Math" w:cs="Cambria Math"/>
          </w:rPr>
          <m:t xml:space="preserve">B</m:t>
        </m:r>
      </m:oMath>
      <w:r>
        <w:rPr>
          <w:rFonts w:ascii="Amiri" w:hAnsi="Amiri" w:cs="Amiri"/>
          <w:rtl/>
        </w:rPr>
        <w:t xml:space="preserve"> و </w:t>
      </w:r>
      <m:oMath>
        <m:r>
          <w:rPr>
            <w:rFonts w:ascii="Cambria Math" w:hAnsi="Cambria Math" w:cs="Cambria Math"/>
          </w:rPr>
          <m:t xml:space="preserve">C</m:t>
        </m:r>
      </m:oMath>
      <w:r>
        <w:rPr>
          <w:rFonts w:ascii="Amiri" w:hAnsi="Amiri" w:cs="Amiri"/>
          <w:rtl/>
        </w:rPr>
        <w:t xml:space="preserve"> ، احسب شدة قوة الاحتكاك </w:t>
      </w:r>
      <m:oMath>
        <m:r>
          <w:rPr>
            <w:rFonts w:ascii="Cambria Math" w:hAnsi="Cambria Math" w:cs="Cambria Math"/>
          </w:rPr>
          <m:t xml:space="preserve">f</m:t>
        </m:r>
      </m:oMath>
      <w:r>
        <w:rPr>
          <w:rFonts w:ascii="Amiri" w:hAnsi="Amiri" w:cs="Amiri"/>
          <w:rtl/>
        </w:rPr>
        <w:t xml:space="preserve"> .</w:t>
      </w:r>
    </w:p>
    <w:p>
      <w:pPr>
        <w:keepNext/>
        <w:bidi/>
        <w:spacing w:before="120" w:after="60"/>
        <w:ind w:start="0" w:end="0"/>
      </w:pPr>
      <w:r>
        <w:rPr>
          <w:rFonts w:ascii="Amiri" w:hAnsi="Amiri" w:cs="Amiri"/>
          <w:b/>
          <w:bCs/>
          <w:color w:val="1F3864"/>
          <w:sz w:val="27"/>
          <w:szCs w:val="27"/>
          <w:rtl/>
        </w:rPr>
        <w:t>الحركة على الجزء CE</w:t>
      </w:r>
    </w:p>
    <w:p>
      <w:pPr>
        <w:bidi/>
        <w:spacing w:before="40" w:after="80"/>
        <w:ind w:start="0" w:end="0"/>
      </w:pPr>
      <w:r>
        <w:rPr>
          <w:rFonts w:ascii="Amiri" w:hAnsi="Amiri" w:cs="Amiri"/>
          <w:rtl/>
        </w:rPr>
        <w:t xml:space="preserve">يواصل الجسم حركته على المسار الدائري (ربع دائرة مركزها </w:t>
      </w:r>
      <m:oMath>
        <m:r>
          <w:rPr>
            <w:rFonts w:ascii="Cambria Math" w:hAnsi="Cambria Math" w:cs="Cambria Math"/>
          </w:rPr>
          <m:t xml:space="preserve">O</m:t>
        </m:r>
      </m:oMath>
      <w:r>
        <w:rPr>
          <w:rFonts w:ascii="Amiri" w:hAnsi="Amiri" w:cs="Amiri"/>
          <w:rtl/>
        </w:rPr>
        <w:t xml:space="preserve"> ونصف قطرها </w:t>
      </w:r>
      <m:oMath>
        <m:r>
          <w:rPr>
            <w:rFonts w:ascii="Cambria Math" w:hAnsi="Cambria Math" w:cs="Cambria Math"/>
          </w:rPr>
          <m:t xml:space="preserve">R</m:t>
        </m:r>
      </m:oMath>
      <w:r>
        <w:rPr>
          <w:rFonts w:ascii="Amiri" w:hAnsi="Amiri" w:cs="Amiri"/>
          <w:rtl/>
        </w:rPr>
        <w:t xml:space="preserve"> ) ليصل إلى الموضع </w:t>
      </w:r>
      <m:oMath>
        <m:r>
          <w:rPr>
            <w:rFonts w:ascii="Cambria Math" w:hAnsi="Cambria Math" w:cs="Cambria Math"/>
          </w:rPr>
          <m:t xml:space="preserve">E</m:t>
        </m:r>
      </m:oMath>
      <w:r>
        <w:rPr>
          <w:rFonts w:ascii="Amiri" w:hAnsi="Amiri" w:cs="Amiri"/>
          <w:rtl/>
        </w:rPr>
        <w:t xml:space="preserve"> بسرعة </w:t>
      </w:r>
      <m:oMath>
        <m:sSub>
          <m:e>
            <m:r>
              <w:rPr>
                <w:rFonts w:ascii="Cambria Math" w:hAnsi="Cambria Math" w:cs="Cambria Math"/>
              </w:rPr>
              <m:t xml:space="preserve">v</m:t>
            </m:r>
          </m:e>
          <m:sub>
            <m:r>
              <w:rPr>
                <w:rFonts w:ascii="Cambria Math" w:hAnsi="Cambria Math" w:cs="Cambria Math"/>
              </w:rPr>
              <m:t xml:space="preserve">E</m:t>
            </m:r>
          </m:sub>
        </m:sSub>
        <m:r>
          <w:rPr>
            <w:rFonts w:ascii="Cambria Math" w:hAnsi="Cambria Math" w:cs="Cambria Math"/>
          </w:rPr>
          <m:t xml:space="preserve"> = 1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m/s</m:t>
        </m:r>
      </m:oMath>
      <w:r>
        <w:rPr>
          <w:rFonts w:ascii="Amiri" w:hAnsi="Amiri" w:cs="Amiri"/>
          <w:rtl/>
        </w:rPr>
        <w:t xml:space="preserve"> . نهمل الاحتكاك على المسار الدائري.</w:t>
      </w: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1-</w:t>
      </w:r>
      <w:r>
        <w:tab/>
      </w:r>
      <w:r>
        <w:rPr>
          <w:rFonts w:ascii="Amiri" w:hAnsi="Amiri" w:cs="Amiri"/>
          <w:rtl/>
        </w:rPr>
        <w:t xml:space="preserve">مثل الحصيلة الطاقوية للجملة (جسم) بين الموضعين </w:t>
      </w:r>
      <m:oMath>
        <m:r>
          <w:rPr>
            <w:rFonts w:ascii="Cambria Math" w:hAnsi="Cambria Math" w:cs="Cambria Math"/>
          </w:rPr>
          <m:t xml:space="preserve">C</m:t>
        </m:r>
      </m:oMath>
      <w:r>
        <w:rPr>
          <w:rFonts w:ascii="Amiri" w:hAnsi="Amiri" w:cs="Amiri"/>
          <w:rtl/>
        </w:rPr>
        <w:t xml:space="preserve"> و </w:t>
      </w:r>
      <m:oMath>
        <m:r>
          <w:rPr>
            <w:rFonts w:ascii="Cambria Math" w:hAnsi="Cambria Math" w:cs="Cambria Math"/>
          </w:rPr>
          <m:t xml:space="preserve">E</m:t>
        </m:r>
      </m:oMath>
      <w:r>
        <w:rPr>
          <w:rFonts w:ascii="Amiri" w:hAnsi="Amiri" w:cs="Amiri"/>
          <w:rtl/>
        </w:rPr>
        <w:t xml:space="preserve"> .</w:t>
      </w: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2-</w:t>
      </w:r>
      <w:r>
        <w:tab/>
      </w:r>
      <w:r>
        <w:rPr>
          <w:rFonts w:ascii="Amiri" w:hAnsi="Amiri" w:cs="Amiri"/>
          <w:rtl/>
        </w:rPr>
        <w:t xml:space="preserve">اكتب معادلة انحفاظ الطاقة، ثم بين أن نصف قطر المسار الدائري هو </w:t>
      </w:r>
      <m:oMath>
        <m:r>
          <w:rPr>
            <w:rFonts w:ascii="Cambria Math" w:hAnsi="Cambria Math" w:cs="Cambria Math"/>
          </w:rPr>
          <m:t xml:space="preserve">R = 0,4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m</m:t>
        </m:r>
      </m:oMath>
      <w:r>
        <w:rPr>
          <w:rFonts w:ascii="Amiri" w:hAnsi="Amiri" w:cs="Amiri"/>
          <w:rtl/>
        </w:rPr>
        <w:t xml:space="preserve"> .</w:t>
      </w:r>
    </w:p>
    <w:p>
      <w:pPr>
        <w:keepNext/>
        <w:bidi/>
        <w:spacing w:before="120" w:after="60"/>
        <w:ind w:start="0" w:end="0"/>
      </w:pPr>
      <w:r>
        <w:rPr>
          <w:rFonts w:ascii="Amiri" w:hAnsi="Amiri" w:cs="Amiri"/>
          <w:b/>
          <w:bCs/>
          <w:color w:val="1F3864"/>
          <w:sz w:val="27"/>
          <w:szCs w:val="27"/>
          <w:rtl/>
        </w:rPr>
        <w:t>الحركة على الجزء EF</w:t>
      </w:r>
    </w:p>
    <w:p>
      <w:pPr>
        <w:bidi/>
        <w:spacing w:before="40" w:after="80"/>
        <w:ind w:start="0" w:end="0"/>
      </w:pPr>
      <w:r>
        <w:rPr>
          <w:rFonts w:ascii="Amiri" w:hAnsi="Amiri" w:cs="Amiri"/>
          <w:rtl/>
        </w:rPr>
        <w:t xml:space="preserve">لما يصل الجسم إلى الموضع </w:t>
      </w:r>
      <m:oMath>
        <m:r>
          <w:rPr>
            <w:rFonts w:ascii="Cambria Math" w:hAnsi="Cambria Math" w:cs="Cambria Math"/>
          </w:rPr>
          <m:t xml:space="preserve">E</m:t>
        </m:r>
      </m:oMath>
      <w:r>
        <w:rPr>
          <w:rFonts w:ascii="Amiri" w:hAnsi="Amiri" w:cs="Amiri"/>
          <w:rtl/>
        </w:rPr>
        <w:t xml:space="preserve"> يصدم نابضا شاقوليا مهمل الكتلة، حلقاته غير متلاصقة وغير مشوه في البداية، فيضغطه بالمقدار </w:t>
      </w:r>
      <m:oMath>
        <m:r>
          <w:rPr>
            <w:rFonts w:ascii="Cambria Math" w:hAnsi="Cambria Math" w:cs="Cambria Math"/>
          </w:rPr>
          <m:t xml:space="preserve">x</m:t>
        </m:r>
      </m:oMath>
      <w:r>
        <w:rPr>
          <w:rFonts w:ascii="Amiri" w:hAnsi="Amiri" w:cs="Amiri"/>
          <w:rtl/>
        </w:rPr>
        <w:t xml:space="preserve"> ويتوقف لحظيا عند الموضع </w:t>
      </w:r>
      <m:oMath>
        <m:r>
          <w:rPr>
            <w:rFonts w:ascii="Cambria Math" w:hAnsi="Cambria Math" w:cs="Cambria Math"/>
          </w:rPr>
          <m:t xml:space="preserve">F</m:t>
        </m:r>
      </m:oMath>
      <w:r>
        <w:rPr>
          <w:rFonts w:ascii="Amiri" w:hAnsi="Amiri" w:cs="Amiri"/>
          <w:rtl/>
        </w:rPr>
        <w:t xml:space="preserve"> . نهمل الاحتكاكات على هذا الجزء.</w:t>
      </w: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1-</w:t>
      </w:r>
      <w:r>
        <w:tab/>
      </w:r>
      <w:r>
        <w:rPr>
          <w:rFonts w:ascii="Amiri" w:hAnsi="Amiri" w:cs="Amiri"/>
          <w:rtl/>
        </w:rPr>
        <w:t xml:space="preserve">أي جملة اخترنا حتى نتمكن من الحصول على معادلة انحفاظ الطاقة التالية: </w:t>
      </w:r>
      <m:oMath>
        <m:sSub>
          <m:e>
            <m:r>
              <w:rPr>
                <w:rFonts w:ascii="Cambria Math" w:hAnsi="Cambria Math" w:cs="Cambria Math"/>
              </w:rPr>
              <m:t xml:space="preserve">E</m:t>
            </m:r>
          </m:e>
          <m:sub>
            <m:r>
              <w:rPr>
                <w:rFonts w:ascii="Cambria Math" w:hAnsi="Cambria Math" w:cs="Cambria Math"/>
              </w:rPr>
              <m:t xml:space="preserve">cE</m:t>
            </m:r>
          </m:sub>
        </m:sSub>
        <m:r>
          <w:rPr>
            <w:rFonts w:ascii="Cambria Math" w:hAnsi="Cambria Math" w:cs="Cambria Math"/>
          </w:rPr>
          <m:t xml:space="preserve"> − m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w:rPr>
            <w:rFonts w:ascii="Cambria Math" w:hAnsi="Cambria Math" w:cs="Cambria Math"/>
          </w:rPr>
          <m:t xml:space="preserve">g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w:rPr>
            <w:rFonts w:ascii="Cambria Math" w:hAnsi="Cambria Math" w:cs="Cambria Math"/>
          </w:rPr>
          <m:t xml:space="preserve">x = </m:t>
        </m:r>
        <m:sSub>
          <m:e>
            <m:r>
              <w:rPr>
                <w:rFonts w:ascii="Cambria Math" w:hAnsi="Cambria Math" w:cs="Cambria Math"/>
              </w:rPr>
              <m:t xml:space="preserve">E</m:t>
            </m:r>
          </m:e>
          <m:sub>
            <m:r>
              <w:rPr>
                <w:rFonts w:ascii="Cambria Math" w:hAnsi="Cambria Math" w:cs="Cambria Math"/>
              </w:rPr>
              <m:t xml:space="preserve">peF</m:t>
            </m:r>
          </m:sub>
        </m:sSub>
      </m:oMath>
      <w:r>
        <w:rPr>
          <w:rFonts w:ascii="Amiri" w:hAnsi="Amiri" w:cs="Amiri"/>
          <w:rtl/>
        </w:rPr>
        <w:t xml:space="preserve"> ؟</w:t>
      </w: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2-</w:t>
      </w:r>
      <w:r>
        <w:tab/>
      </w:r>
      <w:r>
        <w:rPr>
          <w:rFonts w:ascii="Amiri" w:hAnsi="Amiri" w:cs="Amiri"/>
          <w:rtl/>
        </w:rPr>
        <w:t>علل جوابك بتقديم حصيلة طاقوية بين الموضعين المحددين للدراسة.</w:t>
      </w:r>
    </w:p>
    <w:p>
      <w:pPr>
        <w:keepNext/>
        <w:shd w:val="clear" w:color="auto" w:fill="1F3864"/>
        <w:bidi/>
        <w:spacing w:before="160" w:after="100"/>
        <w:ind w:start="0" w:end="0"/>
      </w:pPr>
      <w:r>
        <w:rPr>
          <w:rFonts w:ascii="Amiri" w:hAnsi="Amiri" w:cs="Amiri"/>
          <w:b/>
          <w:bCs/>
          <w:color w:val="FFFFFF"/>
          <w:sz w:val="27"/>
          <w:szCs w:val="27"/>
          <w:rtl/>
        </w:rPr>
        <w:t xml:space="preserve">  التمرين الثالث</w:t>
      </w:r>
    </w:p>
    <w:p>
      <w:pPr>
        <w:bidi/>
        <w:spacing w:before="40" w:after="80"/>
        <w:ind w:start="0" w:end="0"/>
      </w:pPr>
      <w:r>
        <w:rPr>
          <w:rFonts w:ascii="Amiri" w:hAnsi="Amiri" w:cs="Amiri"/>
          <w:rtl/>
        </w:rPr>
        <w:t>يتألف طريق من جزأين:</w:t>
      </w:r>
    </w:p>
    <w:p>
      <w:pPr>
        <w:bidi/>
        <w:spacing w:before="40" w:after="80"/>
        <w:ind w:start="0" w:end="0"/>
      </w:pPr>
      <w:r>
        <w:rPr>
          <w:rFonts w:ascii="Amiri" w:hAnsi="Amiri" w:cs="Amiri"/>
          <w:rtl/>
        </w:rPr>
        <w:t xml:space="preserve">• الجزء </w:t>
      </w:r>
      <m:oMath>
        <m:r>
          <w:rPr>
            <w:rFonts w:ascii="Cambria Math" w:hAnsi="Cambria Math" w:cs="Cambria Math"/>
          </w:rPr>
          <m:t xml:space="preserve">AB</m:t>
        </m:r>
      </m:oMath>
      <w:r>
        <w:rPr>
          <w:rFonts w:ascii="Amiri" w:hAnsi="Amiri" w:cs="Amiri"/>
          <w:rtl/>
        </w:rPr>
        <w:t xml:space="preserve"> : ربع دائرة شاقولي أملس نصف قطرها </w:t>
      </w:r>
      <m:oMath>
        <m:r>
          <w:rPr>
            <w:rFonts w:ascii="Cambria Math" w:hAnsi="Cambria Math" w:cs="Cambria Math"/>
          </w:rPr>
          <m:t xml:space="preserve">r</m:t>
        </m:r>
      </m:oMath>
      <w:r>
        <w:rPr>
          <w:rFonts w:ascii="Amiri" w:hAnsi="Amiri" w:cs="Amiri"/>
          <w:rtl/>
        </w:rPr>
        <w:t xml:space="preserve"> ومركزها </w:t>
      </w:r>
      <m:oMath>
        <m:r>
          <w:rPr>
            <w:rFonts w:ascii="Cambria Math" w:hAnsi="Cambria Math" w:cs="Cambria Math"/>
          </w:rPr>
          <m:t xml:space="preserve">O</m:t>
        </m:r>
      </m:oMath>
      <w:r>
        <w:rPr>
          <w:rFonts w:ascii="Amiri" w:hAnsi="Amiri" w:cs="Amiri"/>
          <w:rtl/>
        </w:rPr>
        <w:t xml:space="preserve"> .</w:t>
      </w:r>
    </w:p>
    <w:p>
      <w:pPr>
        <w:bidi/>
        <w:spacing w:before="40" w:after="80"/>
        <w:ind w:start="0" w:end="0"/>
      </w:pPr>
      <w:r>
        <w:rPr>
          <w:rFonts w:ascii="Amiri" w:hAnsi="Amiri" w:cs="Amiri"/>
          <w:rtl/>
        </w:rPr>
        <w:t xml:space="preserve">• الجزء </w:t>
      </w:r>
      <m:oMath>
        <m:r>
          <w:rPr>
            <w:rFonts w:ascii="Cambria Math" w:hAnsi="Cambria Math" w:cs="Cambria Math"/>
          </w:rPr>
          <m:t xml:space="preserve">BC</m:t>
        </m:r>
      </m:oMath>
      <w:r>
        <w:rPr>
          <w:rFonts w:ascii="Amiri" w:hAnsi="Amiri" w:cs="Amiri"/>
          <w:rtl/>
        </w:rPr>
        <w:t xml:space="preserve"> : طريق أفقي خشن طوله </w:t>
      </w:r>
      <m:oMath>
        <m:r>
          <w:rPr>
            <w:rFonts w:ascii="Cambria Math" w:hAnsi="Cambria Math" w:cs="Cambria Math"/>
          </w:rPr>
          <m:t xml:space="preserve">BC = 1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m</m:t>
        </m:r>
      </m:oMath>
      <w:r>
        <w:rPr>
          <w:rFonts w:ascii="Amiri" w:hAnsi="Amiri" w:cs="Amiri"/>
          <w:rtl/>
        </w:rPr>
        <w:t xml:space="preserve"> (الاحتكاكات تكافئ قوة وحيدة </w:t>
      </w:r>
      <m:oMath>
        <m:acc>
          <m:accPr>
            <m:chr m:val="⃗"/>
          </m:accPr>
          <m:e>
            <m:r>
              <w:rPr>
                <w:rFonts w:ascii="Cambria Math" w:hAnsi="Cambria Math" w:cs="Cambria Math"/>
              </w:rPr>
              <m:t xml:space="preserve">f</m:t>
            </m:r>
          </m:e>
        </m:acc>
      </m:oMath>
      <w:r>
        <w:rPr>
          <w:rFonts w:ascii="Amiri" w:hAnsi="Amiri" w:cs="Amiri"/>
          <w:rtl/>
        </w:rPr>
        <w:t xml:space="preserve"> ثابتة الشدة ومعاكسة لجهة الحركة).</w:t>
      </w:r>
    </w:p>
    <w:p>
      <w:pPr>
        <w:bidi/>
        <w:spacing w:before="40" w:after="80"/>
        <w:ind w:start="0" w:end="0"/>
      </w:pPr>
      <w:r>
        <w:rPr>
          <w:rFonts w:ascii="Amiri" w:hAnsi="Amiri" w:cs="Amiri"/>
          <w:rtl/>
        </w:rPr>
        <w:t xml:space="preserve">نترك كرة نعتبرها نقطية كتلتها </w:t>
      </w:r>
      <m:oMath>
        <m:r>
          <w:rPr>
            <w:rFonts w:ascii="Cambria Math" w:hAnsi="Cambria Math" w:cs="Cambria Math"/>
          </w:rPr>
          <m:t xml:space="preserve">m = 0,5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kg</m:t>
        </m:r>
      </m:oMath>
      <w:r>
        <w:rPr>
          <w:rFonts w:ascii="Amiri" w:hAnsi="Amiri" w:cs="Amiri"/>
          <w:rtl/>
        </w:rPr>
        <w:t xml:space="preserve"> بدون سرعة ابتدائية من الموضع </w:t>
      </w:r>
      <m:oMath>
        <m:r>
          <w:rPr>
            <w:rFonts w:ascii="Cambria Math" w:hAnsi="Cambria Math" w:cs="Cambria Math"/>
          </w:rPr>
          <m:t xml:space="preserve">M</m:t>
        </m:r>
      </m:oMath>
      <w:r>
        <w:rPr>
          <w:rFonts w:ascii="Amiri" w:hAnsi="Amiri" w:cs="Amiri"/>
          <w:rtl/>
        </w:rPr>
        <w:t xml:space="preserve"> من الجزء </w:t>
      </w:r>
      <m:oMath>
        <m:r>
          <w:rPr>
            <w:rFonts w:ascii="Cambria Math" w:hAnsi="Cambria Math" w:cs="Cambria Math"/>
          </w:rPr>
          <m:t xml:space="preserve">AB</m:t>
        </m:r>
      </m:oMath>
      <w:r>
        <w:rPr>
          <w:rFonts w:ascii="Amiri" w:hAnsi="Amiri" w:cs="Amiri"/>
          <w:rtl/>
        </w:rPr>
        <w:t xml:space="preserve"> ، بحيث يشكل شعاع موضعها </w:t>
      </w:r>
      <m:oMath>
        <m:acc>
          <m:accPr>
            <m:chr m:val="⃗"/>
          </m:accPr>
          <m:e>
            <m:r>
              <w:rPr>
                <w:rFonts w:ascii="Cambria Math" w:hAnsi="Cambria Math" w:cs="Cambria Math"/>
              </w:rPr>
              <m:t xml:space="preserve">OM</m:t>
            </m:r>
          </m:e>
        </m:acc>
      </m:oMath>
      <w:r>
        <w:rPr>
          <w:rFonts w:ascii="Amiri" w:hAnsi="Amiri" w:cs="Amiri"/>
          <w:rtl/>
        </w:rPr>
        <w:t xml:space="preserve"> زاوية </w:t>
      </w:r>
      <m:oMath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θ</m:t>
        </m:r>
      </m:oMath>
      <w:r>
        <w:rPr>
          <w:rFonts w:ascii="Amiri" w:hAnsi="Amiri" w:cs="Amiri"/>
          <w:rtl/>
        </w:rPr>
        <w:t xml:space="preserve"> مع الشاقول </w:t>
      </w:r>
      <m:oMath>
        <m:r>
          <w:rPr>
            <w:rFonts w:ascii="Cambria Math" w:hAnsi="Cambria Math" w:cs="Cambria Math"/>
          </w:rPr>
          <m:t xml:space="preserve">OB</m:t>
        </m:r>
      </m:oMath>
      <w:r>
        <w:rPr>
          <w:rFonts w:ascii="Amiri" w:hAnsi="Amiri" w:cs="Amiri"/>
          <w:rtl/>
        </w:rPr>
        <w:t xml:space="preserve"> كما هو موضح في الشكل (3). </w:t>
      </w:r>
      <w:r>
        <w:rPr>
          <w:rFonts w:ascii="Amiri" w:hAnsi="Amiri" w:cs="Amiri"/>
          <w:b/>
          <w:bCs/>
          <w:rtl/>
        </w:rPr>
        <w:t>يعطى:</w:t>
      </w:r>
      <w:r>
        <w:rPr>
          <w:rFonts w:ascii="Amiri" w:hAnsi="Amiri" w:cs="Amiri"/>
          <w:rtl/>
        </w:rPr>
        <w:t xml:space="preserve"> </w:t>
      </w:r>
      <m:oMath>
        <m:r>
          <w:rPr>
            <w:rFonts w:ascii="Cambria Math" w:hAnsi="Cambria Math" w:cs="Cambria Math"/>
          </w:rPr>
          <m:t xml:space="preserve">g = 10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N/kg</m:t>
        </m:r>
      </m:oMath>
      <w:r>
        <w:rPr>
          <w:rFonts w:ascii="Amiri" w:hAnsi="Amiri" w:cs="Amiri"/>
          <w:rtl/>
        </w:rPr>
        <w:t xml:space="preserve"> .</w:t>
      </w:r>
    </w:p>
    <w:p>
      <w:pPr>
        <w:keepNext/>
        <w:bidi/>
        <w:spacing w:before="40" w:after="40"/>
        <w:ind w:start="0" w:end="0"/>
        <w:jc w:val="center"/>
      </w:pPr>
      <w:r>
        <w:drawing>
          <wp:inline xmlns:a="http://schemas.openxmlformats.org/drawingml/2006/main" xmlns:pic="http://schemas.openxmlformats.org/drawingml/2006/picture">
            <wp:extent cx="5038344" cy="2121408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e2-parcours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038344" cy="212140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bidi/>
        <w:spacing w:before="0" w:after="80"/>
        <w:ind w:start="0" w:end="0"/>
        <w:jc w:val="center"/>
      </w:pPr>
      <w:r>
        <w:rPr>
          <w:rFonts w:ascii="Amiri" w:hAnsi="Amiri" w:cs="Amiri"/>
          <w:b/>
          <w:bCs/>
          <w:color w:val="1F3864"/>
          <w:sz w:val="22"/>
          <w:szCs w:val="22"/>
          <w:rtl/>
        </w:rPr>
        <w:t>الشكل (3)</w:t>
      </w:r>
    </w:p>
    <w:p>
      <w:pPr>
        <w:keepNext/>
        <w:bidi/>
        <w:spacing w:before="120" w:after="60"/>
        <w:ind w:start="0" w:end="0"/>
      </w:pPr>
      <w:r>
        <w:rPr>
          <w:rFonts w:ascii="Amiri" w:hAnsi="Amiri" w:cs="Amiri"/>
          <w:b/>
          <w:bCs/>
          <w:color w:val="1F3864"/>
          <w:sz w:val="27"/>
          <w:szCs w:val="27"/>
          <w:rtl/>
        </w:rPr>
        <w:t>I</w:t>
      </w: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1-</w:t>
      </w:r>
      <w:r>
        <w:tab/>
      </w:r>
      <w:r>
        <w:rPr>
          <w:rFonts w:ascii="Amiri" w:hAnsi="Amiri" w:cs="Amiri"/>
          <w:rtl/>
        </w:rPr>
        <w:t xml:space="preserve">مثل القوى الخارجية المؤثرة على الكرة في الجزء </w:t>
      </w:r>
      <m:oMath>
        <m:r>
          <w:rPr>
            <w:rFonts w:ascii="Cambria Math" w:hAnsi="Cambria Math" w:cs="Cambria Math"/>
          </w:rPr>
          <m:t xml:space="preserve">AB</m:t>
        </m:r>
      </m:oMath>
      <w:r>
        <w:rPr>
          <w:rFonts w:ascii="Amiri" w:hAnsi="Amiri" w:cs="Amiri"/>
          <w:rtl/>
        </w:rPr>
        <w:t xml:space="preserve"> .</w:t>
      </w: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2-</w:t>
      </w:r>
      <w:r>
        <w:tab/>
      </w:r>
      <w:r>
        <w:rPr>
          <w:rFonts w:ascii="Amiri" w:hAnsi="Amiri" w:cs="Amiri"/>
          <w:rtl/>
        </w:rPr>
        <w:t xml:space="preserve">بتطبيق مبدأ انحفاظ الطاقة للجملة (جسم) بين الموضعين </w:t>
      </w:r>
      <m:oMath>
        <m:r>
          <w:rPr>
            <w:rFonts w:ascii="Cambria Math" w:hAnsi="Cambria Math" w:cs="Cambria Math"/>
          </w:rPr>
          <m:t xml:space="preserve">M</m:t>
        </m:r>
      </m:oMath>
      <w:r>
        <w:rPr>
          <w:rFonts w:ascii="Amiri" w:hAnsi="Amiri" w:cs="Amiri"/>
          <w:rtl/>
        </w:rPr>
        <w:t xml:space="preserve"> و </w:t>
      </w:r>
      <m:oMath>
        <m:r>
          <w:rPr>
            <w:rFonts w:ascii="Cambria Math" w:hAnsi="Cambria Math" w:cs="Cambria Math"/>
          </w:rPr>
          <m:t xml:space="preserve">B</m:t>
        </m:r>
      </m:oMath>
      <w:r>
        <w:rPr>
          <w:rFonts w:ascii="Amiri" w:hAnsi="Amiri" w:cs="Amiri"/>
          <w:rtl/>
        </w:rPr>
        <w:t xml:space="preserve"> ، جد عبارة </w:t>
      </w:r>
      <m:oMath>
        <m:sSubSup>
          <m:e>
            <m:r>
              <w:rPr>
                <w:rFonts w:ascii="Cambria Math" w:hAnsi="Cambria Math" w:cs="Cambria Math"/>
              </w:rPr>
              <m:t xml:space="preserve">v</m:t>
            </m:r>
          </m:e>
          <m:sub>
            <m:r>
              <w:rPr>
                <w:rFonts w:ascii="Cambria Math" w:hAnsi="Cambria Math" w:cs="Cambria Math"/>
              </w:rPr>
              <m:t xml:space="preserve">B</m:t>
            </m:r>
          </m:sub>
          <m:sup>
            <m:r>
              <w:rPr>
                <w:rFonts w:ascii="Cambria Math" w:hAnsi="Cambria Math" w:cs="Cambria Math"/>
              </w:rPr>
              <m:t xml:space="preserve">2</m:t>
            </m:r>
          </m:sup>
        </m:sSubSup>
      </m:oMath>
      <w:r>
        <w:rPr>
          <w:rFonts w:ascii="Amiri" w:hAnsi="Amiri" w:cs="Amiri"/>
          <w:rtl/>
        </w:rPr>
        <w:t xml:space="preserve"> بدلالة </w:t>
      </w:r>
      <m:oMath>
        <m:r>
          <w:rPr>
            <w:rFonts w:ascii="Cambria Math" w:hAnsi="Cambria Math" w:cs="Cambria Math"/>
          </w:rPr>
          <m:t xml:space="preserve">g</m:t>
        </m:r>
      </m:oMath>
      <w:r>
        <w:rPr>
          <w:rFonts w:ascii="Amiri" w:hAnsi="Amiri" w:cs="Amiri"/>
          <w:rtl/>
        </w:rPr>
        <w:t xml:space="preserve"> و </w:t>
      </w:r>
      <m:oMath>
        <m:r>
          <w:rPr>
            <w:rFonts w:ascii="Cambria Math" w:hAnsi="Cambria Math" w:cs="Cambria Math"/>
          </w:rPr>
          <m:t xml:space="preserve">r</m:t>
        </m:r>
      </m:oMath>
      <w:r>
        <w:rPr>
          <w:rFonts w:ascii="Amiri" w:hAnsi="Amiri" w:cs="Amiri"/>
          <w:rtl/>
        </w:rPr>
        <w:t xml:space="preserve"> و </w:t>
      </w:r>
      <m:oMath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θ</m:t>
        </m:r>
      </m:oMath>
      <w:r>
        <w:rPr>
          <w:rFonts w:ascii="Amiri" w:hAnsi="Amiri" w:cs="Amiri"/>
          <w:rtl/>
        </w:rPr>
        <w:t xml:space="preserve"> .</w:t>
      </w: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3-</w:t>
      </w:r>
      <w:r>
        <w:tab/>
      </w:r>
      <w:r>
        <w:rPr>
          <w:rFonts w:ascii="Amiri" w:hAnsi="Amiri" w:cs="Amiri"/>
          <w:rtl/>
        </w:rPr>
        <w:t xml:space="preserve">مثل القوى الخارجية المؤثرة على الكرة في الجزء </w:t>
      </w:r>
      <m:oMath>
        <m:r>
          <w:rPr>
            <w:rFonts w:ascii="Cambria Math" w:hAnsi="Cambria Math" w:cs="Cambria Math"/>
          </w:rPr>
          <m:t xml:space="preserve">BC</m:t>
        </m:r>
      </m:oMath>
      <w:r>
        <w:rPr>
          <w:rFonts w:ascii="Amiri" w:hAnsi="Amiri" w:cs="Amiri"/>
          <w:rtl/>
        </w:rPr>
        <w:t xml:space="preserve"> .</w:t>
      </w: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4-</w:t>
      </w:r>
      <w:r>
        <w:tab/>
      </w:r>
      <w:r>
        <w:rPr>
          <w:rFonts w:ascii="Amiri" w:hAnsi="Amiri" w:cs="Amiri"/>
          <w:rtl/>
        </w:rPr>
        <w:t xml:space="preserve">بتطبيق مبدأ انحفاظ الطاقة للجملة (جسم) بين </w:t>
      </w:r>
      <m:oMath>
        <m:r>
          <w:rPr>
            <w:rFonts w:ascii="Cambria Math" w:hAnsi="Cambria Math" w:cs="Cambria Math"/>
          </w:rPr>
          <m:t xml:space="preserve">B</m:t>
        </m:r>
      </m:oMath>
      <w:r>
        <w:rPr>
          <w:rFonts w:ascii="Amiri" w:hAnsi="Amiri" w:cs="Amiri"/>
          <w:rtl/>
        </w:rPr>
        <w:t xml:space="preserve"> و </w:t>
      </w:r>
      <m:oMath>
        <m:r>
          <w:rPr>
            <w:rFonts w:ascii="Cambria Math" w:hAnsi="Cambria Math" w:cs="Cambria Math"/>
          </w:rPr>
          <m:t xml:space="preserve">C</m:t>
        </m:r>
      </m:oMath>
      <w:r>
        <w:rPr>
          <w:rFonts w:ascii="Amiri" w:hAnsi="Amiri" w:cs="Amiri"/>
          <w:rtl/>
        </w:rPr>
        <w:t xml:space="preserve"> ، بين أنه يمكن كتابة عبارة </w:t>
      </w:r>
      <m:oMath>
        <m:sSubSup>
          <m:e>
            <m:r>
              <w:rPr>
                <w:rFonts w:ascii="Cambria Math" w:hAnsi="Cambria Math" w:cs="Cambria Math"/>
              </w:rPr>
              <m:t xml:space="preserve">v</m:t>
            </m:r>
          </m:e>
          <m:sub>
            <m:r>
              <w:rPr>
                <w:rFonts w:ascii="Cambria Math" w:hAnsi="Cambria Math" w:cs="Cambria Math"/>
              </w:rPr>
              <m:t xml:space="preserve">C</m:t>
            </m:r>
          </m:sub>
          <m:sup>
            <m:r>
              <w:rPr>
                <w:rFonts w:ascii="Cambria Math" w:hAnsi="Cambria Math" w:cs="Cambria Math"/>
              </w:rPr>
              <m:t xml:space="preserve">2</m:t>
            </m:r>
          </m:sup>
        </m:sSubSup>
      </m:oMath>
      <w:r>
        <w:rPr>
          <w:rFonts w:ascii="Amiri" w:hAnsi="Amiri" w:cs="Amiri"/>
          <w:rtl/>
        </w:rPr>
        <w:t xml:space="preserve"> على الشكل: </w:t>
      </w:r>
      <m:oMath>
        <m:sSubSup>
          <m:e>
            <m:r>
              <w:rPr>
                <w:rFonts w:ascii="Cambria Math" w:hAnsi="Cambria Math" w:cs="Cambria Math"/>
              </w:rPr>
              <m:t xml:space="preserve">v</m:t>
            </m:r>
          </m:e>
          <m:sub>
            <m:r>
              <w:rPr>
                <w:rFonts w:ascii="Cambria Math" w:hAnsi="Cambria Math" w:cs="Cambria Math"/>
              </w:rPr>
              <m:t xml:space="preserve">C</m:t>
            </m:r>
          </m:sub>
          <m:sup>
            <m:r>
              <w:rPr>
                <w:rFonts w:ascii="Cambria Math" w:hAnsi="Cambria Math" w:cs="Cambria Math"/>
              </w:rPr>
              <m:t xml:space="preserve">2</m:t>
            </m:r>
          </m:sup>
        </m:sSubSup>
        <m:r>
          <w:rPr>
            <w:rFonts w:ascii="Cambria Math" w:hAnsi="Cambria Math" w:cs="Cambria Math"/>
          </w:rPr>
          <m:t xml:space="preserve"> = a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cos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θ</m:t>
        </m:r>
        <m:r>
          <w:rPr>
            <w:rFonts w:ascii="Cambria Math" w:hAnsi="Cambria Math" w:cs="Cambria Math"/>
          </w:rPr>
          <m:t xml:space="preserve"> + b</m:t>
        </m:r>
      </m:oMath>
      <w:r>
        <w:rPr>
          <w:rFonts w:ascii="Amiri" w:hAnsi="Amiri" w:cs="Amiri"/>
          <w:rtl/>
        </w:rPr>
        <w:t xml:space="preserve"> ، حيث </w:t>
      </w:r>
      <m:oMath>
        <m:r>
          <w:rPr>
            <w:rFonts w:ascii="Cambria Math" w:hAnsi="Cambria Math" w:cs="Cambria Math"/>
          </w:rPr>
          <m:t xml:space="preserve">a</m:t>
        </m:r>
      </m:oMath>
      <w:r>
        <w:rPr>
          <w:rFonts w:ascii="Amiri" w:hAnsi="Amiri" w:cs="Amiri"/>
          <w:rtl/>
        </w:rPr>
        <w:t xml:space="preserve"> و </w:t>
      </w:r>
      <m:oMath>
        <m:r>
          <w:rPr>
            <w:rFonts w:ascii="Cambria Math" w:hAnsi="Cambria Math" w:cs="Cambria Math"/>
          </w:rPr>
          <m:t xml:space="preserve">b</m:t>
        </m:r>
      </m:oMath>
      <w:r>
        <w:rPr>
          <w:rFonts w:ascii="Amiri" w:hAnsi="Amiri" w:cs="Amiri"/>
          <w:rtl/>
        </w:rPr>
        <w:t xml:space="preserve"> ثابتان يطلب تحديد عبارتيهما.</w:t>
      </w:r>
    </w:p>
    <w:p>
      <w:pPr>
        <w:keepNext/>
        <w:bidi/>
        <w:spacing w:before="120" w:after="60"/>
        <w:ind w:start="0" w:end="0"/>
      </w:pPr>
      <w:r>
        <w:rPr>
          <w:rFonts w:ascii="Amiri" w:hAnsi="Amiri" w:cs="Amiri"/>
          <w:b/>
          <w:bCs/>
          <w:color w:val="1F3864"/>
          <w:sz w:val="27"/>
          <w:szCs w:val="27"/>
          <w:rtl/>
        </w:rPr>
        <w:t>II</w:t>
      </w:r>
    </w:p>
    <w:p>
      <w:pPr>
        <w:bidi/>
        <w:spacing w:before="40" w:after="80"/>
        <w:ind w:start="0" w:end="0"/>
      </w:pPr>
      <w:r>
        <w:rPr>
          <w:rFonts w:ascii="Amiri" w:hAnsi="Amiri" w:cs="Amiri"/>
          <w:rtl/>
        </w:rPr>
        <w:t xml:space="preserve">قمنا بتغيير الزاوية </w:t>
      </w:r>
      <m:oMath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θ</m:t>
        </m:r>
      </m:oMath>
      <w:r>
        <w:rPr>
          <w:rFonts w:ascii="Amiri" w:hAnsi="Amiri" w:cs="Amiri"/>
          <w:rtl/>
        </w:rPr>
        <w:t xml:space="preserve"> بتغيير موضع الكرة </w:t>
      </w:r>
      <m:oMath>
        <m:r>
          <w:rPr>
            <w:rFonts w:ascii="Cambria Math" w:hAnsi="Cambria Math" w:cs="Cambria Math"/>
          </w:rPr>
          <m:t xml:space="preserve">M</m:t>
        </m:r>
      </m:oMath>
      <w:r>
        <w:rPr>
          <w:rFonts w:ascii="Amiri" w:hAnsi="Amiri" w:cs="Amiri"/>
          <w:rtl/>
        </w:rPr>
        <w:t xml:space="preserve"> من الجزء </w:t>
      </w:r>
      <m:oMath>
        <m:r>
          <w:rPr>
            <w:rFonts w:ascii="Cambria Math" w:hAnsi="Cambria Math" w:cs="Cambria Math"/>
          </w:rPr>
          <m:t xml:space="preserve">AB</m:t>
        </m:r>
      </m:oMath>
      <w:r>
        <w:rPr>
          <w:rFonts w:ascii="Amiri" w:hAnsi="Amiri" w:cs="Amiri"/>
          <w:rtl/>
        </w:rPr>
        <w:t xml:space="preserve"> ، وباستعمال برنامج مناسب تمكنا من تحديد سرعة وصول الكرة إلى الموضع </w:t>
      </w:r>
      <m:oMath>
        <m:r>
          <w:rPr>
            <w:rFonts w:ascii="Cambria Math" w:hAnsi="Cambria Math" w:cs="Cambria Math"/>
          </w:rPr>
          <m:t xml:space="preserve">C</m:t>
        </m:r>
      </m:oMath>
      <w:r>
        <w:rPr>
          <w:rFonts w:ascii="Amiri" w:hAnsi="Amiri" w:cs="Amiri"/>
          <w:rtl/>
        </w:rPr>
        <w:t xml:space="preserve"> ، فتحصلنا على البيان </w:t>
      </w:r>
      <m:oMath>
        <m:sSubSup>
          <m:e>
            <m:r>
              <w:rPr>
                <w:rFonts w:ascii="Cambria Math" w:hAnsi="Cambria Math" w:cs="Cambria Math"/>
              </w:rPr>
              <m:t xml:space="preserve">v</m:t>
            </m:r>
          </m:e>
          <m:sub>
            <m:r>
              <w:rPr>
                <w:rFonts w:ascii="Cambria Math" w:hAnsi="Cambria Math" w:cs="Cambria Math"/>
              </w:rPr>
              <m:t xml:space="preserve">C</m:t>
            </m:r>
          </m:sub>
          <m:sup>
            <m:r>
              <w:rPr>
                <w:rFonts w:ascii="Cambria Math" w:hAnsi="Cambria Math" w:cs="Cambria Math"/>
              </w:rPr>
              <m:t xml:space="preserve">2</m:t>
            </m:r>
          </m:sup>
        </m:sSubSup>
        <m:r>
          <w:rPr>
            <w:rFonts w:ascii="Cambria Math" w:hAnsi="Cambria Math" w:cs="Cambria Math"/>
          </w:rPr>
          <m:t xml:space="preserve"> = f(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cos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θ</m:t>
        </m:r>
        <m:r>
          <w:rPr>
            <w:rFonts w:ascii="Cambria Math" w:hAnsi="Cambria Math" w:cs="Cambria Math"/>
          </w:rPr>
          <m:t xml:space="preserve">)</m:t>
        </m:r>
      </m:oMath>
      <w:r>
        <w:rPr>
          <w:rFonts w:ascii="Amiri" w:hAnsi="Amiri" w:cs="Amiri"/>
          <w:rtl/>
        </w:rPr>
        <w:t xml:space="preserve"> في الشكل (4).</w:t>
      </w:r>
    </w:p>
    <w:p>
      <w:pPr>
        <w:keepNext/>
        <w:bidi/>
        <w:spacing w:before="40" w:after="40"/>
        <w:ind w:start="0" w:end="0"/>
        <w:jc w:val="center"/>
      </w:pPr>
      <w:r>
        <w:drawing>
          <wp:inline xmlns:a="http://schemas.openxmlformats.org/drawingml/2006/main" xmlns:pic="http://schemas.openxmlformats.org/drawingml/2006/picture">
            <wp:extent cx="3093720" cy="2663952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e2-vc2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093720" cy="266395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bidi/>
        <w:spacing w:before="0" w:after="80"/>
        <w:ind w:start="0" w:end="0"/>
        <w:jc w:val="center"/>
      </w:pPr>
      <w:r>
        <w:rPr>
          <w:rFonts w:ascii="Amiri" w:hAnsi="Amiri" w:cs="Amiri"/>
          <w:b/>
          <w:bCs/>
          <w:color w:val="1F3864"/>
          <w:sz w:val="22"/>
          <w:szCs w:val="22"/>
          <w:rtl/>
        </w:rPr>
        <w:t>الشكل (4)</w:t>
      </w: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1-</w:t>
      </w:r>
      <w:r>
        <w:tab/>
      </w:r>
      <w:r>
        <w:rPr>
          <w:rFonts w:ascii="Amiri" w:hAnsi="Amiri" w:cs="Amiri"/>
          <w:rtl/>
        </w:rPr>
        <w:t>اكتب معادلة البيان.</w:t>
      </w: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2-</w:t>
      </w:r>
      <w:r>
        <w:tab/>
      </w:r>
      <w:r>
        <w:rPr>
          <w:rFonts w:ascii="Amiri" w:hAnsi="Amiri" w:cs="Amiri"/>
          <w:rtl/>
        </w:rPr>
        <w:t>باستغلال البيان والعبارة المتحصل عليها سابقا (I-4)، جد كلا من:</w:t>
      </w:r>
    </w:p>
    <w:p>
      <w:pPr>
        <w:bidi/>
        <w:spacing w:before="40" w:after="60"/>
        <w:ind w:start="1020" w:end="0" w:hanging="510"/>
      </w:pPr>
      <w:r>
        <w:rPr>
          <w:rFonts w:ascii="Amiri" w:hAnsi="Amiri" w:cs="Amiri"/>
          <w:b/>
          <w:bCs/>
          <w:color w:val="1F3864"/>
          <w:rtl/>
        </w:rPr>
        <w:t>أ-</w:t>
      </w:r>
      <w:r>
        <w:tab/>
      </w:r>
      <w:r>
        <w:rPr>
          <w:rFonts w:ascii="Amiri" w:hAnsi="Amiri" w:cs="Amiri"/>
          <w:rtl/>
        </w:rPr>
        <w:t xml:space="preserve">قيمة نصف القطر </w:t>
      </w:r>
      <m:oMath>
        <m:r>
          <w:rPr>
            <w:rFonts w:ascii="Cambria Math" w:hAnsi="Cambria Math" w:cs="Cambria Math"/>
          </w:rPr>
          <m:t xml:space="preserve">r</m:t>
        </m:r>
      </m:oMath>
      <w:r>
        <w:rPr>
          <w:rFonts w:ascii="Amiri" w:hAnsi="Amiri" w:cs="Amiri"/>
          <w:rtl/>
        </w:rPr>
        <w:t xml:space="preserve"> .</w:t>
      </w:r>
    </w:p>
    <w:p>
      <w:pPr>
        <w:bidi/>
        <w:spacing w:before="40" w:after="60"/>
        <w:ind w:start="1020" w:end="0" w:hanging="510"/>
      </w:pPr>
      <w:r>
        <w:rPr>
          <w:rFonts w:ascii="Amiri" w:hAnsi="Amiri" w:cs="Amiri"/>
          <w:b/>
          <w:bCs/>
          <w:color w:val="1F3864"/>
          <w:rtl/>
        </w:rPr>
        <w:t>ب-</w:t>
      </w:r>
      <w:r>
        <w:tab/>
      </w:r>
      <w:r>
        <w:rPr>
          <w:rFonts w:ascii="Amiri" w:hAnsi="Amiri" w:cs="Amiri"/>
          <w:rtl/>
        </w:rPr>
        <w:t xml:space="preserve">شدة قوة الاحتكاك </w:t>
      </w:r>
      <m:oMath>
        <m:r>
          <w:rPr>
            <w:rFonts w:ascii="Cambria Math" w:hAnsi="Cambria Math" w:cs="Cambria Math"/>
          </w:rPr>
          <m:t xml:space="preserve">f</m:t>
        </m:r>
      </m:oMath>
      <w:r>
        <w:rPr>
          <w:rFonts w:ascii="Amiri" w:hAnsi="Amiri" w:cs="Amiri"/>
          <w:rtl/>
        </w:rPr>
        <w:t xml:space="preserve"> .</w:t>
      </w:r>
    </w:p>
    <w:p>
      <w:pPr>
        <w:keepNext/>
        <w:bidi/>
        <w:spacing w:before="120" w:after="60"/>
        <w:ind w:start="0" w:end="0"/>
      </w:pPr>
      <w:r>
        <w:rPr>
          <w:rFonts w:ascii="Amiri" w:hAnsi="Amiri" w:cs="Amiri"/>
          <w:b/>
          <w:bCs/>
          <w:color w:val="1F3864"/>
          <w:sz w:val="27"/>
          <w:szCs w:val="27"/>
          <w:rtl/>
        </w:rPr>
        <w:t>III</w:t>
      </w:r>
    </w:p>
    <w:p>
      <w:pPr>
        <w:bidi/>
        <w:spacing w:before="40" w:after="80"/>
        <w:ind w:start="0" w:end="0"/>
      </w:pPr>
      <w:r>
        <w:rPr>
          <w:rFonts w:ascii="Amiri" w:hAnsi="Amiri" w:cs="Amiri"/>
          <w:rtl/>
        </w:rPr>
        <w:t xml:space="preserve">نترك الكرة من الموضع </w:t>
      </w:r>
      <m:oMath>
        <m:r>
          <w:rPr>
            <w:rFonts w:ascii="Cambria Math" w:hAnsi="Cambria Math" w:cs="Cambria Math"/>
          </w:rPr>
          <m:t xml:space="preserve">A</m:t>
        </m:r>
      </m:oMath>
      <w:r>
        <w:rPr>
          <w:rFonts w:ascii="Amiri" w:hAnsi="Amiri" w:cs="Amiri"/>
          <w:rtl/>
        </w:rPr>
        <w:t xml:space="preserve"> دون سرعة ابتدائية لتصل إلى الموضع </w:t>
      </w:r>
      <m:oMath>
        <m:r>
          <w:rPr>
            <w:rFonts w:ascii="Cambria Math" w:hAnsi="Cambria Math" w:cs="Cambria Math"/>
          </w:rPr>
          <m:t xml:space="preserve">C</m:t>
        </m:r>
      </m:oMath>
      <w:r>
        <w:rPr>
          <w:rFonts w:ascii="Amiri" w:hAnsi="Amiri" w:cs="Amiri"/>
          <w:rtl/>
        </w:rPr>
        <w:t xml:space="preserve"> فتصطدم بنابض مرن مهمل الكتلة، حلقاته غير متلاصقة، ثابت مرونته </w:t>
      </w:r>
      <m:oMath>
        <m:r>
          <w:rPr>
            <w:rFonts w:ascii="Cambria Math" w:hAnsi="Cambria Math" w:cs="Cambria Math"/>
          </w:rPr>
          <m:t xml:space="preserve">K = 200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N/m</m:t>
        </m:r>
      </m:oMath>
      <w:r>
        <w:rPr>
          <w:rFonts w:ascii="Amiri" w:hAnsi="Amiri" w:cs="Amiri"/>
          <w:rtl/>
        </w:rPr>
        <w:t xml:space="preserve"> ، فتتوقف لحظيا في الموضع </w:t>
      </w:r>
      <m:oMath>
        <m:r>
          <w:rPr>
            <w:rFonts w:ascii="Cambria Math" w:hAnsi="Cambria Math" w:cs="Cambria Math"/>
          </w:rPr>
          <m:t xml:space="preserve">D</m:t>
        </m:r>
      </m:oMath>
      <w:r>
        <w:rPr>
          <w:rFonts w:ascii="Amiri" w:hAnsi="Amiri" w:cs="Amiri"/>
          <w:rtl/>
        </w:rPr>
        <w:t xml:space="preserve"> بعد قطعها المسافة </w:t>
      </w:r>
      <m:oMath>
        <m:sSub>
          <m:e>
            <m:r>
              <w:rPr>
                <w:rFonts w:ascii="Cambria Math" w:hAnsi="Cambria Math" w:cs="Cambria Math"/>
              </w:rPr>
              <m:t xml:space="preserve">x</m:t>
            </m:r>
          </m:e>
          <m:sub>
            <m:r>
              <w:rPr>
                <w:rFonts w:ascii="Cambria Math" w:hAnsi="Cambria Math" w:cs="Cambria Math"/>
              </w:rPr>
              <m:t xml:space="preserve">0</m:t>
            </m:r>
          </m:sub>
        </m:sSub>
        <m:r>
          <w:rPr>
            <w:rFonts w:ascii="Cambria Math" w:hAnsi="Cambria Math" w:cs="Cambria Math"/>
          </w:rPr>
          <m:t xml:space="preserve"> = CD</m:t>
        </m:r>
      </m:oMath>
      <w:r>
        <w:rPr>
          <w:rFonts w:ascii="Amiri" w:hAnsi="Amiri" w:cs="Amiri"/>
          <w:rtl/>
        </w:rPr>
        <w:t xml:space="preserve"> . نهمل الاحتكاكات على الجزء </w:t>
      </w:r>
      <m:oMath>
        <m:r>
          <w:rPr>
            <w:rFonts w:ascii="Cambria Math" w:hAnsi="Cambria Math" w:cs="Cambria Math"/>
          </w:rPr>
          <m:t xml:space="preserve">CD</m:t>
        </m:r>
      </m:oMath>
      <w:r>
        <w:rPr>
          <w:rFonts w:ascii="Amiri" w:hAnsi="Amiri" w:cs="Amiri"/>
          <w:rtl/>
        </w:rPr>
        <w:t xml:space="preserve"> ونعتبر الموضع </w:t>
      </w:r>
      <m:oMath>
        <m:r>
          <w:rPr>
            <w:rFonts w:ascii="Cambria Math" w:hAnsi="Cambria Math" w:cs="Cambria Math"/>
          </w:rPr>
          <m:t xml:space="preserve">C</m:t>
        </m:r>
      </m:oMath>
      <w:r>
        <w:rPr>
          <w:rFonts w:ascii="Amiri" w:hAnsi="Amiri" w:cs="Amiri"/>
          <w:rtl/>
        </w:rPr>
        <w:t xml:space="preserve"> مبدأ للفواصل.</w:t>
      </w: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1-</w:t>
      </w:r>
      <w:r>
        <w:tab/>
      </w:r>
      <w:r>
        <w:rPr>
          <w:rFonts w:ascii="Amiri" w:hAnsi="Amiri" w:cs="Amiri"/>
          <w:rtl/>
        </w:rPr>
        <w:t xml:space="preserve">حدد السرعة التي تصل بها الكرة إلى الموضع </w:t>
      </w:r>
      <m:oMath>
        <m:r>
          <w:rPr>
            <w:rFonts w:ascii="Cambria Math" w:hAnsi="Cambria Math" w:cs="Cambria Math"/>
          </w:rPr>
          <m:t xml:space="preserve">C</m:t>
        </m:r>
      </m:oMath>
      <w:r>
        <w:rPr>
          <w:rFonts w:ascii="Amiri" w:hAnsi="Amiri" w:cs="Amiri"/>
          <w:rtl/>
        </w:rPr>
        <w:t xml:space="preserve"> .</w:t>
      </w: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2-</w:t>
      </w:r>
      <w:r>
        <w:tab/>
      </w:r>
      <w:r>
        <w:rPr>
          <w:rFonts w:ascii="Amiri" w:hAnsi="Amiri" w:cs="Amiri"/>
          <w:rtl/>
        </w:rPr>
        <w:t xml:space="preserve">مثل القوى الخارجية المؤثرة على الكرة خلال حركتها على الجزء </w:t>
      </w:r>
      <m:oMath>
        <m:r>
          <w:rPr>
            <w:rFonts w:ascii="Cambria Math" w:hAnsi="Cambria Math" w:cs="Cambria Math"/>
          </w:rPr>
          <m:t xml:space="preserve">CD</m:t>
        </m:r>
      </m:oMath>
      <w:r>
        <w:rPr>
          <w:rFonts w:ascii="Amiri" w:hAnsi="Amiri" w:cs="Amiri"/>
          <w:rtl/>
        </w:rPr>
        <w:t xml:space="preserve"> .</w:t>
      </w:r>
    </w:p>
    <w:p>
      <w:pPr>
        <w:keepNext/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3-</w:t>
      </w:r>
      <w:r>
        <w:tab/>
      </w:r>
      <w:r>
        <w:rPr>
          <w:rFonts w:ascii="Amiri" w:hAnsi="Amiri" w:cs="Amiri"/>
          <w:rtl/>
        </w:rPr>
        <w:t xml:space="preserve">تمثل المنحنيات (1) و(2) في الشكل (5) تغيرات الطاقة الحركية والطاقة الكامنة المرونية للجملة (كرة + نابض) بدلالة الانضغاط </w:t>
      </w:r>
      <m:oMath>
        <m:r>
          <w:rPr>
            <w:rFonts w:ascii="Cambria Math" w:hAnsi="Cambria Math" w:cs="Cambria Math"/>
          </w:rPr>
          <m:t xml:space="preserve">x</m:t>
        </m:r>
      </m:oMath>
      <w:r>
        <w:rPr>
          <w:rFonts w:ascii="Amiri" w:hAnsi="Amiri" w:cs="Amiri"/>
          <w:rtl/>
        </w:rPr>
        <w:t xml:space="preserve"> للنابض.</w:t>
      </w:r>
    </w:p>
    <w:p>
      <w:pPr>
        <w:keepNext/>
        <w:bidi/>
        <w:spacing w:before="40" w:after="40"/>
        <w:ind w:start="0" w:end="0"/>
        <w:jc w:val="center"/>
      </w:pPr>
      <w:r>
        <w:drawing>
          <wp:inline xmlns:a="http://schemas.openxmlformats.org/drawingml/2006/main" xmlns:pic="http://schemas.openxmlformats.org/drawingml/2006/picture">
            <wp:extent cx="4102607" cy="2663952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e2-energies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102607" cy="266395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bidi/>
        <w:spacing w:before="0" w:after="80"/>
        <w:ind w:start="0" w:end="0"/>
        <w:jc w:val="center"/>
      </w:pPr>
      <w:r>
        <w:rPr>
          <w:rFonts w:ascii="Amiri" w:hAnsi="Amiri" w:cs="Amiri"/>
          <w:b/>
          <w:bCs/>
          <w:color w:val="1F3864"/>
          <w:sz w:val="22"/>
          <w:szCs w:val="22"/>
          <w:rtl/>
        </w:rPr>
        <w:t>الشكل (5)</w:t>
      </w:r>
    </w:p>
    <w:p>
      <w:pPr>
        <w:bidi/>
        <w:spacing w:before="40" w:after="60"/>
        <w:ind w:start="1020" w:end="0" w:hanging="510"/>
      </w:pPr>
      <w:r>
        <w:rPr>
          <w:rFonts w:ascii="Amiri" w:hAnsi="Amiri" w:cs="Amiri"/>
          <w:b/>
          <w:bCs/>
          <w:color w:val="1F3864"/>
          <w:rtl/>
        </w:rPr>
        <w:t>أ-</w:t>
      </w:r>
      <w:r>
        <w:tab/>
      </w:r>
      <w:r>
        <w:rPr>
          <w:rFonts w:ascii="Amiri" w:hAnsi="Amiri" w:cs="Amiri"/>
          <w:rtl/>
        </w:rPr>
        <w:t>أنسب كل منحنى للطاقة الموافقة له مع التعليل.</w:t>
      </w:r>
    </w:p>
    <w:p>
      <w:pPr>
        <w:bidi/>
        <w:spacing w:before="40" w:after="60"/>
        <w:ind w:start="1020" w:end="0" w:hanging="510"/>
      </w:pPr>
      <w:r>
        <w:rPr>
          <w:rFonts w:ascii="Amiri" w:hAnsi="Amiri" w:cs="Amiri"/>
          <w:b/>
          <w:bCs/>
          <w:color w:val="1F3864"/>
          <w:rtl/>
        </w:rPr>
        <w:t>ب-</w:t>
      </w:r>
      <w:r>
        <w:tab/>
      </w:r>
      <w:r>
        <w:rPr>
          <w:rFonts w:ascii="Amiri" w:hAnsi="Amiri" w:cs="Amiri"/>
          <w:rtl/>
        </w:rPr>
        <w:t xml:space="preserve">باستغلال المنحنيين، حدد مقدار الانضغاط الأعظمي </w:t>
      </w:r>
      <m:oMath>
        <m:sSub>
          <m:e>
            <m:r>
              <w:rPr>
                <w:rFonts w:ascii="Cambria Math" w:hAnsi="Cambria Math" w:cs="Cambria Math"/>
              </w:rPr>
              <m:t xml:space="preserve">x</m:t>
            </m:r>
          </m:e>
          <m:sub>
            <m:r>
              <w:rPr>
                <w:rFonts w:ascii="Cambria Math" w:hAnsi="Cambria Math" w:cs="Cambria Math"/>
              </w:rPr>
              <m:t xml:space="preserve">0</m:t>
            </m:r>
          </m:sub>
        </m:sSub>
      </m:oMath>
      <w:r>
        <w:rPr>
          <w:rFonts w:ascii="Amiri" w:hAnsi="Amiri" w:cs="Amiri"/>
          <w:rtl/>
        </w:rPr>
        <w:t xml:space="preserve"> للنابض.</w:t>
      </w:r>
    </w:p>
    <w:p>
      <w:pPr>
        <w:bidi/>
        <w:spacing w:before="40" w:after="60"/>
        <w:ind w:start="1020" w:end="0" w:hanging="510"/>
      </w:pPr>
      <w:r>
        <w:rPr>
          <w:rFonts w:ascii="Amiri" w:hAnsi="Amiri" w:cs="Amiri"/>
          <w:b/>
          <w:bCs/>
          <w:color w:val="1F3864"/>
          <w:rtl/>
        </w:rPr>
        <w:t>ج-</w:t>
      </w:r>
      <w:r>
        <w:tab/>
      </w:r>
      <w:r>
        <w:rPr>
          <w:rFonts w:ascii="Amiri" w:hAnsi="Amiri" w:cs="Amiri"/>
          <w:rtl/>
        </w:rPr>
        <w:t>استنتج شدة توتر النابض في هذه الحالة.</w:t>
      </w:r>
    </w:p>
    <w:p>
      <w:pPr>
        <w:keepNext/>
        <w:shd w:val="clear" w:color="auto" w:fill="1F3864"/>
        <w:bidi/>
        <w:spacing w:before="160" w:after="100"/>
        <w:ind w:start="0" w:end="0"/>
      </w:pPr>
      <w:r>
        <w:rPr>
          <w:rFonts w:ascii="Amiri" w:hAnsi="Amiri" w:cs="Amiri"/>
          <w:b/>
          <w:bCs/>
          <w:color w:val="FFFFFF"/>
          <w:sz w:val="27"/>
          <w:szCs w:val="27"/>
          <w:rtl/>
        </w:rPr>
        <w:t xml:space="preserve">  التمرين الرابع</w:t>
      </w:r>
    </w:p>
    <w:p>
      <w:pPr>
        <w:keepNext/>
        <w:bidi/>
        <w:spacing w:before="120" w:after="60"/>
        <w:ind w:start="0" w:end="0"/>
      </w:pPr>
      <w:r>
        <w:rPr>
          <w:rFonts w:ascii="Amiri" w:hAnsi="Amiri" w:cs="Amiri"/>
          <w:b/>
          <w:bCs/>
          <w:color w:val="1F3864"/>
          <w:sz w:val="27"/>
          <w:szCs w:val="27"/>
          <w:rtl/>
        </w:rPr>
        <w:t>I</w:t>
      </w:r>
    </w:p>
    <w:p>
      <w:pPr>
        <w:bidi/>
        <w:spacing w:before="40" w:after="80"/>
        <w:ind w:start="0" w:end="0"/>
      </w:pPr>
      <w:r>
        <w:rPr>
          <w:rFonts w:ascii="Amiri" w:hAnsi="Amiri" w:cs="Amiri"/>
          <w:rtl/>
        </w:rPr>
        <w:t xml:space="preserve">انطلاقا من الموضع </w:t>
      </w:r>
      <m:oMath>
        <m:r>
          <w:rPr>
            <w:rFonts w:ascii="Cambria Math" w:hAnsi="Cambria Math" w:cs="Cambria Math"/>
          </w:rPr>
          <m:t xml:space="preserve">A</m:t>
        </m:r>
      </m:oMath>
      <w:r>
        <w:rPr>
          <w:rFonts w:ascii="Amiri" w:hAnsi="Amiri" w:cs="Amiri"/>
          <w:rtl/>
        </w:rPr>
        <w:t xml:space="preserve"> نترك جسما </w:t>
      </w:r>
      <m:oMath>
        <m:r>
          <w:rPr>
            <w:rFonts w:ascii="Cambria Math" w:hAnsi="Cambria Math" w:cs="Cambria Math"/>
          </w:rPr>
          <m:t xml:space="preserve">(S)</m:t>
        </m:r>
      </m:oMath>
      <w:r>
        <w:rPr>
          <w:rFonts w:ascii="Amiri" w:hAnsi="Amiri" w:cs="Amiri"/>
          <w:rtl/>
        </w:rPr>
        <w:t xml:space="preserve"> نعتبره نقطيا كتلته </w:t>
      </w:r>
      <m:oMath>
        <m:r>
          <w:rPr>
            <w:rFonts w:ascii="Cambria Math" w:hAnsi="Cambria Math" w:cs="Cambria Math"/>
          </w:rPr>
          <m:t xml:space="preserve">m = 200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g</m:t>
        </m:r>
      </m:oMath>
      <w:r>
        <w:rPr>
          <w:rFonts w:ascii="Amiri" w:hAnsi="Amiri" w:cs="Amiri"/>
          <w:rtl/>
        </w:rPr>
        <w:t xml:space="preserve"> بدون سرعة ابتدائية ليتحرك على مسار شاقولي </w:t>
      </w:r>
      <m:oMath>
        <m:r>
          <w:rPr>
            <w:rFonts w:ascii="Cambria Math" w:hAnsi="Cambria Math" w:cs="Cambria Math"/>
          </w:rPr>
          <m:t xml:space="preserve">AB</m:t>
        </m:r>
      </m:oMath>
      <w:r>
        <w:rPr>
          <w:rFonts w:ascii="Amiri" w:hAnsi="Amiri" w:cs="Amiri"/>
          <w:rtl/>
        </w:rPr>
        <w:t xml:space="preserve"> مارا بالموضع </w:t>
      </w:r>
      <m:oMath>
        <m:r>
          <w:rPr>
            <w:rFonts w:ascii="Cambria Math" w:hAnsi="Cambria Math" w:cs="Cambria Math"/>
          </w:rPr>
          <m:t xml:space="preserve">M</m:t>
        </m:r>
      </m:oMath>
      <w:r>
        <w:rPr>
          <w:rFonts w:ascii="Amiri" w:hAnsi="Amiri" w:cs="Amiri"/>
          <w:rtl/>
        </w:rPr>
        <w:t xml:space="preserve"> الذي يصنع شعاع موضعه </w:t>
      </w:r>
      <m:oMath>
        <m:acc>
          <m:accPr>
            <m:chr m:val="⃗"/>
          </m:accPr>
          <m:e>
            <m:r>
              <w:rPr>
                <w:rFonts w:ascii="Cambria Math" w:hAnsi="Cambria Math" w:cs="Cambria Math"/>
              </w:rPr>
              <m:t xml:space="preserve">OM</m:t>
            </m:r>
          </m:e>
        </m:acc>
      </m:oMath>
      <w:r>
        <w:rPr>
          <w:rFonts w:ascii="Amiri" w:hAnsi="Amiri" w:cs="Amiri"/>
          <w:rtl/>
        </w:rPr>
        <w:t xml:space="preserve"> زاوية </w:t>
      </w:r>
      <m:oMath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α</m:t>
        </m:r>
      </m:oMath>
      <w:r>
        <w:rPr>
          <w:rFonts w:ascii="Amiri" w:hAnsi="Amiri" w:cs="Amiri"/>
          <w:rtl/>
        </w:rPr>
        <w:t xml:space="preserve"> مع الأفق </w:t>
      </w:r>
      <m:oMath>
        <m:r>
          <w:rPr>
            <w:rFonts w:ascii="Cambria Math" w:hAnsi="Cambria Math" w:cs="Cambria Math"/>
          </w:rPr>
          <m:t xml:space="preserve">OA</m:t>
        </m:r>
      </m:oMath>
      <w:r>
        <w:rPr>
          <w:rFonts w:ascii="Amiri" w:hAnsi="Amiri" w:cs="Amiri"/>
          <w:rtl/>
        </w:rPr>
        <w:t xml:space="preserve"> . المسار </w:t>
      </w:r>
      <m:oMath>
        <m:r>
          <w:rPr>
            <w:rFonts w:ascii="Cambria Math" w:hAnsi="Cambria Math" w:cs="Cambria Math"/>
          </w:rPr>
          <m:t xml:space="preserve">AB</m:t>
        </m:r>
      </m:oMath>
      <w:r>
        <w:rPr>
          <w:rFonts w:ascii="Amiri" w:hAnsi="Amiri" w:cs="Amiri"/>
          <w:rtl/>
        </w:rPr>
        <w:t xml:space="preserve"> عبارة عن ربع دائرة مركزها </w:t>
      </w:r>
      <m:oMath>
        <m:r>
          <w:rPr>
            <w:rFonts w:ascii="Cambria Math" w:hAnsi="Cambria Math" w:cs="Cambria Math"/>
          </w:rPr>
          <m:t xml:space="preserve">O</m:t>
        </m:r>
      </m:oMath>
      <w:r>
        <w:rPr>
          <w:rFonts w:ascii="Amiri" w:hAnsi="Amiri" w:cs="Amiri"/>
          <w:rtl/>
        </w:rPr>
        <w:t xml:space="preserve"> ونصف قطرها </w:t>
      </w:r>
      <m:oMath>
        <m:r>
          <w:rPr>
            <w:rFonts w:ascii="Cambria Math" w:hAnsi="Cambria Math" w:cs="Cambria Math"/>
          </w:rPr>
          <m:t xml:space="preserve">r</m:t>
        </m:r>
      </m:oMath>
      <w:r>
        <w:rPr>
          <w:rFonts w:ascii="Amiri" w:hAnsi="Amiri" w:cs="Amiri"/>
          <w:rtl/>
        </w:rPr>
        <w:t xml:space="preserve"> ، و </w:t>
      </w:r>
      <m:oMath>
        <m:r>
          <w:rPr>
            <w:rFonts w:ascii="Cambria Math" w:hAnsi="Cambria Math" w:cs="Cambria Math"/>
          </w:rPr>
          <m:t xml:space="preserve">M</m:t>
        </m:r>
      </m:oMath>
      <w:r>
        <w:rPr>
          <w:rFonts w:ascii="Amiri" w:hAnsi="Amiri" w:cs="Amiri"/>
          <w:rtl/>
        </w:rPr>
        <w:t xml:space="preserve"> موضع متغير من هذا المسار. نهمل الاحتكاكات على هذا الجزء من المسار. </w:t>
      </w:r>
      <w:r>
        <w:rPr>
          <w:rFonts w:ascii="Amiri" w:hAnsi="Amiri" w:cs="Amiri"/>
          <w:b/>
          <w:bCs/>
          <w:rtl/>
        </w:rPr>
        <w:t>يعطى:</w:t>
      </w:r>
      <w:r>
        <w:rPr>
          <w:rFonts w:ascii="Amiri" w:hAnsi="Amiri" w:cs="Amiri"/>
          <w:rtl/>
        </w:rPr>
        <w:t xml:space="preserve"> </w:t>
      </w:r>
      <m:oMath>
        <m:r>
          <w:rPr>
            <w:rFonts w:ascii="Cambria Math" w:hAnsi="Cambria Math" w:cs="Cambria Math"/>
          </w:rPr>
          <m:t xml:space="preserve">g = 10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N/kg</m:t>
        </m:r>
      </m:oMath>
      <w:r>
        <w:rPr>
          <w:rFonts w:ascii="Amiri" w:hAnsi="Amiri" w:cs="Amiri"/>
          <w:rtl/>
        </w:rPr>
        <w:t xml:space="preserve"> .</w:t>
      </w:r>
    </w:p>
    <w:p>
      <w:pPr>
        <w:keepNext/>
        <w:bidi/>
        <w:spacing w:before="40" w:after="40"/>
        <w:ind w:start="0" w:end="0"/>
        <w:jc w:val="center"/>
      </w:pPr>
      <w:r>
        <w:drawing>
          <wp:inline xmlns:a="http://schemas.openxmlformats.org/drawingml/2006/main" xmlns:pic="http://schemas.openxmlformats.org/drawingml/2006/picture">
            <wp:extent cx="5218176" cy="2517648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e3-parcours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18176" cy="251764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bidi/>
        <w:spacing w:before="0" w:after="80"/>
        <w:ind w:start="0" w:end="0"/>
        <w:jc w:val="center"/>
      </w:pPr>
      <w:r>
        <w:rPr>
          <w:rFonts w:ascii="Amiri" w:hAnsi="Amiri" w:cs="Amiri"/>
          <w:b/>
          <w:bCs/>
          <w:color w:val="1F3864"/>
          <w:sz w:val="22"/>
          <w:szCs w:val="22"/>
          <w:rtl/>
        </w:rPr>
        <w:t>الشكل (6)</w:t>
      </w: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1-</w:t>
      </w:r>
      <w:r>
        <w:tab/>
      </w:r>
      <w:r>
        <w:rPr>
          <w:rFonts w:ascii="Amiri" w:hAnsi="Amiri" w:cs="Amiri"/>
          <w:rtl/>
        </w:rPr>
        <w:t xml:space="preserve">مثل القوى الخارجية المؤثرة على الجسم خلال حركته على الجزء </w:t>
      </w:r>
      <m:oMath>
        <m:r>
          <w:rPr>
            <w:rFonts w:ascii="Cambria Math" w:hAnsi="Cambria Math" w:cs="Cambria Math"/>
          </w:rPr>
          <m:t xml:space="preserve">AB</m:t>
        </m:r>
      </m:oMath>
      <w:r>
        <w:rPr>
          <w:rFonts w:ascii="Amiri" w:hAnsi="Amiri" w:cs="Amiri"/>
          <w:rtl/>
        </w:rPr>
        <w:t xml:space="preserve"> .</w:t>
      </w: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2-</w:t>
      </w:r>
      <w:r>
        <w:tab/>
      </w:r>
      <w:r>
        <w:rPr>
          <w:rFonts w:ascii="Amiri" w:hAnsi="Amiri" w:cs="Amiri"/>
          <w:rtl/>
        </w:rPr>
        <w:t xml:space="preserve">مثل الحصيلة الطاقوية للجملة (جسم) بين الموضعين </w:t>
      </w:r>
      <m:oMath>
        <m:r>
          <w:rPr>
            <w:rFonts w:ascii="Cambria Math" w:hAnsi="Cambria Math" w:cs="Cambria Math"/>
          </w:rPr>
          <m:t xml:space="preserve">A</m:t>
        </m:r>
      </m:oMath>
      <w:r>
        <w:rPr>
          <w:rFonts w:ascii="Amiri" w:hAnsi="Amiri" w:cs="Amiri"/>
          <w:rtl/>
        </w:rPr>
        <w:t xml:space="preserve"> و </w:t>
      </w:r>
      <m:oMath>
        <m:r>
          <w:rPr>
            <w:rFonts w:ascii="Cambria Math" w:hAnsi="Cambria Math" w:cs="Cambria Math"/>
          </w:rPr>
          <m:t xml:space="preserve">M</m:t>
        </m:r>
      </m:oMath>
      <w:r>
        <w:rPr>
          <w:rFonts w:ascii="Amiri" w:hAnsi="Amiri" w:cs="Amiri"/>
          <w:rtl/>
        </w:rPr>
        <w:t xml:space="preserve"> .</w:t>
      </w: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3-</w:t>
      </w:r>
      <w:r>
        <w:tab/>
      </w:r>
      <w:r>
        <w:rPr>
          <w:rFonts w:ascii="Amiri" w:hAnsi="Amiri" w:cs="Amiri"/>
          <w:rtl/>
        </w:rPr>
        <w:t xml:space="preserve">اكتب معادلة انحفاظ الطاقة للجملة (جسم) بين الموضعين </w:t>
      </w:r>
      <m:oMath>
        <m:r>
          <w:rPr>
            <w:rFonts w:ascii="Cambria Math" w:hAnsi="Cambria Math" w:cs="Cambria Math"/>
          </w:rPr>
          <m:t xml:space="preserve">A</m:t>
        </m:r>
      </m:oMath>
      <w:r>
        <w:rPr>
          <w:rFonts w:ascii="Amiri" w:hAnsi="Amiri" w:cs="Amiri"/>
          <w:rtl/>
        </w:rPr>
        <w:t xml:space="preserve"> و </w:t>
      </w:r>
      <m:oMath>
        <m:r>
          <w:rPr>
            <w:rFonts w:ascii="Cambria Math" w:hAnsi="Cambria Math" w:cs="Cambria Math"/>
          </w:rPr>
          <m:t xml:space="preserve">M</m:t>
        </m:r>
      </m:oMath>
      <w:r>
        <w:rPr>
          <w:rFonts w:ascii="Amiri" w:hAnsi="Amiri" w:cs="Amiri"/>
          <w:rtl/>
        </w:rPr>
        <w:t xml:space="preserve"> ، ثم جد عبارة الطاقة الحركية </w:t>
      </w:r>
      <m:oMath>
        <m:sSub>
          <m:e>
            <m:r>
              <w:rPr>
                <w:rFonts w:ascii="Cambria Math" w:hAnsi="Cambria Math" w:cs="Cambria Math"/>
              </w:rPr>
              <m:t xml:space="preserve">E</m:t>
            </m:r>
          </m:e>
          <m:sub>
            <m:r>
              <w:rPr>
                <w:rFonts w:ascii="Cambria Math" w:hAnsi="Cambria Math" w:cs="Cambria Math"/>
              </w:rPr>
              <m:t xml:space="preserve">c</m:t>
            </m:r>
          </m:sub>
        </m:sSub>
      </m:oMath>
      <w:r>
        <w:rPr>
          <w:rFonts w:ascii="Amiri" w:hAnsi="Amiri" w:cs="Amiri"/>
          <w:rtl/>
        </w:rPr>
        <w:t xml:space="preserve"> في الموضع </w:t>
      </w:r>
      <m:oMath>
        <m:r>
          <w:rPr>
            <w:rFonts w:ascii="Cambria Math" w:hAnsi="Cambria Math" w:cs="Cambria Math"/>
          </w:rPr>
          <m:t xml:space="preserve">M</m:t>
        </m:r>
      </m:oMath>
      <w:r>
        <w:rPr>
          <w:rFonts w:ascii="Amiri" w:hAnsi="Amiri" w:cs="Amiri"/>
          <w:rtl/>
        </w:rPr>
        <w:t xml:space="preserve"> بدلالة </w:t>
      </w:r>
      <m:oMath>
        <m:r>
          <w:rPr>
            <w:rFonts w:ascii="Cambria Math" w:hAnsi="Cambria Math" w:cs="Cambria Math"/>
          </w:rPr>
          <m:t xml:space="preserve">m</m:t>
        </m:r>
      </m:oMath>
      <w:r>
        <w:rPr>
          <w:rFonts w:ascii="Amiri" w:hAnsi="Amiri" w:cs="Amiri"/>
          <w:rtl/>
        </w:rPr>
        <w:t xml:space="preserve"> و </w:t>
      </w:r>
      <m:oMath>
        <m:r>
          <w:rPr>
            <w:rFonts w:ascii="Cambria Math" w:hAnsi="Cambria Math" w:cs="Cambria Math"/>
          </w:rPr>
          <m:t xml:space="preserve">g</m:t>
        </m:r>
      </m:oMath>
      <w:r>
        <w:rPr>
          <w:rFonts w:ascii="Amiri" w:hAnsi="Amiri" w:cs="Amiri"/>
          <w:rtl/>
        </w:rPr>
        <w:t xml:space="preserve"> و </w:t>
      </w:r>
      <m:oMath>
        <m:r>
          <w:rPr>
            <w:rFonts w:ascii="Cambria Math" w:hAnsi="Cambria Math" w:cs="Cambria Math"/>
          </w:rPr>
          <m:t xml:space="preserve">r</m:t>
        </m:r>
      </m:oMath>
      <w:r>
        <w:rPr>
          <w:rFonts w:ascii="Amiri" w:hAnsi="Amiri" w:cs="Amiri"/>
          <w:rtl/>
        </w:rPr>
        <w:t xml:space="preserve"> و </w:t>
      </w:r>
      <m:oMath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α</m:t>
        </m:r>
      </m:oMath>
      <w:r>
        <w:rPr>
          <w:rFonts w:ascii="Amiri" w:hAnsi="Amiri" w:cs="Amiri"/>
          <w:rtl/>
        </w:rPr>
        <w:t xml:space="preserve"> .</w:t>
      </w:r>
    </w:p>
    <w:p>
      <w:pPr>
        <w:keepNext/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4-</w:t>
      </w:r>
      <w:r>
        <w:tab/>
      </w:r>
      <w:r>
        <w:rPr>
          <w:rFonts w:ascii="Amiri" w:hAnsi="Amiri" w:cs="Amiri"/>
          <w:rtl/>
        </w:rPr>
        <w:t xml:space="preserve">قمنا بحساب الطاقة الحركية </w:t>
      </w:r>
      <m:oMath>
        <m:sSub>
          <m:e>
            <m:r>
              <w:rPr>
                <w:rFonts w:ascii="Cambria Math" w:hAnsi="Cambria Math" w:cs="Cambria Math"/>
              </w:rPr>
              <m:t xml:space="preserve">E</m:t>
            </m:r>
          </m:e>
          <m:sub>
            <m:r>
              <w:rPr>
                <w:rFonts w:ascii="Cambria Math" w:hAnsi="Cambria Math" w:cs="Cambria Math"/>
              </w:rPr>
              <m:t xml:space="preserve">c</m:t>
            </m:r>
          </m:sub>
        </m:sSub>
      </m:oMath>
      <w:r>
        <w:rPr>
          <w:rFonts w:ascii="Amiri" w:hAnsi="Amiri" w:cs="Amiri"/>
          <w:rtl/>
        </w:rPr>
        <w:t xml:space="preserve"> للجسم في الموضع </w:t>
      </w:r>
      <m:oMath>
        <m:r>
          <w:rPr>
            <w:rFonts w:ascii="Cambria Math" w:hAnsi="Cambria Math" w:cs="Cambria Math"/>
          </w:rPr>
          <m:t xml:space="preserve">M</m:t>
        </m:r>
      </m:oMath>
      <w:r>
        <w:rPr>
          <w:rFonts w:ascii="Amiri" w:hAnsi="Amiri" w:cs="Amiri"/>
          <w:rtl/>
        </w:rPr>
        <w:t xml:space="preserve"> من أجل قيم مختلفة للزاوية </w:t>
      </w:r>
      <m:oMath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α</m:t>
        </m:r>
      </m:oMath>
      <w:r>
        <w:rPr>
          <w:rFonts w:ascii="Amiri" w:hAnsi="Amiri" w:cs="Amiri"/>
          <w:rtl/>
        </w:rPr>
        <w:t xml:space="preserve"> ومثلنا منحنى تغيرات الطاقة الحركية بدلالة </w:t>
      </w:r>
      <m:oMath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sin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α</m:t>
        </m:r>
      </m:oMath>
      <w:r>
        <w:rPr>
          <w:rFonts w:ascii="Amiri" w:hAnsi="Amiri" w:cs="Amiri"/>
          <w:rtl/>
        </w:rPr>
        <w:t xml:space="preserve"> في الشكل (7).</w:t>
      </w:r>
    </w:p>
    <w:p>
      <w:pPr>
        <w:keepNext/>
        <w:bidi/>
        <w:spacing w:before="40" w:after="40"/>
        <w:ind w:start="0" w:end="0"/>
        <w:jc w:val="center"/>
      </w:pPr>
      <w:r>
        <w:drawing>
          <wp:inline xmlns:a="http://schemas.openxmlformats.org/drawingml/2006/main" xmlns:pic="http://schemas.openxmlformats.org/drawingml/2006/picture">
            <wp:extent cx="3383280" cy="2663952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e3-ec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383280" cy="266395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bidi/>
        <w:spacing w:before="0" w:after="80"/>
        <w:ind w:start="0" w:end="0"/>
        <w:jc w:val="center"/>
      </w:pPr>
      <w:r>
        <w:rPr>
          <w:rFonts w:ascii="Amiri" w:hAnsi="Amiri" w:cs="Amiri"/>
          <w:b/>
          <w:bCs/>
          <w:color w:val="1F3864"/>
          <w:sz w:val="22"/>
          <w:szCs w:val="22"/>
          <w:rtl/>
        </w:rPr>
        <w:t>الشكل (7)</w:t>
      </w:r>
    </w:p>
    <w:p>
      <w:pPr>
        <w:bidi/>
        <w:spacing w:before="40" w:after="60"/>
        <w:ind w:start="1020" w:end="0" w:hanging="510"/>
      </w:pPr>
      <w:r>
        <w:rPr>
          <w:rFonts w:ascii="Amiri" w:hAnsi="Amiri" w:cs="Amiri"/>
          <w:b/>
          <w:bCs/>
          <w:color w:val="1F3864"/>
          <w:rtl/>
        </w:rPr>
        <w:t>أ-</w:t>
      </w:r>
      <w:r>
        <w:tab/>
      </w:r>
      <w:r>
        <w:rPr>
          <w:rFonts w:ascii="Amiri" w:hAnsi="Amiri" w:cs="Amiri"/>
          <w:rtl/>
        </w:rPr>
        <w:t>اكتب معادلة البيان.</w:t>
      </w:r>
    </w:p>
    <w:p>
      <w:pPr>
        <w:bidi/>
        <w:spacing w:before="40" w:after="60"/>
        <w:ind w:start="1020" w:end="0" w:hanging="510"/>
      </w:pPr>
      <w:r>
        <w:rPr>
          <w:rFonts w:ascii="Amiri" w:hAnsi="Amiri" w:cs="Amiri"/>
          <w:b/>
          <w:bCs/>
          <w:color w:val="1F3864"/>
          <w:rtl/>
        </w:rPr>
        <w:t>ب-</w:t>
      </w:r>
      <w:r>
        <w:tab/>
      </w:r>
      <w:r>
        <w:rPr>
          <w:rFonts w:ascii="Amiri" w:hAnsi="Amiri" w:cs="Amiri"/>
          <w:rtl/>
        </w:rPr>
        <w:t xml:space="preserve">باستغلال البيان، جد قيمة </w:t>
      </w:r>
      <m:oMath>
        <m:r>
          <w:rPr>
            <w:rFonts w:ascii="Cambria Math" w:hAnsi="Cambria Math" w:cs="Cambria Math"/>
          </w:rPr>
          <m:t xml:space="preserve">r</m:t>
        </m:r>
      </m:oMath>
      <w:r>
        <w:rPr>
          <w:rFonts w:ascii="Amiri" w:hAnsi="Amiri" w:cs="Amiri"/>
          <w:rtl/>
        </w:rPr>
        <w:t xml:space="preserve"> نصف قطر المسار الدائري.</w:t>
      </w:r>
    </w:p>
    <w:p>
      <w:pPr>
        <w:bidi/>
        <w:spacing w:before="40" w:after="60"/>
        <w:ind w:start="1020" w:end="0" w:hanging="510"/>
      </w:pPr>
      <w:r>
        <w:rPr>
          <w:rFonts w:ascii="Amiri" w:hAnsi="Amiri" w:cs="Amiri"/>
          <w:b/>
          <w:bCs/>
          <w:color w:val="1F3864"/>
          <w:rtl/>
        </w:rPr>
        <w:t>ج-</w:t>
      </w:r>
      <w:r>
        <w:tab/>
      </w:r>
      <w:r>
        <w:rPr>
          <w:rFonts w:ascii="Amiri" w:hAnsi="Amiri" w:cs="Amiri"/>
          <w:rtl/>
        </w:rPr>
        <w:t xml:space="preserve">استنتج سرعة الجسم </w:t>
      </w:r>
      <m:oMath>
        <m:sSub>
          <m:e>
            <m:r>
              <w:rPr>
                <w:rFonts w:ascii="Cambria Math" w:hAnsi="Cambria Math" w:cs="Cambria Math"/>
              </w:rPr>
              <m:t xml:space="preserve">v</m:t>
            </m:r>
          </m:e>
          <m:sub>
            <m:r>
              <w:rPr>
                <w:rFonts w:ascii="Cambria Math" w:hAnsi="Cambria Math" w:cs="Cambria Math"/>
              </w:rPr>
              <m:t xml:space="preserve">B</m:t>
            </m:r>
          </m:sub>
        </m:sSub>
      </m:oMath>
      <w:r>
        <w:rPr>
          <w:rFonts w:ascii="Amiri" w:hAnsi="Amiri" w:cs="Amiri"/>
          <w:rtl/>
        </w:rPr>
        <w:t xml:space="preserve"> في الموضع </w:t>
      </w:r>
      <m:oMath>
        <m:r>
          <w:rPr>
            <w:rFonts w:ascii="Cambria Math" w:hAnsi="Cambria Math" w:cs="Cambria Math"/>
          </w:rPr>
          <m:t xml:space="preserve">B</m:t>
        </m:r>
      </m:oMath>
      <w:r>
        <w:rPr>
          <w:rFonts w:ascii="Amiri" w:hAnsi="Amiri" w:cs="Amiri"/>
          <w:rtl/>
        </w:rPr>
        <w:t xml:space="preserve"> .</w:t>
      </w:r>
    </w:p>
    <w:p>
      <w:pPr>
        <w:keepNext/>
        <w:bidi/>
        <w:spacing w:before="120" w:after="60"/>
        <w:ind w:start="0" w:end="0"/>
      </w:pPr>
      <w:r>
        <w:rPr>
          <w:rFonts w:ascii="Amiri" w:hAnsi="Amiri" w:cs="Amiri"/>
          <w:b/>
          <w:bCs/>
          <w:color w:val="1F3864"/>
          <w:sz w:val="27"/>
          <w:szCs w:val="27"/>
          <w:rtl/>
        </w:rPr>
        <w:t>II</w:t>
      </w:r>
    </w:p>
    <w:p>
      <w:pPr>
        <w:bidi/>
        <w:spacing w:before="40" w:after="80"/>
        <w:ind w:start="0" w:end="0"/>
      </w:pPr>
      <w:r>
        <w:rPr>
          <w:rFonts w:ascii="Amiri" w:hAnsi="Amiri" w:cs="Amiri"/>
          <w:rtl/>
        </w:rPr>
        <w:t xml:space="preserve">لما يصل الجسم </w:t>
      </w:r>
      <m:oMath>
        <m:r>
          <w:rPr>
            <w:rFonts w:ascii="Cambria Math" w:hAnsi="Cambria Math" w:cs="Cambria Math"/>
          </w:rPr>
          <m:t xml:space="preserve">(S)</m:t>
        </m:r>
      </m:oMath>
      <w:r>
        <w:rPr>
          <w:rFonts w:ascii="Amiri" w:hAnsi="Amiri" w:cs="Amiri"/>
          <w:rtl/>
        </w:rPr>
        <w:t xml:space="preserve"> إلى الموضع </w:t>
      </w:r>
      <m:oMath>
        <m:r>
          <w:rPr>
            <w:rFonts w:ascii="Cambria Math" w:hAnsi="Cambria Math" w:cs="Cambria Math"/>
          </w:rPr>
          <m:t xml:space="preserve">B</m:t>
        </m:r>
      </m:oMath>
      <w:r>
        <w:rPr>
          <w:rFonts w:ascii="Amiri" w:hAnsi="Amiri" w:cs="Amiri"/>
          <w:rtl/>
        </w:rPr>
        <w:t xml:space="preserve"> يواصل حركته على طريق أفقي خشن طوله </w:t>
      </w:r>
      <m:oMath>
        <m:r>
          <w:rPr>
            <w:rFonts w:ascii="Cambria Math" w:hAnsi="Cambria Math" w:cs="Cambria Math"/>
          </w:rPr>
          <m:t xml:space="preserve">BC = 1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m</m:t>
        </m:r>
      </m:oMath>
      <w:r>
        <w:rPr>
          <w:rFonts w:ascii="Amiri" w:hAnsi="Amiri" w:cs="Amiri"/>
          <w:rtl/>
        </w:rPr>
        <w:t xml:space="preserve"> حيث يخضع إلى قوة احتكاك </w:t>
      </w:r>
      <m:oMath>
        <m:acc>
          <m:accPr>
            <m:chr m:val="⃗"/>
          </m:accPr>
          <m:e>
            <m:r>
              <w:rPr>
                <w:rFonts w:ascii="Cambria Math" w:hAnsi="Cambria Math" w:cs="Cambria Math"/>
              </w:rPr>
              <m:t xml:space="preserve">f</m:t>
            </m:r>
          </m:e>
        </m:acc>
      </m:oMath>
      <w:r>
        <w:rPr>
          <w:rFonts w:ascii="Amiri" w:hAnsi="Amiri" w:cs="Amiri"/>
          <w:rtl/>
        </w:rPr>
        <w:t xml:space="preserve"> ثابتة الشدة ومعاكسة لجهة الحركة، فتنعدم سرعته في الموضع </w:t>
      </w:r>
      <m:oMath>
        <m:r>
          <w:rPr>
            <w:rFonts w:ascii="Cambria Math" w:hAnsi="Cambria Math" w:cs="Cambria Math"/>
          </w:rPr>
          <m:t xml:space="preserve">C</m:t>
        </m:r>
      </m:oMath>
      <w:r>
        <w:rPr>
          <w:rFonts w:ascii="Amiri" w:hAnsi="Amiri" w:cs="Amiri"/>
          <w:rtl/>
        </w:rPr>
        <w:t xml:space="preserve"> .</w:t>
      </w: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1-</w:t>
      </w:r>
      <w:r>
        <w:tab/>
      </w:r>
      <w:r>
        <w:rPr>
          <w:rFonts w:ascii="Amiri" w:hAnsi="Amiri" w:cs="Amiri"/>
          <w:rtl/>
        </w:rPr>
        <w:t xml:space="preserve">مثل الحصيلة الطاقوية للجملة (جسم) بين الموضعين </w:t>
      </w:r>
      <m:oMath>
        <m:r>
          <w:rPr>
            <w:rFonts w:ascii="Cambria Math" w:hAnsi="Cambria Math" w:cs="Cambria Math"/>
          </w:rPr>
          <m:t xml:space="preserve">B</m:t>
        </m:r>
      </m:oMath>
      <w:r>
        <w:rPr>
          <w:rFonts w:ascii="Amiri" w:hAnsi="Amiri" w:cs="Amiri"/>
          <w:rtl/>
        </w:rPr>
        <w:t xml:space="preserve"> و </w:t>
      </w:r>
      <m:oMath>
        <m:r>
          <w:rPr>
            <w:rFonts w:ascii="Cambria Math" w:hAnsi="Cambria Math" w:cs="Cambria Math"/>
          </w:rPr>
          <m:t xml:space="preserve">C</m:t>
        </m:r>
      </m:oMath>
      <w:r>
        <w:rPr>
          <w:rFonts w:ascii="Amiri" w:hAnsi="Amiri" w:cs="Amiri"/>
          <w:rtl/>
        </w:rPr>
        <w:t xml:space="preserve"> .</w:t>
      </w: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2-</w:t>
      </w:r>
      <w:r>
        <w:tab/>
      </w:r>
      <w:r>
        <w:rPr>
          <w:rFonts w:ascii="Amiri" w:hAnsi="Amiri" w:cs="Amiri"/>
          <w:rtl/>
        </w:rPr>
        <w:t xml:space="preserve">بتطبيق مبدأ انحفاظ الطاقة للجملة (جسم) بين الموضعين </w:t>
      </w:r>
      <m:oMath>
        <m:r>
          <w:rPr>
            <w:rFonts w:ascii="Cambria Math" w:hAnsi="Cambria Math" w:cs="Cambria Math"/>
          </w:rPr>
          <m:t xml:space="preserve">B</m:t>
        </m:r>
      </m:oMath>
      <w:r>
        <w:rPr>
          <w:rFonts w:ascii="Amiri" w:hAnsi="Amiri" w:cs="Amiri"/>
          <w:rtl/>
        </w:rPr>
        <w:t xml:space="preserve"> و </w:t>
      </w:r>
      <m:oMath>
        <m:r>
          <w:rPr>
            <w:rFonts w:ascii="Cambria Math" w:hAnsi="Cambria Math" w:cs="Cambria Math"/>
          </w:rPr>
          <m:t xml:space="preserve">C</m:t>
        </m:r>
      </m:oMath>
      <w:r>
        <w:rPr>
          <w:rFonts w:ascii="Amiri" w:hAnsi="Amiri" w:cs="Amiri"/>
          <w:rtl/>
        </w:rPr>
        <w:t xml:space="preserve"> ، جد شدة قوة الاحتكاك </w:t>
      </w:r>
      <m:oMath>
        <m:r>
          <w:rPr>
            <w:rFonts w:ascii="Cambria Math" w:hAnsi="Cambria Math" w:cs="Cambria Math"/>
          </w:rPr>
          <m:t xml:space="preserve">f</m:t>
        </m:r>
      </m:oMath>
      <w:r>
        <w:rPr>
          <w:rFonts w:ascii="Amiri" w:hAnsi="Amiri" w:cs="Amiri"/>
          <w:rtl/>
        </w:rPr>
        <w:t xml:space="preserve"> .</w:t>
      </w:r>
    </w:p>
    <w:p>
      <w:pPr>
        <w:keepNext/>
        <w:bidi/>
        <w:spacing w:before="120" w:after="60"/>
        <w:ind w:start="0" w:end="0"/>
      </w:pPr>
      <w:r>
        <w:rPr>
          <w:rFonts w:ascii="Amiri" w:hAnsi="Amiri" w:cs="Amiri"/>
          <w:b/>
          <w:bCs/>
          <w:color w:val="1F3864"/>
          <w:sz w:val="27"/>
          <w:szCs w:val="27"/>
          <w:rtl/>
        </w:rPr>
        <w:t>III</w:t>
      </w:r>
    </w:p>
    <w:p>
      <w:pPr>
        <w:bidi/>
        <w:spacing w:before="40" w:after="80"/>
        <w:ind w:start="0" w:end="0"/>
      </w:pPr>
      <w:r>
        <w:rPr>
          <w:rFonts w:ascii="Amiri" w:hAnsi="Amiri" w:cs="Amiri"/>
          <w:rtl/>
        </w:rPr>
        <w:t xml:space="preserve">نترك الجسم </w:t>
      </w:r>
      <m:oMath>
        <m:r>
          <w:rPr>
            <w:rFonts w:ascii="Cambria Math" w:hAnsi="Cambria Math" w:cs="Cambria Math"/>
          </w:rPr>
          <m:t xml:space="preserve">(S)</m:t>
        </m:r>
      </m:oMath>
      <w:r>
        <w:rPr>
          <w:rFonts w:ascii="Amiri" w:hAnsi="Amiri" w:cs="Amiri"/>
          <w:rtl/>
        </w:rPr>
        <w:t xml:space="preserve"> ينزلق من الموضع </w:t>
      </w:r>
      <m:oMath>
        <m:r>
          <w:rPr>
            <w:rFonts w:ascii="Cambria Math" w:hAnsi="Cambria Math" w:cs="Cambria Math"/>
          </w:rPr>
          <m:t xml:space="preserve">C</m:t>
        </m:r>
      </m:oMath>
      <w:r>
        <w:rPr>
          <w:rFonts w:ascii="Amiri" w:hAnsi="Amiri" w:cs="Amiri"/>
          <w:rtl/>
        </w:rPr>
        <w:t xml:space="preserve"> بدون سرعة ابتدائية على مستو مائل خال من الاحتكاك يميل عن الأفق بزاوية </w:t>
      </w:r>
      <m:oMath>
        <m:r>
          <w:rPr>
            <w:rFonts w:ascii="Cambria Math" w:hAnsi="Cambria Math" w:cs="Cambria Math"/>
          </w:rPr>
          <m:t xml:space="preserve">β = 3</m:t>
        </m:r>
        <m:sSup>
          <m:e>
            <m:r>
              <w:rPr>
                <w:rFonts w:ascii="Cambria Math" w:hAnsi="Cambria Math" w:cs="Cambria Math"/>
              </w:rPr>
              <m:t xml:space="preserve">0</m:t>
            </m:r>
          </m:e>
          <m:sup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°</m:t>
            </m:r>
          </m:sup>
        </m:sSup>
      </m:oMath>
      <w:r>
        <w:rPr>
          <w:rFonts w:ascii="Amiri" w:hAnsi="Amiri" w:cs="Amiri"/>
          <w:rtl/>
        </w:rPr>
        <w:t xml:space="preserve"> ، ليصطدم في الموضع </w:t>
      </w:r>
      <m:oMath>
        <m:r>
          <w:rPr>
            <w:rFonts w:ascii="Cambria Math" w:hAnsi="Cambria Math" w:cs="Cambria Math"/>
          </w:rPr>
          <m:t xml:space="preserve">D</m:t>
        </m:r>
      </m:oMath>
      <w:r>
        <w:rPr>
          <w:rFonts w:ascii="Amiri" w:hAnsi="Amiri" w:cs="Amiri"/>
          <w:rtl/>
        </w:rPr>
        <w:t xml:space="preserve"> بنابض مرن مهمل الكتلة، حلقاته غير متلاصقة، ثابت مرونته </w:t>
      </w:r>
      <m:oMath>
        <m:r>
          <w:rPr>
            <w:rFonts w:ascii="Cambria Math" w:hAnsi="Cambria Math" w:cs="Cambria Math"/>
          </w:rPr>
          <m:t xml:space="preserve">K</m:t>
        </m:r>
      </m:oMath>
      <w:r>
        <w:rPr>
          <w:rFonts w:ascii="Amiri" w:hAnsi="Amiri" w:cs="Amiri"/>
          <w:rtl/>
        </w:rPr>
        <w:t xml:space="preserve"> ، فيضغطه بالمقدار </w:t>
      </w:r>
      <m:oMath>
        <m:sSub>
          <m:e>
            <m:r>
              <w:rPr>
                <w:rFonts w:ascii="Cambria Math" w:hAnsi="Cambria Math" w:cs="Cambria Math"/>
              </w:rPr>
              <m:t xml:space="preserve">x</m:t>
            </m:r>
          </m:e>
          <m:sub>
            <m:r>
              <w:rPr>
                <w:rFonts w:ascii="Cambria Math" w:hAnsi="Cambria Math" w:cs="Cambria Math"/>
              </w:rPr>
              <m:t xml:space="preserve">0</m:t>
            </m:r>
          </m:sub>
        </m:sSub>
      </m:oMath>
      <w:r>
        <w:rPr>
          <w:rFonts w:ascii="Amiri" w:hAnsi="Amiri" w:cs="Amiri"/>
          <w:rtl/>
        </w:rPr>
        <w:t xml:space="preserve"> ويتوقف لحظيا في الموضع </w:t>
      </w:r>
      <m:oMath>
        <m:r>
          <w:rPr>
            <w:rFonts w:ascii="Cambria Math" w:hAnsi="Cambria Math" w:cs="Cambria Math"/>
          </w:rPr>
          <m:t xml:space="preserve">E</m:t>
        </m:r>
      </m:oMath>
      <w:r>
        <w:rPr>
          <w:rFonts w:ascii="Amiri" w:hAnsi="Amiri" w:cs="Amiri"/>
          <w:rtl/>
        </w:rPr>
        <w:t xml:space="preserve"> .</w:t>
      </w: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1-</w:t>
      </w:r>
      <w:r>
        <w:tab/>
      </w:r>
      <w:r>
        <w:rPr>
          <w:rFonts w:ascii="Amiri" w:hAnsi="Amiri" w:cs="Amiri"/>
          <w:rtl/>
        </w:rPr>
        <w:t xml:space="preserve">مثل الحصيلة الطاقوية للجملة (جسم) بين الموضعين </w:t>
      </w:r>
      <m:oMath>
        <m:r>
          <w:rPr>
            <w:rFonts w:ascii="Cambria Math" w:hAnsi="Cambria Math" w:cs="Cambria Math"/>
          </w:rPr>
          <m:t xml:space="preserve">C</m:t>
        </m:r>
      </m:oMath>
      <w:r>
        <w:rPr>
          <w:rFonts w:ascii="Amiri" w:hAnsi="Amiri" w:cs="Amiri"/>
          <w:rtl/>
        </w:rPr>
        <w:t xml:space="preserve"> و </w:t>
      </w:r>
      <m:oMath>
        <m:r>
          <w:rPr>
            <w:rFonts w:ascii="Cambria Math" w:hAnsi="Cambria Math" w:cs="Cambria Math"/>
          </w:rPr>
          <m:t xml:space="preserve">D</m:t>
        </m:r>
      </m:oMath>
      <w:r>
        <w:rPr>
          <w:rFonts w:ascii="Amiri" w:hAnsi="Amiri" w:cs="Amiri"/>
          <w:rtl/>
        </w:rPr>
        <w:t xml:space="preserve"> .</w:t>
      </w: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2-</w:t>
      </w:r>
      <w:r>
        <w:tab/>
      </w:r>
      <w:r>
        <w:rPr>
          <w:rFonts w:ascii="Amiri" w:hAnsi="Amiri" w:cs="Amiri"/>
          <w:rtl/>
        </w:rPr>
        <w:t xml:space="preserve">بتطبيق مبدأ انحفاظ الطاقة للجملة (جسم) بين الموضعين </w:t>
      </w:r>
      <m:oMath>
        <m:r>
          <w:rPr>
            <w:rFonts w:ascii="Cambria Math" w:hAnsi="Cambria Math" w:cs="Cambria Math"/>
          </w:rPr>
          <m:t xml:space="preserve">C</m:t>
        </m:r>
      </m:oMath>
      <w:r>
        <w:rPr>
          <w:rFonts w:ascii="Amiri" w:hAnsi="Amiri" w:cs="Amiri"/>
          <w:rtl/>
        </w:rPr>
        <w:t xml:space="preserve"> و </w:t>
      </w:r>
      <m:oMath>
        <m:r>
          <w:rPr>
            <w:rFonts w:ascii="Cambria Math" w:hAnsi="Cambria Math" w:cs="Cambria Math"/>
          </w:rPr>
          <m:t xml:space="preserve">D</m:t>
        </m:r>
      </m:oMath>
      <w:r>
        <w:rPr>
          <w:rFonts w:ascii="Amiri" w:hAnsi="Amiri" w:cs="Amiri"/>
          <w:rtl/>
        </w:rPr>
        <w:t xml:space="preserve"> ، جد سرعة اصطدام الجسم بالنابض </w:t>
      </w:r>
      <m:oMath>
        <m:sSub>
          <m:e>
            <m:r>
              <w:rPr>
                <w:rFonts w:ascii="Cambria Math" w:hAnsi="Cambria Math" w:cs="Cambria Math"/>
              </w:rPr>
              <m:t xml:space="preserve">v</m:t>
            </m:r>
          </m:e>
          <m:sub>
            <m:r>
              <w:rPr>
                <w:rFonts w:ascii="Cambria Math" w:hAnsi="Cambria Math" w:cs="Cambria Math"/>
              </w:rPr>
              <m:t xml:space="preserve">D</m:t>
            </m:r>
          </m:sub>
        </m:sSub>
      </m:oMath>
      <w:r>
        <w:rPr>
          <w:rFonts w:ascii="Amiri" w:hAnsi="Amiri" w:cs="Amiri"/>
          <w:rtl/>
        </w:rPr>
        <w:t xml:space="preserve"> علما أن: </w:t>
      </w:r>
      <m:oMath>
        <m:r>
          <w:rPr>
            <w:rFonts w:ascii="Cambria Math" w:hAnsi="Cambria Math" w:cs="Cambria Math"/>
          </w:rPr>
          <m:t xml:space="preserve">CD = 1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m</m:t>
        </m:r>
      </m:oMath>
      <w:r>
        <w:rPr>
          <w:rFonts w:ascii="Amiri" w:hAnsi="Amiri" w:cs="Amiri"/>
          <w:rtl/>
        </w:rPr>
        <w:t xml:space="preserve"> .</w:t>
      </w:r>
    </w:p>
    <w:p>
      <w:pPr>
        <w:keepNext/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3-</w:t>
      </w:r>
      <w:r>
        <w:tab/>
      </w:r>
      <w:r>
        <w:rPr>
          <w:rFonts w:ascii="Amiri" w:hAnsi="Amiri" w:cs="Amiri"/>
          <w:rtl/>
        </w:rPr>
        <w:t xml:space="preserve">يمثل الشكل (8) بيان تغيرات الطاقة الكامنة المرونية للنابض بدلالة مربع مقدار الانضغاط </w:t>
      </w:r>
      <m:oMath>
        <m:sSup>
          <m:e>
            <m:r>
              <w:rPr>
                <w:rFonts w:ascii="Cambria Math" w:hAnsi="Cambria Math" w:cs="Cambria Math"/>
              </w:rPr>
              <m:t xml:space="preserve">x</m:t>
            </m:r>
          </m:e>
          <m:sup>
            <m:r>
              <w:rPr>
                <w:rFonts w:ascii="Cambria Math" w:hAnsi="Cambria Math" w:cs="Cambria Math"/>
              </w:rPr>
              <m:t xml:space="preserve">2</m:t>
            </m:r>
          </m:sup>
        </m:sSup>
      </m:oMath>
      <w:r>
        <w:rPr>
          <w:rFonts w:ascii="Amiri" w:hAnsi="Amiri" w:cs="Amiri"/>
          <w:rtl/>
        </w:rPr>
        <w:t xml:space="preserve"> للنابض.</w:t>
      </w:r>
    </w:p>
    <w:p>
      <w:pPr>
        <w:keepNext/>
        <w:bidi/>
        <w:spacing w:before="40" w:after="40"/>
        <w:ind w:start="0" w:end="0"/>
        <w:jc w:val="center"/>
      </w:pPr>
      <w:r>
        <w:drawing>
          <wp:inline xmlns:a="http://schemas.openxmlformats.org/drawingml/2006/main" xmlns:pic="http://schemas.openxmlformats.org/drawingml/2006/picture">
            <wp:extent cx="3742944" cy="3023616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e3-epe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742944" cy="30236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bidi/>
        <w:spacing w:before="0" w:after="80"/>
        <w:ind w:start="0" w:end="0"/>
        <w:jc w:val="center"/>
      </w:pPr>
      <w:r>
        <w:rPr>
          <w:rFonts w:ascii="Amiri" w:hAnsi="Amiri" w:cs="Amiri"/>
          <w:b/>
          <w:bCs/>
          <w:color w:val="1F3864"/>
          <w:sz w:val="22"/>
          <w:szCs w:val="22"/>
          <w:rtl/>
        </w:rPr>
        <w:t>الشكل (8)</w:t>
      </w:r>
    </w:p>
    <w:p>
      <w:pPr>
        <w:bidi/>
        <w:spacing w:before="40" w:after="80"/>
        <w:ind w:start="0" w:end="0"/>
      </w:pPr>
      <w:r>
        <w:rPr>
          <w:rFonts w:ascii="Amiri" w:hAnsi="Amiri" w:cs="Amiri"/>
          <w:rtl/>
        </w:rPr>
        <w:t>باستغلال البيان، جد:</w:t>
      </w:r>
    </w:p>
    <w:p>
      <w:pPr>
        <w:bidi/>
        <w:spacing w:before="40" w:after="60"/>
        <w:ind w:start="1020" w:end="0" w:hanging="510"/>
      </w:pPr>
      <w:r>
        <w:rPr>
          <w:rFonts w:ascii="Amiri" w:hAnsi="Amiri" w:cs="Amiri"/>
          <w:b/>
          <w:bCs/>
          <w:color w:val="1F3864"/>
          <w:rtl/>
        </w:rPr>
        <w:t>أ-</w:t>
      </w:r>
      <w:r>
        <w:tab/>
      </w:r>
      <w:r>
        <w:rPr>
          <w:rFonts w:ascii="Amiri" w:hAnsi="Amiri" w:cs="Amiri"/>
          <w:rtl/>
        </w:rPr>
        <w:t xml:space="preserve">مقدار الانضغاط الأعظمي </w:t>
      </w:r>
      <m:oMath>
        <m:sSub>
          <m:e>
            <m:r>
              <w:rPr>
                <w:rFonts w:ascii="Cambria Math" w:hAnsi="Cambria Math" w:cs="Cambria Math"/>
              </w:rPr>
              <m:t xml:space="preserve">x</m:t>
            </m:r>
          </m:e>
          <m:sub>
            <m:r>
              <w:rPr>
                <w:rFonts w:ascii="Cambria Math" w:hAnsi="Cambria Math" w:cs="Cambria Math"/>
              </w:rPr>
              <m:t xml:space="preserve">0</m:t>
            </m:r>
          </m:sub>
        </m:sSub>
      </m:oMath>
      <w:r>
        <w:rPr>
          <w:rFonts w:ascii="Amiri" w:hAnsi="Amiri" w:cs="Amiri"/>
          <w:rtl/>
        </w:rPr>
        <w:t xml:space="preserve"> للنابض.</w:t>
      </w:r>
    </w:p>
    <w:p>
      <w:pPr>
        <w:bidi/>
        <w:spacing w:before="40" w:after="60"/>
        <w:ind w:start="1020" w:end="0" w:hanging="510"/>
      </w:pPr>
      <w:r>
        <w:rPr>
          <w:rFonts w:ascii="Amiri" w:hAnsi="Amiri" w:cs="Amiri"/>
          <w:b/>
          <w:bCs/>
          <w:color w:val="1F3864"/>
          <w:rtl/>
        </w:rPr>
        <w:t>ب-</w:t>
      </w:r>
      <w:r>
        <w:tab/>
      </w:r>
      <w:r>
        <w:rPr>
          <w:rFonts w:ascii="Amiri" w:hAnsi="Amiri" w:cs="Amiri"/>
          <w:rtl/>
        </w:rPr>
        <w:t xml:space="preserve">الطاقة الكامنة المرونية </w:t>
      </w:r>
      <m:oMath>
        <m:sSub>
          <m:e>
            <m:r>
              <w:rPr>
                <w:rFonts w:ascii="Cambria Math" w:hAnsi="Cambria Math" w:cs="Cambria Math"/>
              </w:rPr>
              <m:t xml:space="preserve">E</m:t>
            </m:r>
          </m:e>
          <m:sub>
            <m:r>
              <w:rPr>
                <w:rFonts w:ascii="Cambria Math" w:hAnsi="Cambria Math" w:cs="Cambria Math"/>
              </w:rPr>
              <m:t xml:space="preserve">peE</m:t>
            </m:r>
          </m:sub>
        </m:sSub>
      </m:oMath>
      <w:r>
        <w:rPr>
          <w:rFonts w:ascii="Amiri" w:hAnsi="Amiri" w:cs="Amiri"/>
          <w:rtl/>
        </w:rPr>
        <w:t xml:space="preserve"> في الموضع </w:t>
      </w:r>
      <m:oMath>
        <m:r>
          <w:rPr>
            <w:rFonts w:ascii="Cambria Math" w:hAnsi="Cambria Math" w:cs="Cambria Math"/>
          </w:rPr>
          <m:t xml:space="preserve">E</m:t>
        </m:r>
      </m:oMath>
      <w:r>
        <w:rPr>
          <w:rFonts w:ascii="Amiri" w:hAnsi="Amiri" w:cs="Amiri"/>
          <w:rtl/>
        </w:rPr>
        <w:t xml:space="preserve"> .</w:t>
      </w:r>
    </w:p>
    <w:p>
      <w:pPr>
        <w:bidi/>
        <w:spacing w:before="40" w:after="60"/>
        <w:ind w:start="1020" w:end="0" w:hanging="510"/>
      </w:pPr>
      <w:r>
        <w:rPr>
          <w:rFonts w:ascii="Amiri" w:hAnsi="Amiri" w:cs="Amiri"/>
          <w:b/>
          <w:bCs/>
          <w:color w:val="1F3864"/>
          <w:rtl/>
        </w:rPr>
        <w:t>ج-</w:t>
      </w:r>
      <w:r>
        <w:tab/>
      </w:r>
      <w:r>
        <w:rPr>
          <w:rFonts w:ascii="Amiri" w:hAnsi="Amiri" w:cs="Amiri"/>
          <w:rtl/>
        </w:rPr>
        <w:t xml:space="preserve">ثابت مرونة النابض </w:t>
      </w:r>
      <m:oMath>
        <m:r>
          <w:rPr>
            <w:rFonts w:ascii="Cambria Math" w:hAnsi="Cambria Math" w:cs="Cambria Math"/>
          </w:rPr>
          <m:t xml:space="preserve">K</m:t>
        </m:r>
      </m:oMath>
      <w:r>
        <w:rPr>
          <w:rFonts w:ascii="Amiri" w:hAnsi="Amiri" w:cs="Amiri"/>
          <w:rtl/>
        </w:rPr>
        <w:t xml:space="preserve"> .</w:t>
      </w:r>
    </w:p>
    <w:p>
      <w:pPr>
        <w:bidi/>
        <w:spacing w:before="40" w:after="60"/>
        <w:ind w:start="1020" w:end="0" w:hanging="510"/>
      </w:pPr>
      <w:r>
        <w:rPr>
          <w:rFonts w:ascii="Amiri" w:hAnsi="Amiri" w:cs="Amiri"/>
          <w:b/>
          <w:bCs/>
          <w:color w:val="1F3864"/>
          <w:rtl/>
        </w:rPr>
        <w:t>د-</w:t>
      </w:r>
      <w:r>
        <w:tab/>
      </w:r>
      <w:r>
        <w:rPr>
          <w:rFonts w:ascii="Amiri" w:hAnsi="Amiri" w:cs="Amiri"/>
          <w:rtl/>
        </w:rPr>
        <w:t xml:space="preserve">استنتج شدة توتر النابض في الموضع </w:t>
      </w:r>
      <m:oMath>
        <m:r>
          <w:rPr>
            <w:rFonts w:ascii="Cambria Math" w:hAnsi="Cambria Math" w:cs="Cambria Math"/>
          </w:rPr>
          <m:t xml:space="preserve">E</m:t>
        </m:r>
      </m:oMath>
      <w:r>
        <w:rPr>
          <w:rFonts w:ascii="Amiri" w:hAnsi="Amiri" w:cs="Amiri"/>
          <w:rtl/>
        </w:rPr>
        <w:t xml:space="preserve"> .</w:t>
      </w:r>
    </w:p>
    <w:p>
      <w:pPr>
        <w:bidi/>
        <w:spacing w:before="160" w:after="40"/>
        <w:ind w:start="0" w:end="0"/>
        <w:jc w:val="center"/>
      </w:pPr>
      <w:r>
        <w:rPr>
          <w:rFonts w:ascii="Amiri" w:hAnsi="Amiri" w:cs="Amiri"/>
          <w:b/>
          <w:bCs/>
          <w:color w:val="B8862B"/>
          <w:rtl/>
        </w:rPr>
        <w:t>بالتوفيق</w:t>
      </w:r>
    </w:p>
    <w:p>
      <w:r>
        <w:br w:type="page"/>
      </w:r>
    </w:p>
    <w:tbl>
      <w:tblPr>
        <w:bidiVisual/>
        <w:tblW w:type="auto" w:w="0"/>
        <w:tblBorders>
          <w:top w:val="single" w:sz="10" w:space="0" w:color="1F3864"/>
          <w:left w:val="single" w:sz="10" w:space="0" w:color="1F3864"/>
          <w:bottom w:val="single" w:sz="10" w:space="0" w:color="1F3864"/>
          <w:right w:val="single" w:sz="10" w:space="0" w:color="1F3864"/>
          <w:insideH w:val="single" w:sz="10" w:space="0" w:color="1F3864"/>
          <w:insideV w:val="single" w:sz="10" w:space="0" w:color="1F3864"/>
        </w:tblBorders>
        <w:tblLayout w:type="fixed"/>
        <w:tblCellMar>
          <w:top w:w="40" w:type="dxa"/>
          <w:left w:w="70" w:type="dxa"/>
          <w:bottom w:w="40" w:type="dxa"/>
          <w:right w:w="70" w:type="dxa"/>
        </w:tblCellMar>
        <w:tblLook w:firstColumn="1" w:firstRow="1" w:lastColumn="0" w:lastRow="0" w:noHBand="0" w:noVBand="1" w:val="04A0"/>
      </w:tblPr>
      <w:tblGrid>
        <w:gridCol w:w="6463"/>
        <w:gridCol w:w="3288"/>
      </w:tblGrid>
      <w:tr>
        <w:tc>
          <w:tcPr>
            <w:tcW w:type="dxa" w:w="6463"/>
            <w:vAlign w:val="center"/>
          </w:tcPr>
          <w:p>
            <w:pPr>
              <w:bidi/>
              <w:spacing w:before="20" w:after="20"/>
            </w:pPr>
            <w:r>
              <w:rPr>
                <w:rFonts w:ascii="Amiri" w:hAnsi="Amiri" w:cs="Amiri"/>
                <w:sz w:val="25"/>
                <w:szCs w:val="25"/>
                <w:rtl/>
              </w:rPr>
              <w:t>ثانوية: حمو بوتليليس – وهران</w:t>
            </w:r>
          </w:p>
        </w:tc>
        <w:tc>
          <w:tcPr>
            <w:tcW w:type="dxa" w:w="3288"/>
            <w:vAlign w:val="center"/>
          </w:tcPr>
          <w:p>
            <w:pPr>
              <w:bidi/>
              <w:spacing w:before="20" w:after="20"/>
            </w:pPr>
            <w:r>
              <w:rPr>
                <w:rFonts w:ascii="Amiri" w:hAnsi="Amiri" w:cs="Amiri"/>
                <w:sz w:val="25"/>
                <w:szCs w:val="25"/>
                <w:rtl/>
              </w:rPr>
              <w:t>السنة الدراسية: ‎2026/2027‎</w:t>
            </w:r>
          </w:p>
        </w:tc>
      </w:tr>
      <w:tr>
        <w:tc>
          <w:tcPr>
            <w:tcW w:type="dxa" w:w="3288"/>
            <w:gridSpan w:val="2"/>
            <w:shd w:val="clear" w:color="auto" w:fill="E8EDF4"/>
            <w:vAlign w:val="center"/>
          </w:tcPr>
          <w:p>
            <w:pPr>
              <w:bidi/>
              <w:spacing w:before="20" w:after="20"/>
              <w:jc w:val="center"/>
            </w:pPr>
            <w:r>
              <w:rPr>
                <w:rFonts w:ascii="Amiri" w:hAnsi="Amiri" w:cs="Amiri"/>
                <w:b/>
                <w:bCs/>
                <w:color w:val="1F3864"/>
                <w:sz w:val="30"/>
                <w:szCs w:val="30"/>
                <w:rtl/>
              </w:rPr>
              <w:t>التصحيح المفصل — تمارين في الطاقة: مسارات ونوابض</w:t>
            </w:r>
          </w:p>
        </w:tc>
      </w:tr>
      <w:tr>
        <w:tc>
          <w:tcPr>
            <w:tcW w:type="dxa" w:w="6463"/>
            <w:vAlign w:val="center"/>
          </w:tcPr>
          <w:p>
            <w:pPr>
              <w:bidi/>
              <w:spacing w:before="20" w:after="20"/>
            </w:pPr>
            <w:r>
              <w:rPr>
                <w:rFonts w:ascii="Amiri" w:hAnsi="Amiri" w:cs="Amiri"/>
                <w:sz w:val="25"/>
                <w:szCs w:val="25"/>
                <w:rtl/>
              </w:rPr>
              <w:t>المستوى: السنة الثانية ثانوي (شعب علمية)</w:t>
            </w:r>
          </w:p>
        </w:tc>
        <w:tc>
          <w:tcPr>
            <w:tcW w:type="dxa" w:w="3288"/>
            <w:vAlign w:val="center"/>
          </w:tcPr>
          <w:p>
            <w:pPr>
              <w:bidi/>
              <w:spacing w:before="20" w:after="20"/>
            </w:pPr>
            <w:r>
              <w:rPr>
                <w:rFonts w:ascii="Amiri" w:hAnsi="Amiri" w:cs="Amiri"/>
                <w:sz w:val="25"/>
                <w:szCs w:val="25"/>
                <w:rtl/>
              </w:rPr>
              <w:t>الوحدة: الطاقة الكامنة</w:t>
            </w:r>
          </w:p>
        </w:tc>
      </w:tr>
    </w:tbl>
    <w:p>
      <w:pPr>
        <w:bidi/>
        <w:spacing w:before="0" w:after="40"/>
        <w:ind w:start="0" w:end="0"/>
      </w:pPr>
    </w:p>
    <w:p>
      <w:pPr>
        <w:keepNext/>
        <w:shd w:val="clear" w:color="auto" w:fill="1F3864"/>
        <w:bidi/>
        <w:spacing w:before="160" w:after="100"/>
        <w:ind w:start="0" w:end="0"/>
      </w:pPr>
      <w:r>
        <w:rPr>
          <w:rFonts w:ascii="Amiri" w:hAnsi="Amiri" w:cs="Amiri"/>
          <w:b/>
          <w:bCs/>
          <w:color w:val="FFFFFF"/>
          <w:sz w:val="27"/>
          <w:szCs w:val="27"/>
          <w:rtl/>
        </w:rPr>
        <w:t xml:space="preserve">  تصحيح التمرين الأول</w:t>
      </w:r>
    </w:p>
    <w:p>
      <w:pPr>
        <w:keepNext/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1-</w:t>
      </w:r>
      <w:r>
        <w:tab/>
      </w:r>
      <w:r>
        <w:rPr>
          <w:rFonts w:ascii="Amiri" w:hAnsi="Amiri" w:cs="Amiri"/>
          <w:rtl/>
        </w:rPr>
        <w:t xml:space="preserve">يخضع الجسم لثلاث قوى: ثقله </w:t>
      </w:r>
      <m:oMath>
        <m:acc>
          <m:accPr>
            <m:chr m:val="⃗"/>
          </m:accPr>
          <m:e>
            <m:r>
              <w:rPr>
                <w:rFonts w:ascii="Cambria Math" w:hAnsi="Cambria Math" w:cs="Cambria Math"/>
              </w:rPr>
              <m:t xml:space="preserve">P</m:t>
            </m:r>
          </m:e>
        </m:acc>
      </m:oMath>
      <w:r>
        <w:rPr>
          <w:rFonts w:ascii="Amiri" w:hAnsi="Amiri" w:cs="Amiri"/>
          <w:rtl/>
        </w:rPr>
        <w:t xml:space="preserve"> ، رد الفعل الناظمي </w:t>
      </w:r>
      <m:oMath>
        <m:acc>
          <m:accPr>
            <m:chr m:val="⃗"/>
          </m:accPr>
          <m:e>
            <m:r>
              <w:rPr>
                <w:rFonts w:ascii="Cambria Math" w:hAnsi="Cambria Math" w:cs="Cambria Math"/>
              </w:rPr>
              <m:t xml:space="preserve">R</m:t>
            </m:r>
          </m:e>
        </m:acc>
      </m:oMath>
      <w:r>
        <w:rPr>
          <w:rFonts w:ascii="Amiri" w:hAnsi="Amiri" w:cs="Amiri"/>
          <w:rtl/>
        </w:rPr>
        <w:t xml:space="preserve"> ، وقوة الاحتكاك </w:t>
      </w:r>
      <m:oMath>
        <m:acc>
          <m:accPr>
            <m:chr m:val="⃗"/>
          </m:accPr>
          <m:e>
            <m:r>
              <w:rPr>
                <w:rFonts w:ascii="Cambria Math" w:hAnsi="Cambria Math" w:cs="Cambria Math"/>
              </w:rPr>
              <m:t xml:space="preserve">f</m:t>
            </m:r>
          </m:e>
        </m:acc>
      </m:oMath>
      <w:r>
        <w:rPr>
          <w:rFonts w:ascii="Amiri" w:hAnsi="Amiri" w:cs="Amiri"/>
          <w:rtl/>
        </w:rPr>
        <w:t xml:space="preserve"> المعاكسة لجهة الحركة.</w:t>
      </w:r>
    </w:p>
    <w:p>
      <w:pPr>
        <w:bidi/>
        <w:spacing w:before="40" w:after="40"/>
        <w:ind w:start="0" w:end="0"/>
        <w:jc w:val="center"/>
      </w:pPr>
      <w:r>
        <w:drawing>
          <wp:inline xmlns:a="http://schemas.openxmlformats.org/drawingml/2006/main" xmlns:pic="http://schemas.openxmlformats.org/drawingml/2006/picture">
            <wp:extent cx="2877312" cy="2014727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e4-forces-ab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877312" cy="201472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/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2-</w:t>
      </w:r>
      <w:r>
        <w:tab/>
      </w:r>
      <w:r>
        <w:rPr>
          <w:rFonts w:ascii="Amiri" w:hAnsi="Amiri" w:cs="Amiri"/>
          <w:rtl/>
        </w:rPr>
        <w:t xml:space="preserve">الثقل قوة داخلية لأن الأرض ضمن الجملة، وعمل </w:t>
      </w:r>
      <m:oMath>
        <m:acc>
          <m:accPr>
            <m:chr m:val="⃗"/>
          </m:accPr>
          <m:e>
            <m:r>
              <w:rPr>
                <w:rFonts w:ascii="Cambria Math" w:hAnsi="Cambria Math" w:cs="Cambria Math"/>
              </w:rPr>
              <m:t xml:space="preserve">R</m:t>
            </m:r>
          </m:e>
        </m:acc>
      </m:oMath>
      <w:r>
        <w:rPr>
          <w:rFonts w:ascii="Amiri" w:hAnsi="Amiri" w:cs="Amiri"/>
          <w:rtl/>
        </w:rPr>
        <w:t xml:space="preserve"> معدوم. تبقى الطاقة الحركية ثابتة لأن </w:t>
      </w:r>
      <m:oMath>
        <m:sSub>
          <m:e>
            <m:r>
              <w:rPr>
                <w:rFonts w:ascii="Cambria Math" w:hAnsi="Cambria Math" w:cs="Cambria Math"/>
              </w:rPr>
              <m:t xml:space="preserve">v</m:t>
            </m:r>
          </m:e>
          <m:sub>
            <m:r>
              <w:rPr>
                <w:rFonts w:ascii="Cambria Math" w:hAnsi="Cambria Math" w:cs="Cambria Math"/>
              </w:rPr>
              <m:t xml:space="preserve">A</m:t>
            </m:r>
          </m:sub>
        </m:sSub>
        <m:r>
          <w:rPr>
            <w:rFonts w:ascii="Cambria Math" w:hAnsi="Cambria Math" w:cs="Cambria Math"/>
          </w:rPr>
          <m:t xml:space="preserve"> = </m:t>
        </m:r>
        <m:sSub>
          <m:e>
            <m:r>
              <w:rPr>
                <w:rFonts w:ascii="Cambria Math" w:hAnsi="Cambria Math" w:cs="Cambria Math"/>
              </w:rPr>
              <m:t xml:space="preserve">v</m:t>
            </m:r>
          </m:e>
          <m:sub>
            <m:r>
              <w:rPr>
                <w:rFonts w:ascii="Cambria Math" w:hAnsi="Cambria Math" w:cs="Cambria Math"/>
              </w:rPr>
              <m:t xml:space="preserve">B</m:t>
            </m:r>
          </m:sub>
        </m:sSub>
      </m:oMath>
      <w:r>
        <w:rPr>
          <w:rFonts w:ascii="Amiri" w:hAnsi="Amiri" w:cs="Amiri"/>
          <w:rtl/>
        </w:rPr>
        <w:t xml:space="preserve"> ، وتتناقص الطاقة الكامنة الثقالية، وتفقد الجملة طاقة بعمل قوة الاحتكاك.</w:t>
      </w:r>
    </w:p>
    <w:p>
      <w:pPr>
        <w:keepNext/>
        <w:bidi/>
        <w:spacing w:before="40" w:after="40"/>
        <w:ind w:start="0" w:end="0"/>
        <w:jc w:val="center"/>
      </w:pPr>
      <w:r>
        <w:drawing>
          <wp:inline xmlns:a="http://schemas.openxmlformats.org/drawingml/2006/main" xmlns:pic="http://schemas.openxmlformats.org/drawingml/2006/picture">
            <wp:extent cx="4102607" cy="2051303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e4-bilan-ab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102607" cy="20513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bidi/>
        <w:spacing w:before="0" w:after="80"/>
        <w:ind w:start="0" w:end="0"/>
        <w:jc w:val="center"/>
      </w:pPr>
      <w:r>
        <w:rPr>
          <w:rFonts w:ascii="Amiri" w:hAnsi="Amiri" w:cs="Amiri"/>
          <w:b/>
          <w:bCs/>
          <w:color w:val="1F3864"/>
          <w:sz w:val="22"/>
          <w:szCs w:val="22"/>
          <w:rtl/>
        </w:rPr>
        <w:t>الحصيلة الطاقوية للجملة (جسم + أرض) بين A و B</w:t>
      </w:r>
    </w:p>
    <w:p>
      <w:pPr>
        <w:bidi/>
        <w:spacing w:before="40" w:after="80"/>
        <w:ind w:start="0" w:end="0"/>
      </w:pPr>
      <w:r>
        <w:rPr>
          <w:rFonts w:ascii="Amiri" w:hAnsi="Amiri" w:cs="Amiri"/>
          <w:rtl/>
        </w:rPr>
        <w:t>معادلة انحفاظ الطاقة:</w:t>
      </w:r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sSub>
            <m:e>
              <m:r>
                <w:rPr>
                  <w:rFonts w:ascii="Cambria Math" w:hAnsi="Cambria Math" w:cs="Cambria Math"/>
                </w:rPr>
                <m:t xml:space="preserve">E</m:t>
              </m:r>
            </m:e>
            <m:sub>
              <m:r>
                <w:rPr>
                  <w:rFonts w:ascii="Cambria Math" w:hAnsi="Cambria Math" w:cs="Cambria Math"/>
                </w:rPr>
                <m:t xml:space="preserve">cA</m:t>
              </m:r>
            </m:sub>
          </m:sSub>
          <m:r>
            <w:rPr>
              <w:rFonts w:ascii="Cambria Math" w:hAnsi="Cambria Math" w:cs="Cambria Math"/>
            </w:rPr>
            <m:t xml:space="preserve"> + </m:t>
          </m:r>
          <m:sSub>
            <m:e>
              <m:r>
                <w:rPr>
                  <w:rFonts w:ascii="Cambria Math" w:hAnsi="Cambria Math" w:cs="Cambria Math"/>
                </w:rPr>
                <m:t xml:space="preserve">E</m:t>
              </m:r>
            </m:e>
            <m:sub>
              <m:r>
                <w:rPr>
                  <w:rFonts w:ascii="Cambria Math" w:hAnsi="Cambria Math" w:cs="Cambria Math"/>
                </w:rPr>
                <m:t xml:space="preserve">ppA</m:t>
              </m:r>
            </m:sub>
          </m:sSub>
          <m:r>
            <w:rPr>
              <w:rFonts w:ascii="Cambria Math" w:hAnsi="Cambria Math" w:cs="Cambria Math"/>
            </w:rPr>
            <m:t xml:space="preserve"> = </m:t>
          </m:r>
          <m:sSub>
            <m:e>
              <m:r>
                <w:rPr>
                  <w:rFonts w:ascii="Cambria Math" w:hAnsi="Cambria Math" w:cs="Cambria Math"/>
                </w:rPr>
                <m:t xml:space="preserve">E</m:t>
              </m:r>
            </m:e>
            <m:sub>
              <m:r>
                <w:rPr>
                  <w:rFonts w:ascii="Cambria Math" w:hAnsi="Cambria Math" w:cs="Cambria Math"/>
                </w:rPr>
                <m:t xml:space="preserve">cB</m:t>
              </m:r>
            </m:sub>
          </m:sSub>
          <m:r>
            <w:rPr>
              <w:rFonts w:ascii="Cambria Math" w:hAnsi="Cambria Math" w:cs="Cambria Math"/>
            </w:rPr>
            <m:t xml:space="preserve"> + </m:t>
          </m:r>
          <m:sSub>
            <m:e>
              <m:r>
                <w:rPr>
                  <w:rFonts w:ascii="Cambria Math" w:hAnsi="Cambria Math" w:cs="Cambria Math"/>
                </w:rPr>
                <m:t xml:space="preserve">E</m:t>
              </m:r>
            </m:e>
            <m:sub>
              <m:r>
                <w:rPr>
                  <w:rFonts w:ascii="Cambria Math" w:hAnsi="Cambria Math" w:cs="Cambria Math"/>
                </w:rPr>
                <m:t xml:space="preserve">ppB</m:t>
              </m:r>
            </m:sub>
          </m:sSub>
          <m:r>
            <w:rPr>
              <w:rFonts w:ascii="Cambria Math" w:hAnsi="Cambria Math" w:cs="Cambria Math"/>
            </w:rPr>
            <m:t xml:space="preserve"> + |</m:t>
          </m:r>
          <m:sSub>
            <m:e>
              <m:r>
                <w:rPr>
                  <w:rFonts w:ascii="Cambria Math" w:hAnsi="Cambria Math" w:cs="Cambria Math"/>
                </w:rPr>
                <m:t xml:space="preserve">W</m:t>
              </m:r>
            </m:e>
            <m:sub>
              <m:r>
                <w:rPr>
                  <w:rFonts w:ascii="Cambria Math" w:hAnsi="Cambria Math" w:cs="Cambria Math"/>
                </w:rPr>
                <m:t xml:space="preserve">AB</m:t>
              </m:r>
            </m:sub>
          </m:sSub>
          <m:r>
            <w:rPr>
              <w:rFonts w:ascii="Cambria Math" w:hAnsi="Cambria Math" w:cs="Cambria Math"/>
            </w:rPr>
            <m:t xml:space="preserve">(</m:t>
          </m:r>
          <m:acc>
            <m:accPr>
              <m:chr m:val="⃗"/>
            </m:accPr>
            <m:e>
              <m:r>
                <w:rPr>
                  <w:rFonts w:ascii="Cambria Math" w:hAnsi="Cambria Math" w:cs="Cambria Math"/>
                </w:rPr>
                <m:t xml:space="preserve">f</m:t>
              </m:r>
            </m:e>
          </m:acc>
          <m:r>
            <w:rPr>
              <w:rFonts w:ascii="Cambria Math" w:hAnsi="Cambria Math" w:cs="Cambria Math"/>
            </w:rPr>
            <m:t xml:space="preserve">)|</m:t>
          </m:r>
        </m:oMath>
      </m:oMathPara>
    </w:p>
    <w:p>
      <w:pPr>
        <w:keepNext/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3-</w:t>
      </w:r>
      <w:r>
        <w:tab/>
      </w:r>
      <w:r>
        <w:rPr>
          <w:rFonts w:ascii="Amiri" w:hAnsi="Amiri" w:cs="Amiri"/>
          <w:rtl/>
        </w:rPr>
        <w:t xml:space="preserve">لدينا </w:t>
      </w:r>
      <m:oMath>
        <m:sSub>
          <m:e>
            <m:r>
              <w:rPr>
                <w:rFonts w:ascii="Cambria Math" w:hAnsi="Cambria Math" w:cs="Cambria Math"/>
              </w:rPr>
              <m:t xml:space="preserve">E</m:t>
            </m:r>
          </m:e>
          <m:sub>
            <m:r>
              <w:rPr>
                <w:rFonts w:ascii="Cambria Math" w:hAnsi="Cambria Math" w:cs="Cambria Math"/>
              </w:rPr>
              <m:t xml:space="preserve">cA</m:t>
            </m:r>
          </m:sub>
        </m:sSub>
        <m:r>
          <w:rPr>
            <w:rFonts w:ascii="Cambria Math" w:hAnsi="Cambria Math" w:cs="Cambria Math"/>
          </w:rPr>
          <m:t xml:space="preserve"> = </m:t>
        </m:r>
        <m:sSub>
          <m:e>
            <m:r>
              <w:rPr>
                <w:rFonts w:ascii="Cambria Math" w:hAnsi="Cambria Math" w:cs="Cambria Math"/>
              </w:rPr>
              <m:t xml:space="preserve">E</m:t>
            </m:r>
          </m:e>
          <m:sub>
            <m:r>
              <w:rPr>
                <w:rFonts w:ascii="Cambria Math" w:hAnsi="Cambria Math" w:cs="Cambria Math"/>
              </w:rPr>
              <m:t xml:space="preserve">cB</m:t>
            </m:r>
          </m:sub>
        </m:sSub>
      </m:oMath>
      <w:r>
        <w:rPr>
          <w:rFonts w:ascii="Amiri" w:hAnsi="Amiri" w:cs="Amiri"/>
          <w:rtl/>
        </w:rPr>
        <w:t xml:space="preserve"> و </w:t>
      </w:r>
      <m:oMath>
        <m:sSub>
          <m:e>
            <m:r>
              <w:rPr>
                <w:rFonts w:ascii="Cambria Math" w:hAnsi="Cambria Math" w:cs="Cambria Math"/>
              </w:rPr>
              <m:t xml:space="preserve">E</m:t>
            </m:r>
          </m:e>
          <m:sub>
            <m:r>
              <w:rPr>
                <w:rFonts w:ascii="Cambria Math" w:hAnsi="Cambria Math" w:cs="Cambria Math"/>
              </w:rPr>
              <m:t xml:space="preserve">ppB</m:t>
            </m:r>
          </m:sub>
        </m:sSub>
        <m:r>
          <w:rPr>
            <w:rFonts w:ascii="Cambria Math" w:hAnsi="Cambria Math" w:cs="Cambria Math"/>
          </w:rPr>
          <m:t xml:space="preserve"> = 0</m:t>
        </m:r>
      </m:oMath>
      <w:r>
        <w:rPr>
          <w:rFonts w:ascii="Amiri" w:hAnsi="Amiri" w:cs="Amiri"/>
          <w:rtl/>
        </w:rPr>
        <w:t xml:space="preserve"> ، و </w:t>
      </w:r>
      <m:oMath>
        <m:sSub>
          <m:e>
            <m:r>
              <w:rPr>
                <w:rFonts w:ascii="Cambria Math" w:hAnsi="Cambria Math" w:cs="Cambria Math"/>
              </w:rPr>
              <m:t xml:space="preserve">E</m:t>
            </m:r>
          </m:e>
          <m:sub>
            <m:r>
              <w:rPr>
                <w:rFonts w:ascii="Cambria Math" w:hAnsi="Cambria Math" w:cs="Cambria Math"/>
              </w:rPr>
              <m:t xml:space="preserve">ppA</m:t>
            </m:r>
          </m:sub>
        </m:sSub>
        <m:r>
          <w:rPr>
            <w:rFonts w:ascii="Cambria Math" w:hAnsi="Cambria Math" w:cs="Cambria Math"/>
          </w:rPr>
          <m:t xml:space="preserve"> = m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w:rPr>
            <w:rFonts w:ascii="Cambria Math" w:hAnsi="Cambria Math" w:cs="Cambria Math"/>
          </w:rPr>
          <m:t xml:space="preserve">g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w:rPr>
            <w:rFonts w:ascii="Cambria Math" w:hAnsi="Cambria Math" w:cs="Cambria Math"/>
          </w:rPr>
          <m:t xml:space="preserve">AB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sin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α</m:t>
        </m:r>
      </m:oMath>
      <w:r>
        <w:rPr>
          <w:rFonts w:ascii="Amiri" w:hAnsi="Amiri" w:cs="Amiri"/>
          <w:rtl/>
        </w:rPr>
        <w:t xml:space="preserve"> و </w:t>
      </w:r>
      <m:oMath>
        <m:r>
          <w:rPr>
            <w:rFonts w:ascii="Cambria Math" w:hAnsi="Cambria Math" w:cs="Cambria Math"/>
          </w:rPr>
          <m:t xml:space="preserve">|</m:t>
        </m:r>
        <m:sSub>
          <m:e>
            <m:r>
              <w:rPr>
                <w:rFonts w:ascii="Cambria Math" w:hAnsi="Cambria Math" w:cs="Cambria Math"/>
              </w:rPr>
              <m:t xml:space="preserve">W</m:t>
            </m:r>
          </m:e>
          <m:sub>
            <m:r>
              <w:rPr>
                <w:rFonts w:ascii="Cambria Math" w:hAnsi="Cambria Math" w:cs="Cambria Math"/>
              </w:rPr>
              <m:t xml:space="preserve">AB</m:t>
            </m:r>
          </m:sub>
        </m:sSub>
        <m:r>
          <w:rPr>
            <w:rFonts w:ascii="Cambria Math" w:hAnsi="Cambria Math" w:cs="Cambria Math"/>
          </w:rPr>
          <m:t xml:space="preserve">(</m:t>
        </m:r>
        <m:acc>
          <m:accPr>
            <m:chr m:val="⃗"/>
          </m:accPr>
          <m:e>
            <m:r>
              <w:rPr>
                <w:rFonts w:ascii="Cambria Math" w:hAnsi="Cambria Math" w:cs="Cambria Math"/>
              </w:rPr>
              <m:t xml:space="preserve">f</m:t>
            </m:r>
          </m:e>
        </m:acc>
        <m:r>
          <w:rPr>
            <w:rFonts w:ascii="Cambria Math" w:hAnsi="Cambria Math" w:cs="Cambria Math"/>
          </w:rPr>
          <m:t xml:space="preserve">)| = f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·</m:t>
        </m:r>
        <m:r>
          <w:rPr>
            <w:rFonts w:ascii="Cambria Math" w:hAnsi="Cambria Math" w:cs="Cambria Math"/>
          </w:rPr>
          <m:t xml:space="preserve"> AB</m:t>
        </m:r>
      </m:oMath>
      <w:r>
        <w:rPr>
          <w:rFonts w:ascii="Amiri" w:hAnsi="Amiri" w:cs="Amiri"/>
          <w:rtl/>
        </w:rPr>
        <w:t xml:space="preserve"> . إذن </w:t>
      </w:r>
      <m:oMath>
        <m:r>
          <w:rPr>
            <w:rFonts w:ascii="Cambria Math" w:hAnsi="Cambria Math" w:cs="Cambria Math"/>
          </w:rPr>
          <m:t xml:space="preserve">m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w:rPr>
            <w:rFonts w:ascii="Cambria Math" w:hAnsi="Cambria Math" w:cs="Cambria Math"/>
          </w:rPr>
          <m:t xml:space="preserve">g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w:rPr>
            <w:rFonts w:ascii="Cambria Math" w:hAnsi="Cambria Math" w:cs="Cambria Math"/>
          </w:rPr>
          <m:t xml:space="preserve">AB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sin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α</m:t>
        </m:r>
        <m:r>
          <w:rPr>
            <w:rFonts w:ascii="Cambria Math" w:hAnsi="Cambria Math" w:cs="Cambria Math"/>
          </w:rPr>
          <m:t xml:space="preserve"> = f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·</m:t>
        </m:r>
        <m:r>
          <w:rPr>
            <w:rFonts w:ascii="Cambria Math" w:hAnsi="Cambria Math" w:cs="Cambria Math"/>
          </w:rPr>
          <m:t xml:space="preserve"> AB</m:t>
        </m:r>
      </m:oMath>
      <w:r>
        <w:rPr>
          <w:rFonts w:ascii="Amiri" w:hAnsi="Amiri" w:cs="Amiri"/>
          <w:rtl/>
        </w:rPr>
        <w:t xml:space="preserve"> ، ومنه:</w:t>
      </w:r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r>
            <w:rPr>
              <w:rFonts w:ascii="Cambria Math" w:hAnsi="Cambria Math" w:cs="Cambria Math"/>
            </w:rPr>
            <m:t xml:space="preserve">f = m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w:rPr>
              <w:rFonts w:ascii="Cambria Math" w:hAnsi="Cambria Math" w:cs="Cambria Math"/>
            </w:rPr>
            <m:t xml:space="preserve">g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sin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α</m:t>
          </m:r>
          <m:r>
            <w:rPr>
              <w:rFonts w:ascii="Cambria Math" w:hAnsi="Cambria Math" w:cs="Cambria Math"/>
            </w:rPr>
            <m:t xml:space="preserve"> = 0,5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×</m:t>
          </m:r>
          <m:r>
            <w:rPr>
              <w:rFonts w:ascii="Cambria Math" w:hAnsi="Cambria Math" w:cs="Cambria Math"/>
            </w:rPr>
            <m:t xml:space="preserve"> 10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×</m:t>
          </m:r>
          <m:r>
            <w:rPr>
              <w:rFonts w:ascii="Cambria Math" w:hAnsi="Cambria Math" w:cs="Cambria Math"/>
            </w:rPr>
            <m:t xml:space="preserve"> 0,5 = 2,5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N</m:t>
          </m:r>
        </m:oMath>
      </m:oMathPara>
    </w:p>
    <w:p>
      <w:pPr>
        <w:keepNext/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4-</w:t>
      </w:r>
      <w:r>
        <w:tab/>
      </w:r>
    </w:p>
    <w:p>
      <w:pPr>
        <w:keepNext/>
        <w:bidi/>
        <w:spacing w:before="40" w:after="60"/>
        <w:ind w:start="1020" w:end="0" w:hanging="510"/>
      </w:pPr>
      <w:r>
        <w:rPr>
          <w:rFonts w:ascii="Amiri" w:hAnsi="Amiri" w:cs="Amiri"/>
          <w:b/>
          <w:bCs/>
          <w:color w:val="1F3864"/>
          <w:rtl/>
        </w:rPr>
        <w:t>أ-</w:t>
      </w:r>
      <w:r>
        <w:tab/>
      </w:r>
      <w:r>
        <w:rPr>
          <w:rFonts w:ascii="Amiri" w:hAnsi="Amiri" w:cs="Amiri"/>
          <w:rtl/>
        </w:rPr>
        <w:t xml:space="preserve">عملا </w:t>
      </w:r>
      <m:oMath>
        <m:acc>
          <m:accPr>
            <m:chr m:val="⃗"/>
          </m:accPr>
          <m:e>
            <m:r>
              <w:rPr>
                <w:rFonts w:ascii="Cambria Math" w:hAnsi="Cambria Math" w:cs="Cambria Math"/>
              </w:rPr>
              <m:t xml:space="preserve">P</m:t>
            </m:r>
          </m:e>
        </m:acc>
      </m:oMath>
      <w:r>
        <w:rPr>
          <w:rFonts w:ascii="Amiri" w:hAnsi="Amiri" w:cs="Amiri"/>
          <w:rtl/>
        </w:rPr>
        <w:t xml:space="preserve"> و </w:t>
      </w:r>
      <m:oMath>
        <m:acc>
          <m:accPr>
            <m:chr m:val="⃗"/>
          </m:accPr>
          <m:e>
            <m:r>
              <w:rPr>
                <w:rFonts w:ascii="Cambria Math" w:hAnsi="Cambria Math" w:cs="Cambria Math"/>
              </w:rPr>
              <m:t xml:space="preserve">R</m:t>
            </m:r>
          </m:e>
        </m:acc>
      </m:oMath>
      <w:r>
        <w:rPr>
          <w:rFonts w:ascii="Amiri" w:hAnsi="Amiri" w:cs="Amiri"/>
          <w:rtl/>
        </w:rPr>
        <w:t xml:space="preserve"> معدومان على المسار الأفقي، وتفقد الجملة (جسم) طاقة بعمل قوة الاحتكاك.</w:t>
      </w:r>
    </w:p>
    <w:p>
      <w:pPr>
        <w:keepNext/>
        <w:bidi/>
        <w:spacing w:before="40" w:after="40"/>
        <w:ind w:start="0" w:end="0"/>
        <w:jc w:val="center"/>
      </w:pPr>
      <w:r>
        <w:drawing>
          <wp:inline xmlns:a="http://schemas.openxmlformats.org/drawingml/2006/main" xmlns:pic="http://schemas.openxmlformats.org/drawingml/2006/picture">
            <wp:extent cx="3212592" cy="2051303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e4-bilan-bc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212592" cy="20513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bidi/>
        <w:spacing w:before="0" w:after="80"/>
        <w:ind w:start="0" w:end="0"/>
        <w:jc w:val="center"/>
      </w:pPr>
      <w:r>
        <w:rPr>
          <w:rFonts w:ascii="Amiri" w:hAnsi="Amiri" w:cs="Amiri"/>
          <w:b/>
          <w:bCs/>
          <w:color w:val="1F3864"/>
          <w:sz w:val="22"/>
          <w:szCs w:val="22"/>
          <w:rtl/>
        </w:rPr>
        <w:t>الحصيلة الطاقوية للجملة (جسم) بين B و C</w:t>
      </w:r>
    </w:p>
    <w:p>
      <w:pPr>
        <w:bidi/>
        <w:spacing w:before="40" w:after="80"/>
        <w:ind w:start="0" w:end="0"/>
      </w:pPr>
      <m:oMath>
        <m:sSub>
          <m:e>
            <m:r>
              <w:rPr>
                <w:rFonts w:ascii="Cambria Math" w:hAnsi="Cambria Math" w:cs="Cambria Math"/>
              </w:rPr>
              <m:t xml:space="preserve">E</m:t>
            </m:r>
          </m:e>
          <m:sub>
            <m:r>
              <w:rPr>
                <w:rFonts w:ascii="Cambria Math" w:hAnsi="Cambria Math" w:cs="Cambria Math"/>
              </w:rPr>
              <m:t xml:space="preserve">cB</m:t>
            </m:r>
          </m:sub>
        </m:sSub>
        <m:r>
          <w:rPr>
            <w:rFonts w:ascii="Cambria Math" w:hAnsi="Cambria Math" w:cs="Cambria Math"/>
          </w:rPr>
          <m:t xml:space="preserve"> − f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·</m:t>
        </m:r>
        <m:r>
          <w:rPr>
            <w:rFonts w:ascii="Cambria Math" w:hAnsi="Cambria Math" w:cs="Cambria Math"/>
          </w:rPr>
          <m:t xml:space="preserve"> BC = </m:t>
        </m:r>
        <m:sSub>
          <m:e>
            <m:r>
              <w:rPr>
                <w:rFonts w:ascii="Cambria Math" w:hAnsi="Cambria Math" w:cs="Cambria Math"/>
              </w:rPr>
              <m:t xml:space="preserve">E</m:t>
            </m:r>
          </m:e>
          <m:sub>
            <m:r>
              <w:rPr>
                <w:rFonts w:ascii="Cambria Math" w:hAnsi="Cambria Math" w:cs="Cambria Math"/>
              </w:rPr>
              <m:t xml:space="preserve">cC</m:t>
            </m:r>
          </m:sub>
        </m:sSub>
      </m:oMath>
      <w:r>
        <w:rPr>
          <w:rFonts w:ascii="Amiri" w:hAnsi="Amiri" w:cs="Amiri"/>
          <w:rtl/>
        </w:rPr>
        <w:t xml:space="preserve"> ، حيث:</w:t>
      </w:r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sSub>
            <m:e>
              <m:r>
                <w:rPr>
                  <w:rFonts w:ascii="Cambria Math" w:hAnsi="Cambria Math" w:cs="Cambria Math"/>
                </w:rPr>
                <m:t xml:space="preserve">E</m:t>
              </m:r>
            </m:e>
            <m:sub>
              <m:r>
                <w:rPr>
                  <w:rFonts w:ascii="Cambria Math" w:hAnsi="Cambria Math" w:cs="Cambria Math"/>
                </w:rPr>
                <m:t xml:space="preserve">cB</m:t>
              </m:r>
            </m:sub>
          </m:sSub>
          <m:r>
            <w:rPr>
              <w:rFonts w:ascii="Cambria Math" w:hAnsi="Cambria Math" w:cs="Cambria Math"/>
            </w:rPr>
            <m:t xml:space="preserve"> = </m:t>
          </m:r>
          <m:f>
            <m:num>
              <m:r>
                <w:rPr>
                  <w:rFonts w:ascii="Cambria Math" w:hAnsi="Cambria Math" w:cs="Cambria Math"/>
                </w:rPr>
                <m:t xml:space="preserve">1</m:t>
              </m:r>
            </m:num>
            <m:den>
              <m:r>
                <w:rPr>
                  <w:rFonts w:ascii="Cambria Math" w:hAnsi="Cambria Math" w:cs="Cambria Math"/>
                </w:rPr>
                <m:t xml:space="preserve">2</m:t>
              </m:r>
            </m:den>
          </m:f>
          <m:r>
            <w:rPr>
              <w:rFonts w:ascii="Cambria Math" w:hAnsi="Cambria Math" w:cs="Cambria Math"/>
            </w:rPr>
            <m:t xml:space="preserve">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×</m:t>
          </m:r>
          <m:r>
            <w:rPr>
              <w:rFonts w:ascii="Cambria Math" w:hAnsi="Cambria Math" w:cs="Cambria Math"/>
            </w:rPr>
            <m:t xml:space="preserve"> 0,5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×</m:t>
          </m:r>
          <m:r>
            <w:rPr>
              <w:rFonts w:ascii="Cambria Math" w:hAnsi="Cambria Math" w:cs="Cambria Math"/>
            </w:rPr>
            <m:t xml:space="preserve"> 2,</m:t>
          </m:r>
          <m:sSup>
            <m:e>
              <m:r>
                <w:rPr>
                  <w:rFonts w:ascii="Cambria Math" w:hAnsi="Cambria Math" w:cs="Cambria Math"/>
                </w:rPr>
                <m:t xml:space="preserve">5</m:t>
              </m:r>
            </m:e>
            <m:sup>
              <m:r>
                <w:rPr>
                  <w:rFonts w:ascii="Cambria Math" w:hAnsi="Cambria Math" w:cs="Cambria Math"/>
                </w:rPr>
                <m:t xml:space="preserve">2</m:t>
              </m:r>
            </m:sup>
          </m:sSup>
          <m:r>
            <w:rPr>
              <w:rFonts w:ascii="Cambria Math" w:hAnsi="Cambria Math" w:cs="Cambria Math"/>
            </w:rPr>
            <m:t xml:space="preserve"> = 1,5625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J</m:t>
          </m:r>
        </m:oMath>
      </m:oMathPara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sSub>
            <m:e>
              <m:r>
                <w:rPr>
                  <w:rFonts w:ascii="Cambria Math" w:hAnsi="Cambria Math" w:cs="Cambria Math"/>
                </w:rPr>
                <m:t xml:space="preserve">E</m:t>
              </m:r>
            </m:e>
            <m:sub>
              <m:r>
                <w:rPr>
                  <w:rFonts w:ascii="Cambria Math" w:hAnsi="Cambria Math" w:cs="Cambria Math"/>
                </w:rPr>
                <m:t xml:space="preserve">cC</m:t>
              </m:r>
            </m:sub>
          </m:sSub>
          <m:r>
            <w:rPr>
              <w:rFonts w:ascii="Cambria Math" w:hAnsi="Cambria Math" w:cs="Cambria Math"/>
            </w:rPr>
            <m:t xml:space="preserve"> = </m:t>
          </m:r>
          <m:f>
            <m:num>
              <m:r>
                <w:rPr>
                  <w:rFonts w:ascii="Cambria Math" w:hAnsi="Cambria Math" w:cs="Cambria Math"/>
                </w:rPr>
                <m:t xml:space="preserve">1</m:t>
              </m:r>
            </m:num>
            <m:den>
              <m:r>
                <w:rPr>
                  <w:rFonts w:ascii="Cambria Math" w:hAnsi="Cambria Math" w:cs="Cambria Math"/>
                </w:rPr>
                <m:t xml:space="preserve">2</m:t>
              </m:r>
            </m:den>
          </m:f>
          <m:r>
            <w:rPr>
              <w:rFonts w:ascii="Cambria Math" w:hAnsi="Cambria Math" w:cs="Cambria Math"/>
            </w:rPr>
            <m:t xml:space="preserve">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×</m:t>
          </m:r>
          <m:r>
            <w:rPr>
              <w:rFonts w:ascii="Cambria Math" w:hAnsi="Cambria Math" w:cs="Cambria Math"/>
            </w:rPr>
            <m:t xml:space="preserve"> 0,5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×</m:t>
          </m:r>
          <m:r>
            <w:rPr>
              <w:rFonts w:ascii="Cambria Math" w:hAnsi="Cambria Math" w:cs="Cambria Math"/>
            </w:rPr>
            <m:t xml:space="preserve"> </m:t>
          </m:r>
          <m:sSup>
            <m:e>
              <m:r>
                <w:rPr>
                  <w:rFonts w:ascii="Cambria Math" w:hAnsi="Cambria Math" w:cs="Cambria Math"/>
                </w:rPr>
                <m:t xml:space="preserve">1</m:t>
              </m:r>
            </m:e>
            <m:sup>
              <m:r>
                <w:rPr>
                  <w:rFonts w:ascii="Cambria Math" w:hAnsi="Cambria Math" w:cs="Cambria Math"/>
                </w:rPr>
                <m:t xml:space="preserve">2</m:t>
              </m:r>
            </m:sup>
          </m:sSup>
          <m:r>
            <w:rPr>
              <w:rFonts w:ascii="Cambria Math" w:hAnsi="Cambria Math" w:cs="Cambria Math"/>
            </w:rPr>
            <m:t xml:space="preserve"> = 0,25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J</m:t>
          </m:r>
        </m:oMath>
      </m:oMathPara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r>
            <w:rPr>
              <w:rFonts w:ascii="Cambria Math" w:hAnsi="Cambria Math" w:cs="Cambria Math"/>
            </w:rPr>
            <m:t xml:space="preserve">BC = </m:t>
          </m:r>
          <m:f>
            <m:num>
              <m:sSub>
                <m:e>
                  <m:r>
                    <w:rPr>
                      <w:rFonts w:ascii="Cambria Math" w:hAnsi="Cambria Math" w:cs="Cambria Math"/>
                    </w:rPr>
                    <m:t xml:space="preserve">E</m:t>
                  </m:r>
                </m:e>
                <m:sub>
                  <m:r>
                    <w:rPr>
                      <w:rFonts w:ascii="Cambria Math" w:hAnsi="Cambria Math" w:cs="Cambria Math"/>
                    </w:rPr>
                    <m:t xml:space="preserve">cB</m:t>
                  </m:r>
                </m:sub>
              </m:sSub>
              <m:r>
                <w:rPr>
                  <w:rFonts w:ascii="Cambria Math" w:hAnsi="Cambria Math" w:cs="Cambria Math"/>
                </w:rPr>
                <m:t xml:space="preserve"> − </m:t>
              </m:r>
              <m:sSub>
                <m:e>
                  <m:r>
                    <w:rPr>
                      <w:rFonts w:ascii="Cambria Math" w:hAnsi="Cambria Math" w:cs="Cambria Math"/>
                    </w:rPr>
                    <m:t xml:space="preserve">E</m:t>
                  </m:r>
                </m:e>
                <m:sub>
                  <m:r>
                    <w:rPr>
                      <w:rFonts w:ascii="Cambria Math" w:hAnsi="Cambria Math" w:cs="Cambria Math"/>
                    </w:rPr>
                    <m:t xml:space="preserve">cC</m:t>
                  </m:r>
                </m:sub>
              </m:sSub>
            </m:num>
            <m:den>
              <m:r>
                <w:rPr>
                  <w:rFonts w:ascii="Cambria Math" w:hAnsi="Cambria Math" w:cs="Cambria Math"/>
                </w:rPr>
                <m:t xml:space="preserve">f</m:t>
              </m:r>
            </m:den>
          </m:f>
          <m:r>
            <w:rPr>
              <w:rFonts w:ascii="Cambria Math" w:hAnsi="Cambria Math" w:cs="Cambria Math"/>
            </w:rPr>
            <m:t xml:space="preserve"> = </m:t>
          </m:r>
          <m:f>
            <m:num>
              <m:r>
                <w:rPr>
                  <w:rFonts w:ascii="Cambria Math" w:hAnsi="Cambria Math" w:cs="Cambria Math"/>
                </w:rPr>
                <m:t xml:space="preserve">1,5625 − 0,25</m:t>
              </m:r>
            </m:num>
            <m:den>
              <m:r>
                <w:rPr>
                  <w:rFonts w:ascii="Cambria Math" w:hAnsi="Cambria Math" w:cs="Cambria Math"/>
                </w:rPr>
                <m:t xml:space="preserve">2,5</m:t>
              </m:r>
            </m:den>
          </m:f>
          <m:r>
            <w:rPr>
              <w:rFonts w:ascii="Cambria Math" w:hAnsi="Cambria Math" w:cs="Cambria Math"/>
            </w:rPr>
            <m:t xml:space="preserve"> = 0,525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m</m:t>
          </m:r>
        </m:oMath>
      </m:oMathPara>
    </w:p>
    <w:p>
      <w:pPr>
        <w:keepNext/>
        <w:bidi/>
        <w:spacing w:before="40" w:after="60"/>
        <w:ind w:start="1020" w:end="0" w:hanging="510"/>
      </w:pPr>
      <w:r>
        <w:rPr>
          <w:rFonts w:ascii="Amiri" w:hAnsi="Amiri" w:cs="Amiri"/>
          <w:b/>
          <w:bCs/>
          <w:color w:val="1F3864"/>
          <w:rtl/>
        </w:rPr>
        <w:t>ب-</w:t>
      </w:r>
      <w:r>
        <w:tab/>
      </w:r>
      <w:r>
        <w:rPr>
          <w:rFonts w:ascii="Amiri" w:hAnsi="Amiri" w:cs="Amiri"/>
          <w:rtl/>
        </w:rPr>
        <w:t xml:space="preserve">نختار الجملة (جسم + نابض) بين </w:t>
      </w:r>
      <m:oMath>
        <m:r>
          <w:rPr>
            <w:rFonts w:ascii="Cambria Math" w:hAnsi="Cambria Math" w:cs="Cambria Math"/>
          </w:rPr>
          <m:t xml:space="preserve">C</m:t>
        </m:r>
      </m:oMath>
      <w:r>
        <w:rPr>
          <w:rFonts w:ascii="Amiri" w:hAnsi="Amiri" w:cs="Amiri"/>
          <w:rtl/>
        </w:rPr>
        <w:t xml:space="preserve"> و </w:t>
      </w:r>
      <m:oMath>
        <m:r>
          <w:rPr>
            <w:rFonts w:ascii="Cambria Math" w:hAnsi="Cambria Math" w:cs="Cambria Math"/>
          </w:rPr>
          <m:t xml:space="preserve">D</m:t>
        </m:r>
      </m:oMath>
      <w:r>
        <w:rPr>
          <w:rFonts w:ascii="Amiri" w:hAnsi="Amiri" w:cs="Amiri"/>
          <w:rtl/>
        </w:rPr>
        <w:t xml:space="preserve"> . عند </w:t>
      </w:r>
      <m:oMath>
        <m:r>
          <w:rPr>
            <w:rFonts w:ascii="Cambria Math" w:hAnsi="Cambria Math" w:cs="Cambria Math"/>
          </w:rPr>
          <m:t xml:space="preserve">D</m:t>
        </m:r>
      </m:oMath>
      <w:r>
        <w:rPr>
          <w:rFonts w:ascii="Amiri" w:hAnsi="Amiri" w:cs="Amiri"/>
          <w:rtl/>
        </w:rPr>
        <w:t xml:space="preserve"> تنعدم الطاقة الحركية، وعند </w:t>
      </w:r>
      <m:oMath>
        <m:r>
          <w:rPr>
            <w:rFonts w:ascii="Cambria Math" w:hAnsi="Cambria Math" w:cs="Cambria Math"/>
          </w:rPr>
          <m:t xml:space="preserve">C</m:t>
        </m:r>
      </m:oMath>
      <w:r>
        <w:rPr>
          <w:rFonts w:ascii="Amiri" w:hAnsi="Amiri" w:cs="Amiri"/>
          <w:rtl/>
        </w:rPr>
        <w:t xml:space="preserve"> النابض غير مشوه.</w:t>
      </w:r>
    </w:p>
    <w:p>
      <w:pPr>
        <w:keepNext/>
        <w:bidi/>
        <w:spacing w:before="40" w:after="40"/>
        <w:ind w:start="0" w:end="0"/>
        <w:jc w:val="center"/>
      </w:pPr>
      <w:r>
        <w:drawing>
          <wp:inline xmlns:a="http://schemas.openxmlformats.org/drawingml/2006/main" xmlns:pic="http://schemas.openxmlformats.org/drawingml/2006/picture">
            <wp:extent cx="4102607" cy="2051303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e4-bilan-cd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102607" cy="20513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bidi/>
        <w:spacing w:before="0" w:after="80"/>
        <w:ind w:start="0" w:end="0"/>
        <w:jc w:val="center"/>
      </w:pPr>
      <w:r>
        <w:rPr>
          <w:rFonts w:ascii="Amiri" w:hAnsi="Amiri" w:cs="Amiri"/>
          <w:b/>
          <w:bCs/>
          <w:color w:val="1F3864"/>
          <w:sz w:val="22"/>
          <w:szCs w:val="22"/>
          <w:rtl/>
        </w:rPr>
        <w:t>الحصيلة الطاقوية للجملة (جسم + نابض) بين C و D في وجود الاحتكاك</w:t>
      </w:r>
    </w:p>
    <w:p>
      <w:pPr>
        <w:bidi/>
        <w:spacing w:before="40" w:after="80"/>
        <w:ind w:start="0" w:end="0"/>
      </w:pPr>
      <w:r>
        <w:rPr>
          <w:rFonts w:ascii="Amiri" w:hAnsi="Amiri" w:cs="Amiri"/>
          <w:b/>
          <w:bCs/>
          <w:rtl/>
        </w:rPr>
        <w:t>الحالة الأولى، بإهمال الاحتكاك:</w:t>
      </w:r>
      <w:r>
        <w:rPr>
          <w:rFonts w:ascii="Amiri" w:hAnsi="Amiri" w:cs="Amiri"/>
          <w:rtl/>
        </w:rPr>
        <w:t xml:space="preserve"> لا يوجد عمل مقدم للخارج، إذن </w:t>
      </w:r>
      <m:oMath>
        <m:sSub>
          <m:e>
            <m:r>
              <w:rPr>
                <w:rFonts w:ascii="Cambria Math" w:hAnsi="Cambria Math" w:cs="Cambria Math"/>
              </w:rPr>
              <m:t xml:space="preserve">E</m:t>
            </m:r>
          </m:e>
          <m:sub>
            <m:r>
              <w:rPr>
                <w:rFonts w:ascii="Cambria Math" w:hAnsi="Cambria Math" w:cs="Cambria Math"/>
              </w:rPr>
              <m:t xml:space="preserve">cC</m:t>
            </m:r>
          </m:sub>
        </m:sSub>
        <m:r>
          <w:rPr>
            <w:rFonts w:ascii="Cambria Math" w:hAnsi="Cambria Math" w:cs="Cambria Math"/>
          </w:rPr>
          <m:t xml:space="preserve"> = </m:t>
        </m:r>
        <m:sSub>
          <m:e>
            <m:r>
              <w:rPr>
                <w:rFonts w:ascii="Cambria Math" w:hAnsi="Cambria Math" w:cs="Cambria Math"/>
              </w:rPr>
              <m:t xml:space="preserve">E</m:t>
            </m:r>
          </m:e>
          <m:sub>
            <m:r>
              <w:rPr>
                <w:rFonts w:ascii="Cambria Math" w:hAnsi="Cambria Math" w:cs="Cambria Math"/>
              </w:rPr>
              <m:t xml:space="preserve">peD</m:t>
            </m:r>
          </m:sub>
        </m:sSub>
      </m:oMath>
      <w:r>
        <w:rPr>
          <w:rFonts w:ascii="Amiri" w:hAnsi="Amiri" w:cs="Amiri"/>
          <w:rtl/>
        </w:rPr>
        <w:t xml:space="preserve"> أي </w:t>
      </w:r>
      <m:oMath>
        <m:f>
          <m:num>
            <m:r>
              <w:rPr>
                <w:rFonts w:ascii="Cambria Math" w:hAnsi="Cambria Math" w:cs="Cambria Math"/>
              </w:rPr>
              <m:t xml:space="preserve">1</m:t>
            </m:r>
          </m:num>
          <m:den>
            <m:r>
              <w:rPr>
                <w:rFonts w:ascii="Cambria Math" w:hAnsi="Cambria Math" w:cs="Cambria Math"/>
              </w:rPr>
              <m:t xml:space="preserve">2</m:t>
            </m:r>
          </m:den>
        </m:f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w:rPr>
            <w:rFonts w:ascii="Cambria Math" w:hAnsi="Cambria Math" w:cs="Cambria Math"/>
          </w:rPr>
          <m:t xml:space="preserve">m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sSubSup>
          <m:e>
            <m:r>
              <w:rPr>
                <w:rFonts w:ascii="Cambria Math" w:hAnsi="Cambria Math" w:cs="Cambria Math"/>
              </w:rPr>
              <m:t xml:space="preserve">v</m:t>
            </m:r>
          </m:e>
          <m:sub>
            <m:r>
              <w:rPr>
                <w:rFonts w:ascii="Cambria Math" w:hAnsi="Cambria Math" w:cs="Cambria Math"/>
              </w:rPr>
              <m:t xml:space="preserve">C</m:t>
            </m:r>
          </m:sub>
          <m:sup>
            <m:r>
              <w:rPr>
                <w:rFonts w:ascii="Cambria Math" w:hAnsi="Cambria Math" w:cs="Cambria Math"/>
              </w:rPr>
              <m:t xml:space="preserve">2</m:t>
            </m:r>
          </m:sup>
        </m:sSubSup>
        <m:r>
          <w:rPr>
            <w:rFonts w:ascii="Cambria Math" w:hAnsi="Cambria Math" w:cs="Cambria Math"/>
          </w:rPr>
          <m:t xml:space="preserve"> = </m:t>
        </m:r>
        <m:f>
          <m:num>
            <m:r>
              <w:rPr>
                <w:rFonts w:ascii="Cambria Math" w:hAnsi="Cambria Math" w:cs="Cambria Math"/>
              </w:rPr>
              <m:t xml:space="preserve">1</m:t>
            </m:r>
          </m:num>
          <m:den>
            <m:r>
              <w:rPr>
                <w:rFonts w:ascii="Cambria Math" w:hAnsi="Cambria Math" w:cs="Cambria Math"/>
              </w:rPr>
              <m:t xml:space="preserve">2</m:t>
            </m:r>
          </m:den>
        </m:f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w:rPr>
            <w:rFonts w:ascii="Cambria Math" w:hAnsi="Cambria Math" w:cs="Cambria Math"/>
          </w:rPr>
          <m:t xml:space="preserve">K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sSup>
          <m:e>
            <m:r>
              <w:rPr>
                <w:rFonts w:ascii="Cambria Math" w:hAnsi="Cambria Math" w:cs="Cambria Math"/>
              </w:rPr>
              <m:t xml:space="preserve">x</m:t>
            </m:r>
          </m:e>
          <m:sup>
            <m:r>
              <w:rPr>
                <w:rFonts w:ascii="Cambria Math" w:hAnsi="Cambria Math" w:cs="Cambria Math"/>
              </w:rPr>
              <m:t xml:space="preserve">2</m:t>
            </m:r>
          </m:sup>
        </m:sSup>
      </m:oMath>
      <w:r>
        <w:rPr>
          <w:rFonts w:ascii="Amiri" w:hAnsi="Amiri" w:cs="Amiri"/>
          <w:rtl/>
        </w:rPr>
        <w:t xml:space="preserve"> ، ومنه:</w:t>
      </w:r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r>
            <w:rPr>
              <w:rFonts w:ascii="Cambria Math" w:hAnsi="Cambria Math" w:cs="Cambria Math"/>
            </w:rPr>
            <m:t xml:space="preserve">x = </m:t>
          </m:r>
          <m:sSub>
            <m:e>
              <m:r>
                <w:rPr>
                  <w:rFonts w:ascii="Cambria Math" w:hAnsi="Cambria Math" w:cs="Cambria Math"/>
                </w:rPr>
                <m:t xml:space="preserve">v</m:t>
              </m:r>
            </m:e>
            <m:sub>
              <m:r>
                <w:rPr>
                  <w:rFonts w:ascii="Cambria Math" w:hAnsi="Cambria Math" w:cs="Cambria Math"/>
                </w:rPr>
                <m:t xml:space="preserve">C</m:t>
              </m:r>
            </m:sub>
          </m:sSub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ad>
            <m:radPr>
              <m:degHide m:val="1"/>
            </m:radPr>
            <m:deg/>
            <m:e>
              <m:f>
                <m:num>
                  <m:r>
                    <w:rPr>
                      <w:rFonts w:ascii="Cambria Math" w:hAnsi="Cambria Math" w:cs="Cambria Math"/>
                    </w:rPr>
                    <m:t xml:space="preserve">m</m:t>
                  </m:r>
                </m:num>
                <m:den>
                  <m:r>
                    <w:rPr>
                      <w:rFonts w:ascii="Cambria Math" w:hAnsi="Cambria Math" w:cs="Cambria Math"/>
                    </w:rPr>
                    <m:t xml:space="preserve">K</m:t>
                  </m:r>
                </m:den>
              </m:f>
            </m:e>
          </m:rad>
          <m:r>
            <w:rPr>
              <w:rFonts w:ascii="Cambria Math" w:hAnsi="Cambria Math" w:cs="Cambria Math"/>
            </w:rPr>
            <m:t xml:space="preserve"> = 1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×</m:t>
          </m:r>
          <m:r>
            <w:rPr>
              <w:rFonts w:ascii="Cambria Math" w:hAnsi="Cambria Math" w:cs="Cambria Math"/>
            </w:rPr>
            <m:t xml:space="preserve"> </m:t>
          </m:r>
          <m:rad>
            <m:radPr>
              <m:degHide m:val="1"/>
            </m:radPr>
            <m:deg/>
            <m:e>
              <m:f>
                <m:num>
                  <m:r>
                    <w:rPr>
                      <w:rFonts w:ascii="Cambria Math" w:hAnsi="Cambria Math" w:cs="Cambria Math"/>
                    </w:rPr>
                    <m:t xml:space="preserve">0,5</m:t>
                  </m:r>
                </m:num>
                <m:den>
                  <m:r>
                    <w:rPr>
                      <w:rFonts w:ascii="Cambria Math" w:hAnsi="Cambria Math" w:cs="Cambria Math"/>
                    </w:rPr>
                    <m:t xml:space="preserve">100</m:t>
                  </m:r>
                </m:den>
              </m:f>
            </m:e>
          </m:rad>
          <m:r>
            <w:rPr>
              <w:rFonts w:ascii="Cambria Math" w:hAnsi="Cambria Math" w:cs="Cambria Math"/>
            </w:rPr>
            <m:t xml:space="preserve">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≈</m:t>
          </m:r>
          <m:r>
            <w:rPr>
              <w:rFonts w:ascii="Cambria Math" w:hAnsi="Cambria Math" w:cs="Cambria Math"/>
            </w:rPr>
            <m:t xml:space="preserve"> 0,071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m</m:t>
          </m:r>
          <m:r>
            <w:rPr>
              <w:rFonts w:ascii="Cambria Math" w:hAnsi="Cambria Math" w:cs="Cambria Math"/>
            </w:rPr>
            <m:t xml:space="preserve"> = 7,1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cm</m:t>
          </m:r>
        </m:oMath>
      </m:oMathPara>
    </w:p>
    <w:p>
      <w:pPr>
        <w:bidi/>
        <w:spacing w:before="40" w:after="80"/>
        <w:ind w:start="0" w:end="0"/>
      </w:pPr>
      <w:r>
        <w:rPr>
          <w:rFonts w:ascii="Amiri" w:hAnsi="Amiri" w:cs="Amiri"/>
          <w:b/>
          <w:bCs/>
          <w:rtl/>
        </w:rPr>
        <w:t>الحالة الثانية، بوجود الاحتكاك:</w:t>
      </w:r>
      <w:r>
        <w:rPr>
          <w:rFonts w:ascii="Amiri" w:hAnsi="Amiri" w:cs="Amiri"/>
          <w:rtl/>
        </w:rPr>
        <w:t xml:space="preserve"> </w:t>
      </w:r>
      <m:oMath>
        <m:sSub>
          <m:e>
            <m:r>
              <w:rPr>
                <w:rFonts w:ascii="Cambria Math" w:hAnsi="Cambria Math" w:cs="Cambria Math"/>
              </w:rPr>
              <m:t xml:space="preserve">E</m:t>
            </m:r>
          </m:e>
          <m:sub>
            <m:r>
              <w:rPr>
                <w:rFonts w:ascii="Cambria Math" w:hAnsi="Cambria Math" w:cs="Cambria Math"/>
              </w:rPr>
              <m:t xml:space="preserve">cC</m:t>
            </m:r>
          </m:sub>
        </m:sSub>
        <m:r>
          <w:rPr>
            <w:rFonts w:ascii="Cambria Math" w:hAnsi="Cambria Math" w:cs="Cambria Math"/>
          </w:rPr>
          <m:t xml:space="preserve"> = </m:t>
        </m:r>
        <m:sSub>
          <m:e>
            <m:r>
              <w:rPr>
                <w:rFonts w:ascii="Cambria Math" w:hAnsi="Cambria Math" w:cs="Cambria Math"/>
              </w:rPr>
              <m:t xml:space="preserve">E</m:t>
            </m:r>
          </m:e>
          <m:sub>
            <m:r>
              <w:rPr>
                <w:rFonts w:ascii="Cambria Math" w:hAnsi="Cambria Math" w:cs="Cambria Math"/>
              </w:rPr>
              <m:t xml:space="preserve">peD</m:t>
            </m:r>
          </m:sub>
        </m:sSub>
        <m:r>
          <w:rPr>
            <w:rFonts w:ascii="Cambria Math" w:hAnsi="Cambria Math" w:cs="Cambria Math"/>
          </w:rPr>
          <m:t xml:space="preserve"> + f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·</m:t>
        </m:r>
        <m:r>
          <w:rPr>
            <w:rFonts w:ascii="Cambria Math" w:hAnsi="Cambria Math" w:cs="Cambria Math"/>
          </w:rPr>
          <m:t xml:space="preserve"> x</m:t>
        </m:r>
      </m:oMath>
      <w:r>
        <w:rPr>
          <w:rFonts w:ascii="Amiri" w:hAnsi="Amiri" w:cs="Amiri"/>
          <w:rtl/>
        </w:rPr>
        <w:t xml:space="preserve"> أي:</w:t>
      </w:r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r>
            <w:rPr>
              <w:rFonts w:ascii="Cambria Math" w:hAnsi="Cambria Math" w:cs="Cambria Math"/>
            </w:rPr>
            <m:t xml:space="preserve">0,25 = </m:t>
          </m:r>
          <m:f>
            <m:num>
              <m:r>
                <w:rPr>
                  <w:rFonts w:ascii="Cambria Math" w:hAnsi="Cambria Math" w:cs="Cambria Math"/>
                </w:rPr>
                <m:t xml:space="preserve">1</m:t>
              </m:r>
            </m:num>
            <m:den>
              <m:r>
                <w:rPr>
                  <w:rFonts w:ascii="Cambria Math" w:hAnsi="Cambria Math" w:cs="Cambria Math"/>
                </w:rPr>
                <m:t xml:space="preserve">2</m:t>
              </m:r>
            </m:den>
          </m:f>
          <m:r>
            <w:rPr>
              <w:rFonts w:ascii="Cambria Math" w:hAnsi="Cambria Math" w:cs="Cambria Math"/>
            </w:rPr>
            <m:t xml:space="preserve">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×</m:t>
          </m:r>
          <m:r>
            <w:rPr>
              <w:rFonts w:ascii="Cambria Math" w:hAnsi="Cambria Math" w:cs="Cambria Math"/>
            </w:rPr>
            <m:t xml:space="preserve"> 100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×</m:t>
          </m:r>
          <m:r>
            <w:rPr>
              <w:rFonts w:ascii="Cambria Math" w:hAnsi="Cambria Math" w:cs="Cambria Math"/>
            </w:rPr>
            <m:t xml:space="preserve"> </m:t>
          </m:r>
          <m:sSup>
            <m:e>
              <m:r>
                <w:rPr>
                  <w:rFonts w:ascii="Cambria Math" w:hAnsi="Cambria Math" w:cs="Cambria Math"/>
                </w:rPr>
                <m:t xml:space="preserve">x</m:t>
              </m:r>
            </m:e>
            <m:sup>
              <m:r>
                <w:rPr>
                  <w:rFonts w:ascii="Cambria Math" w:hAnsi="Cambria Math" w:cs="Cambria Math"/>
                </w:rPr>
                <m:t xml:space="preserve">2</m:t>
              </m:r>
            </m:sup>
          </m:sSup>
          <m:r>
            <w:rPr>
              <w:rFonts w:ascii="Cambria Math" w:hAnsi="Cambria Math" w:cs="Cambria Math"/>
            </w:rPr>
            <m:t xml:space="preserve"> + 2,5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w:rPr>
              <w:rFonts w:ascii="Cambria Math" w:hAnsi="Cambria Math" w:cs="Cambria Math"/>
            </w:rPr>
            <m:t xml:space="preserve">x</m:t>
          </m:r>
        </m:oMath>
      </m:oMathPara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r>
            <w:rPr>
              <w:rFonts w:ascii="Cambria Math" w:hAnsi="Cambria Math" w:cs="Cambria Math"/>
            </w:rPr>
            <m:t xml:space="preserve">50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sSup>
            <m:e>
              <m:r>
                <w:rPr>
                  <w:rFonts w:ascii="Cambria Math" w:hAnsi="Cambria Math" w:cs="Cambria Math"/>
                </w:rPr>
                <m:t xml:space="preserve">x</m:t>
              </m:r>
            </m:e>
            <m:sup>
              <m:r>
                <w:rPr>
                  <w:rFonts w:ascii="Cambria Math" w:hAnsi="Cambria Math" w:cs="Cambria Math"/>
                </w:rPr>
                <m:t xml:space="preserve">2</m:t>
              </m:r>
            </m:sup>
          </m:sSup>
          <m:r>
            <w:rPr>
              <w:rFonts w:ascii="Cambria Math" w:hAnsi="Cambria Math" w:cs="Cambria Math"/>
            </w:rPr>
            <m:t xml:space="preserve"> + 2,5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w:rPr>
              <w:rFonts w:ascii="Cambria Math" w:hAnsi="Cambria Math" w:cs="Cambria Math"/>
            </w:rPr>
            <m:t xml:space="preserve">x − 0,25 = 0</m:t>
          </m:r>
        </m:oMath>
      </m:oMathPara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Δ</m:t>
          </m:r>
          <m:r>
            <w:rPr>
              <w:rFonts w:ascii="Cambria Math" w:hAnsi="Cambria Math" w:cs="Cambria Math"/>
            </w:rPr>
            <m:t xml:space="preserve"> = 2,</m:t>
          </m:r>
          <m:sSup>
            <m:e>
              <m:r>
                <w:rPr>
                  <w:rFonts w:ascii="Cambria Math" w:hAnsi="Cambria Math" w:cs="Cambria Math"/>
                </w:rPr>
                <m:t xml:space="preserve">5</m:t>
              </m:r>
            </m:e>
            <m:sup>
              <m:r>
                <w:rPr>
                  <w:rFonts w:ascii="Cambria Math" w:hAnsi="Cambria Math" w:cs="Cambria Math"/>
                </w:rPr>
                <m:t xml:space="preserve">2</m:t>
              </m:r>
            </m:sup>
          </m:sSup>
          <m:r>
            <w:rPr>
              <w:rFonts w:ascii="Cambria Math" w:hAnsi="Cambria Math" w:cs="Cambria Math"/>
            </w:rPr>
            <m:t xml:space="preserve"> + 4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×</m:t>
          </m:r>
          <m:r>
            <w:rPr>
              <w:rFonts w:ascii="Cambria Math" w:hAnsi="Cambria Math" w:cs="Cambria Math"/>
            </w:rPr>
            <m:t xml:space="preserve"> 50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×</m:t>
          </m:r>
          <m:r>
            <w:rPr>
              <w:rFonts w:ascii="Cambria Math" w:hAnsi="Cambria Math" w:cs="Cambria Math"/>
            </w:rPr>
            <m:t xml:space="preserve"> 0,25 = 56,25</m:t>
          </m:r>
        </m:oMath>
      </m:oMathPara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r>
            <w:rPr>
              <w:rFonts w:ascii="Cambria Math" w:hAnsi="Cambria Math" w:cs="Cambria Math"/>
            </w:rPr>
            <m:t xml:space="preserve">x = </m:t>
          </m:r>
          <m:f>
            <m:num>
              <m:r>
                <w:rPr>
                  <w:rFonts w:ascii="Cambria Math" w:hAnsi="Cambria Math" w:cs="Cambria Math"/>
                </w:rPr>
                <m:t xml:space="preserve">−2,5 + </m:t>
              </m:r>
              <m:rad>
                <m:radPr>
                  <m:degHide m:val="1"/>
                </m:radPr>
                <m:deg/>
                <m:e>
                  <m:r>
                    <w:rPr>
                      <w:rFonts w:ascii="Cambria Math" w:hAnsi="Cambria Math" w:cs="Cambria Math"/>
                    </w:rPr>
                    <m:t xml:space="preserve">56,25</m:t>
                  </m:r>
                </m:e>
              </m:rad>
            </m:num>
            <m:den>
              <m:r>
                <w:rPr>
                  <w:rFonts w:ascii="Cambria Math" w:hAnsi="Cambria Math" w:cs="Cambria Math"/>
                </w:rPr>
                <m:t xml:space="preserve">2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×</m:t>
              </m:r>
              <m:r>
                <w:rPr>
                  <w:rFonts w:ascii="Cambria Math" w:hAnsi="Cambria Math" w:cs="Cambria Math"/>
                </w:rPr>
                <m:t xml:space="preserve"> 50</m:t>
              </m:r>
            </m:den>
          </m:f>
          <m:r>
            <w:rPr>
              <w:rFonts w:ascii="Cambria Math" w:hAnsi="Cambria Math" w:cs="Cambria Math"/>
            </w:rPr>
            <m:t xml:space="preserve"> = </m:t>
          </m:r>
          <m:f>
            <m:num>
              <m:r>
                <w:rPr>
                  <w:rFonts w:ascii="Cambria Math" w:hAnsi="Cambria Math" w:cs="Cambria Math"/>
                </w:rPr>
                <m:t xml:space="preserve">−2,5 + 7,5</m:t>
              </m:r>
            </m:num>
            <m:den>
              <m:r>
                <w:rPr>
                  <w:rFonts w:ascii="Cambria Math" w:hAnsi="Cambria Math" w:cs="Cambria Math"/>
                </w:rPr>
                <m:t xml:space="preserve">100</m:t>
              </m:r>
            </m:den>
          </m:f>
          <m:r>
            <w:rPr>
              <w:rFonts w:ascii="Cambria Math" w:hAnsi="Cambria Math" w:cs="Cambria Math"/>
            </w:rPr>
            <m:t xml:space="preserve"> = 0,05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m</m:t>
          </m:r>
          <m:r>
            <w:rPr>
              <w:rFonts w:ascii="Cambria Math" w:hAnsi="Cambria Math" w:cs="Cambria Math"/>
            </w:rPr>
            <m:t xml:space="preserve"> = 5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cm</m:t>
          </m:r>
        </m:oMath>
      </m:oMathPara>
    </w:p>
    <w:p>
      <w:pPr>
        <w:bidi/>
        <w:spacing w:before="40" w:after="80"/>
        <w:ind w:start="0" w:end="0"/>
      </w:pPr>
      <w:r>
        <w:rPr>
          <w:rFonts w:ascii="Amiri" w:hAnsi="Amiri" w:cs="Amiri"/>
          <w:rtl/>
        </w:rPr>
        <w:t xml:space="preserve">ونرفض الحل السالب لأن </w:t>
      </w:r>
      <m:oMath>
        <m:r>
          <w:rPr>
            <w:rFonts w:ascii="Cambria Math" w:hAnsi="Cambria Math" w:cs="Cambria Math"/>
          </w:rPr>
          <m:t xml:space="preserve">x &gt; 0</m:t>
        </m:r>
      </m:oMath>
      <w:r>
        <w:rPr>
          <w:rFonts w:ascii="Amiri" w:hAnsi="Amiri" w:cs="Amiri"/>
          <w:rtl/>
        </w:rPr>
        <w:t xml:space="preserve"> . الانضغاط أصغر من الحالة الأولى لأن جزءا من الطاقة الحركية ضاع بالاحتكاك.</w:t>
      </w:r>
    </w:p>
    <w:p>
      <w:pPr>
        <w:keepNext/>
        <w:shd w:val="clear" w:color="auto" w:fill="1F3864"/>
        <w:bidi/>
        <w:spacing w:before="160" w:after="100"/>
        <w:ind w:start="0" w:end="0"/>
      </w:pPr>
      <w:r>
        <w:rPr>
          <w:rFonts w:ascii="Amiri" w:hAnsi="Amiri" w:cs="Amiri"/>
          <w:b/>
          <w:bCs/>
          <w:color w:val="FFFFFF"/>
          <w:sz w:val="27"/>
          <w:szCs w:val="27"/>
          <w:rtl/>
        </w:rPr>
        <w:t xml:space="preserve">  تصحيح التمرين الثاني</w:t>
      </w:r>
    </w:p>
    <w:p>
      <w:pPr>
        <w:keepNext/>
        <w:bidi/>
        <w:spacing w:before="120" w:after="60"/>
        <w:ind w:start="0" w:end="0"/>
      </w:pPr>
      <w:r>
        <w:rPr>
          <w:rFonts w:ascii="Amiri" w:hAnsi="Amiri" w:cs="Amiri"/>
          <w:b/>
          <w:bCs/>
          <w:color w:val="1F3864"/>
          <w:sz w:val="27"/>
          <w:szCs w:val="27"/>
          <w:rtl/>
        </w:rPr>
        <w:t>الحركة على الجزء AB</w:t>
      </w:r>
    </w:p>
    <w:p>
      <w:pPr>
        <w:keepNext/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1-</w:t>
      </w:r>
      <w:r>
        <w:tab/>
      </w:r>
      <w:r>
        <w:rPr>
          <w:rFonts w:ascii="Amiri" w:hAnsi="Amiri" w:cs="Amiri"/>
          <w:rtl/>
        </w:rPr>
        <w:t xml:space="preserve">يخضع الجسم لقوتين: ثقله </w:t>
      </w:r>
      <m:oMath>
        <m:acc>
          <m:accPr>
            <m:chr m:val="⃗"/>
          </m:accPr>
          <m:e>
            <m:r>
              <w:rPr>
                <w:rFonts w:ascii="Cambria Math" w:hAnsi="Cambria Math" w:cs="Cambria Math"/>
              </w:rPr>
              <m:t xml:space="preserve">P</m:t>
            </m:r>
          </m:e>
        </m:acc>
      </m:oMath>
      <w:r>
        <w:rPr>
          <w:rFonts w:ascii="Amiri" w:hAnsi="Amiri" w:cs="Amiri"/>
          <w:rtl/>
        </w:rPr>
        <w:t xml:space="preserve"> شاقولي نحو الأسفل، ورد فعل المستوي </w:t>
      </w:r>
      <m:oMath>
        <m:acc>
          <m:accPr>
            <m:chr m:val="⃗"/>
          </m:accPr>
          <m:e>
            <m:r>
              <w:rPr>
                <w:rFonts w:ascii="Cambria Math" w:hAnsi="Cambria Math" w:cs="Cambria Math"/>
              </w:rPr>
              <m:t xml:space="preserve">R</m:t>
            </m:r>
          </m:e>
        </m:acc>
      </m:oMath>
      <w:r>
        <w:rPr>
          <w:rFonts w:ascii="Amiri" w:hAnsi="Amiri" w:cs="Amiri"/>
          <w:rtl/>
        </w:rPr>
        <w:t xml:space="preserve"> عمودي على المستوي المائل لانعدام الاحتكاك.</w:t>
      </w:r>
    </w:p>
    <w:p>
      <w:pPr>
        <w:bidi/>
        <w:spacing w:before="40" w:after="40"/>
        <w:ind w:start="0" w:end="0"/>
        <w:jc w:val="center"/>
      </w:pPr>
      <w:r>
        <w:drawing>
          <wp:inline xmlns:a="http://schemas.openxmlformats.org/drawingml/2006/main" xmlns:pic="http://schemas.openxmlformats.org/drawingml/2006/picture">
            <wp:extent cx="2877312" cy="2014727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e1-forces-ab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877312" cy="201472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/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2-</w:t>
      </w:r>
      <w:r>
        <w:tab/>
      </w:r>
      <w:r>
        <w:rPr>
          <w:rFonts w:ascii="Amiri" w:hAnsi="Amiri" w:cs="Amiri"/>
          <w:rtl/>
        </w:rPr>
        <w:t xml:space="preserve">الارتفاع: </w:t>
      </w:r>
      <m:oMath>
        <m:r>
          <w:rPr>
            <w:rFonts w:ascii="Cambria Math" w:hAnsi="Cambria Math" w:cs="Cambria Math"/>
          </w:rPr>
          <m:t xml:space="preserve">h = AB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sin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α</m:t>
        </m:r>
        <m:r>
          <w:rPr>
            <w:rFonts w:ascii="Cambria Math" w:hAnsi="Cambria Math" w:cs="Cambria Math"/>
          </w:rPr>
          <m:t xml:space="preserve"> = 1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×</m:t>
        </m:r>
        <m:r>
          <w:rPr>
            <w:rFonts w:ascii="Cambria Math" w:hAnsi="Cambria Math" w:cs="Cambria Math"/>
          </w:rPr>
          <m:t xml:space="preserve"> 0,5 = 0,5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m</m:t>
        </m:r>
      </m:oMath>
      <w:r>
        <w:rPr>
          <w:rFonts w:ascii="Amiri" w:hAnsi="Amiri" w:cs="Amiri"/>
          <w:rtl/>
        </w:rPr>
        <w:t xml:space="preserve"> . عمل الثقل:</w:t>
      </w:r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sSub>
            <m:e>
              <m:r>
                <w:rPr>
                  <w:rFonts w:ascii="Cambria Math" w:hAnsi="Cambria Math" w:cs="Cambria Math"/>
                </w:rPr>
                <m:t xml:space="preserve">W</m:t>
              </m:r>
            </m:e>
            <m:sub>
              <m:r>
                <w:rPr>
                  <w:rFonts w:ascii="Cambria Math" w:hAnsi="Cambria Math" w:cs="Cambria Math"/>
                </w:rPr>
                <m:t xml:space="preserve">AB</m:t>
              </m:r>
            </m:sub>
          </m:sSub>
          <m:r>
            <w:rPr>
              <w:rFonts w:ascii="Cambria Math" w:hAnsi="Cambria Math" w:cs="Cambria Math"/>
            </w:rPr>
            <m:t xml:space="preserve">(</m:t>
          </m:r>
          <m:acc>
            <m:accPr>
              <m:chr m:val="⃗"/>
            </m:accPr>
            <m:e>
              <m:r>
                <w:rPr>
                  <w:rFonts w:ascii="Cambria Math" w:hAnsi="Cambria Math" w:cs="Cambria Math"/>
                </w:rPr>
                <m:t xml:space="preserve">P</m:t>
              </m:r>
            </m:e>
          </m:acc>
          <m:r>
            <w:rPr>
              <w:rFonts w:ascii="Cambria Math" w:hAnsi="Cambria Math" w:cs="Cambria Math"/>
            </w:rPr>
            <m:t xml:space="preserve">) = m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w:rPr>
              <w:rFonts w:ascii="Cambria Math" w:hAnsi="Cambria Math" w:cs="Cambria Math"/>
            </w:rPr>
            <m:t xml:space="preserve">g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w:rPr>
              <w:rFonts w:ascii="Cambria Math" w:hAnsi="Cambria Math" w:cs="Cambria Math"/>
            </w:rPr>
            <m:t xml:space="preserve">h = 0,4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×</m:t>
          </m:r>
          <m:r>
            <w:rPr>
              <w:rFonts w:ascii="Cambria Math" w:hAnsi="Cambria Math" w:cs="Cambria Math"/>
            </w:rPr>
            <m:t xml:space="preserve"> 10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×</m:t>
          </m:r>
          <m:r>
            <w:rPr>
              <w:rFonts w:ascii="Cambria Math" w:hAnsi="Cambria Math" w:cs="Cambria Math"/>
            </w:rPr>
            <m:t xml:space="preserve"> 0,5 = 2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J</m:t>
          </m:r>
        </m:oMath>
      </m:oMathPara>
    </w:p>
    <w:p>
      <w:pPr>
        <w:bidi/>
        <w:spacing w:before="0" w:after="60"/>
        <w:ind w:start="1020" w:end="0"/>
      </w:pPr>
      <m:oMath>
        <m:sSub>
          <m:e>
            <m:r>
              <w:rPr>
                <w:rFonts w:ascii="Cambria Math" w:hAnsi="Cambria Math" w:cs="Cambria Math"/>
              </w:rPr>
              <m:t xml:space="preserve">W</m:t>
            </m:r>
          </m:e>
          <m:sub>
            <m:r>
              <w:rPr>
                <w:rFonts w:ascii="Cambria Math" w:hAnsi="Cambria Math" w:cs="Cambria Math"/>
              </w:rPr>
              <m:t xml:space="preserve">AB</m:t>
            </m:r>
          </m:sub>
        </m:sSub>
        <m:r>
          <w:rPr>
            <w:rFonts w:ascii="Cambria Math" w:hAnsi="Cambria Math" w:cs="Cambria Math"/>
          </w:rPr>
          <m:t xml:space="preserve">(</m:t>
        </m:r>
        <m:acc>
          <m:accPr>
            <m:chr m:val="⃗"/>
          </m:accPr>
          <m:e>
            <m:r>
              <w:rPr>
                <w:rFonts w:ascii="Cambria Math" w:hAnsi="Cambria Math" w:cs="Cambria Math"/>
              </w:rPr>
              <m:t xml:space="preserve">P</m:t>
            </m:r>
          </m:e>
        </m:acc>
        <m:r>
          <w:rPr>
            <w:rFonts w:ascii="Cambria Math" w:hAnsi="Cambria Math" w:cs="Cambria Math"/>
          </w:rPr>
          <m:t xml:space="preserve">) &gt; 0</m:t>
        </m:r>
      </m:oMath>
      <w:r>
        <w:rPr>
          <w:rFonts w:ascii="Amiri" w:hAnsi="Amiri" w:cs="Amiri"/>
          <w:rtl/>
        </w:rPr>
        <w:t xml:space="preserve"> : عمل الثقل </w:t>
      </w:r>
      <w:r>
        <w:rPr>
          <w:rFonts w:ascii="Amiri" w:hAnsi="Amiri" w:cs="Amiri"/>
          <w:b/>
          <w:bCs/>
          <w:rtl/>
        </w:rPr>
        <w:t>محرك</w:t>
      </w:r>
      <w:r>
        <w:rPr>
          <w:rFonts w:ascii="Amiri" w:hAnsi="Amiri" w:cs="Amiri"/>
          <w:rtl/>
        </w:rPr>
        <w:t>.</w:t>
      </w:r>
    </w:p>
    <w:p>
      <w:pPr>
        <w:keepNext/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3-</w:t>
      </w:r>
      <w:r>
        <w:tab/>
      </w:r>
      <w:r>
        <w:rPr>
          <w:rFonts w:ascii="Amiri" w:hAnsi="Amiri" w:cs="Amiri"/>
          <w:rtl/>
        </w:rPr>
        <w:t xml:space="preserve">الجملة (جسم) تستقبل عمل الثقل، وعمل </w:t>
      </w:r>
      <m:oMath>
        <m:acc>
          <m:accPr>
            <m:chr m:val="⃗"/>
          </m:accPr>
          <m:e>
            <m:r>
              <w:rPr>
                <w:rFonts w:ascii="Cambria Math" w:hAnsi="Cambria Math" w:cs="Cambria Math"/>
              </w:rPr>
              <m:t xml:space="preserve">R</m:t>
            </m:r>
          </m:e>
        </m:acc>
      </m:oMath>
      <w:r>
        <w:rPr>
          <w:rFonts w:ascii="Amiri" w:hAnsi="Amiri" w:cs="Amiri"/>
          <w:rtl/>
        </w:rPr>
        <w:t xml:space="preserve"> معدوم لأنها عمودية على الانتقال.</w:t>
      </w:r>
    </w:p>
    <w:p>
      <w:pPr>
        <w:keepNext/>
        <w:bidi/>
        <w:spacing w:before="40" w:after="40"/>
        <w:ind w:start="0" w:end="0"/>
        <w:jc w:val="center"/>
      </w:pPr>
      <w:r>
        <w:drawing>
          <wp:inline xmlns:a="http://schemas.openxmlformats.org/drawingml/2006/main" xmlns:pic="http://schemas.openxmlformats.org/drawingml/2006/picture">
            <wp:extent cx="3212592" cy="2051303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e1-bilan-ab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212592" cy="20513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bidi/>
        <w:spacing w:before="0" w:after="80"/>
        <w:ind w:start="0" w:end="0"/>
        <w:jc w:val="center"/>
      </w:pPr>
      <w:r>
        <w:rPr>
          <w:rFonts w:ascii="Amiri" w:hAnsi="Amiri" w:cs="Amiri"/>
          <w:b/>
          <w:bCs/>
          <w:color w:val="1F3864"/>
          <w:sz w:val="22"/>
          <w:szCs w:val="22"/>
          <w:rtl/>
        </w:rPr>
        <w:t>الحصيلة الطاقوية للجملة (جسم) بين A و B</w:t>
      </w:r>
    </w:p>
    <w:p>
      <w:pPr>
        <w:keepNext/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4-</w:t>
      </w:r>
      <w:r>
        <w:tab/>
      </w:r>
      <w:r>
        <w:rPr>
          <w:rFonts w:ascii="Amiri" w:hAnsi="Amiri" w:cs="Amiri"/>
          <w:rtl/>
        </w:rPr>
        <w:t xml:space="preserve">معادلة انحفاظ الطاقة: </w:t>
      </w:r>
      <m:oMath>
        <m:sSub>
          <m:e>
            <m:r>
              <w:rPr>
                <w:rFonts w:ascii="Cambria Math" w:hAnsi="Cambria Math" w:cs="Cambria Math"/>
              </w:rPr>
              <m:t xml:space="preserve">E</m:t>
            </m:r>
          </m:e>
          <m:sub>
            <m:r>
              <w:rPr>
                <w:rFonts w:ascii="Cambria Math" w:hAnsi="Cambria Math" w:cs="Cambria Math"/>
              </w:rPr>
              <m:t xml:space="preserve">cA</m:t>
            </m:r>
          </m:sub>
        </m:sSub>
        <m:r>
          <w:rPr>
            <w:rFonts w:ascii="Cambria Math" w:hAnsi="Cambria Math" w:cs="Cambria Math"/>
          </w:rPr>
          <m:t xml:space="preserve"> + </m:t>
        </m:r>
        <m:sSub>
          <m:e>
            <m:r>
              <w:rPr>
                <w:rFonts w:ascii="Cambria Math" w:hAnsi="Cambria Math" w:cs="Cambria Math"/>
              </w:rPr>
              <m:t xml:space="preserve">W</m:t>
            </m:r>
          </m:e>
          <m:sub>
            <m:r>
              <w:rPr>
                <w:rFonts w:ascii="Cambria Math" w:hAnsi="Cambria Math" w:cs="Cambria Math"/>
              </w:rPr>
              <m:t xml:space="preserve">AB</m:t>
            </m:r>
          </m:sub>
        </m:sSub>
        <m:r>
          <w:rPr>
            <w:rFonts w:ascii="Cambria Math" w:hAnsi="Cambria Math" w:cs="Cambria Math"/>
          </w:rPr>
          <m:t xml:space="preserve">(</m:t>
        </m:r>
        <m:acc>
          <m:accPr>
            <m:chr m:val="⃗"/>
          </m:accPr>
          <m:e>
            <m:r>
              <w:rPr>
                <w:rFonts w:ascii="Cambria Math" w:hAnsi="Cambria Math" w:cs="Cambria Math"/>
              </w:rPr>
              <m:t xml:space="preserve">P</m:t>
            </m:r>
          </m:e>
        </m:acc>
        <m:r>
          <w:rPr>
            <w:rFonts w:ascii="Cambria Math" w:hAnsi="Cambria Math" w:cs="Cambria Math"/>
          </w:rPr>
          <m:t xml:space="preserve">) = </m:t>
        </m:r>
        <m:sSub>
          <m:e>
            <m:r>
              <w:rPr>
                <w:rFonts w:ascii="Cambria Math" w:hAnsi="Cambria Math" w:cs="Cambria Math"/>
              </w:rPr>
              <m:t xml:space="preserve">E</m:t>
            </m:r>
          </m:e>
          <m:sub>
            <m:r>
              <w:rPr>
                <w:rFonts w:ascii="Cambria Math" w:hAnsi="Cambria Math" w:cs="Cambria Math"/>
              </w:rPr>
              <m:t xml:space="preserve">cB</m:t>
            </m:r>
          </m:sub>
        </m:sSub>
      </m:oMath>
      <w:r>
        <w:rPr>
          <w:rFonts w:ascii="Amiri" w:hAnsi="Amiri" w:cs="Amiri"/>
          <w:rtl/>
        </w:rPr>
        <w:t xml:space="preserve"> مع </w:t>
      </w:r>
      <m:oMath>
        <m:sSub>
          <m:e>
            <m:r>
              <w:rPr>
                <w:rFonts w:ascii="Cambria Math" w:hAnsi="Cambria Math" w:cs="Cambria Math"/>
              </w:rPr>
              <m:t xml:space="preserve">E</m:t>
            </m:r>
          </m:e>
          <m:sub>
            <m:r>
              <w:rPr>
                <w:rFonts w:ascii="Cambria Math" w:hAnsi="Cambria Math" w:cs="Cambria Math"/>
              </w:rPr>
              <m:t xml:space="preserve">cA</m:t>
            </m:r>
          </m:sub>
        </m:sSub>
        <m:r>
          <w:rPr>
            <w:rFonts w:ascii="Cambria Math" w:hAnsi="Cambria Math" w:cs="Cambria Math"/>
          </w:rPr>
          <m:t xml:space="preserve"> = 0</m:t>
        </m:r>
      </m:oMath>
      <w:r>
        <w:rPr>
          <w:rFonts w:ascii="Amiri" w:hAnsi="Amiri" w:cs="Amiri"/>
          <w:rtl/>
        </w:rPr>
        <w:t xml:space="preserve"> ، ومنه </w:t>
      </w:r>
      <m:oMath>
        <m:sSub>
          <m:e>
            <m:r>
              <w:rPr>
                <w:rFonts w:ascii="Cambria Math" w:hAnsi="Cambria Math" w:cs="Cambria Math"/>
              </w:rPr>
              <m:t xml:space="preserve">E</m:t>
            </m:r>
          </m:e>
          <m:sub>
            <m:r>
              <w:rPr>
                <w:rFonts w:ascii="Cambria Math" w:hAnsi="Cambria Math" w:cs="Cambria Math"/>
              </w:rPr>
              <m:t xml:space="preserve">cB</m:t>
            </m:r>
          </m:sub>
        </m:sSub>
        <m:r>
          <w:rPr>
            <w:rFonts w:ascii="Cambria Math" w:hAnsi="Cambria Math" w:cs="Cambria Math"/>
          </w:rPr>
          <m:t xml:space="preserve"> = 2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J</m:t>
        </m:r>
      </m:oMath>
      <w:r>
        <w:rPr>
          <w:rFonts w:ascii="Amiri" w:hAnsi="Amiri" w:cs="Amiri"/>
          <w:rtl/>
        </w:rPr>
        <w:t xml:space="preserve"> .</w:t>
      </w:r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sSub>
            <m:e>
              <m:r>
                <w:rPr>
                  <w:rFonts w:ascii="Cambria Math" w:hAnsi="Cambria Math" w:cs="Cambria Math"/>
                </w:rPr>
                <m:t xml:space="preserve">v</m:t>
              </m:r>
            </m:e>
            <m:sub>
              <m:r>
                <w:rPr>
                  <w:rFonts w:ascii="Cambria Math" w:hAnsi="Cambria Math" w:cs="Cambria Math"/>
                </w:rPr>
                <m:t xml:space="preserve">B</m:t>
              </m:r>
            </m:sub>
          </m:sSub>
          <m:r>
            <w:rPr>
              <w:rFonts w:ascii="Cambria Math" w:hAnsi="Cambria Math" w:cs="Cambria Math"/>
            </w:rPr>
            <m:t xml:space="preserve"> = </m:t>
          </m:r>
          <m:rad>
            <m:radPr>
              <m:degHide m:val="1"/>
            </m:radPr>
            <m:deg/>
            <m:e>
              <m:f>
                <m:num>
                  <m:r>
                    <w:rPr>
                      <w:rFonts w:ascii="Cambria Math" w:hAnsi="Cambria Math" w:cs="Cambria Math"/>
                    </w:rPr>
                    <m:t xml:space="preserve">2</m:t>
                  </m:r>
                  <m:r>
                    <m:rPr>
                      <m:lit/>
                      <m:sty m:val="p"/>
                    </m:rPr>
                    <w:rPr>
                      <w:rFonts w:ascii="Cambria Math" w:hAnsi="Cambria Math" w:cs="Cambria Math"/>
                      <w:i w:val="0"/>
                      <w:iCs w:val="0"/>
                    </w:rPr>
                    <m:t xml:space="preserve"> </m:t>
                  </m:r>
                  <m:sSub>
                    <m:e>
                      <m:r>
                        <w:rPr>
                          <w:rFonts w:ascii="Cambria Math" w:hAnsi="Cambria Math" w:cs="Cambria Math"/>
                        </w:rPr>
                        <m:t xml:space="preserve">E</m:t>
                      </m:r>
                    </m:e>
                    <m:sub>
                      <m:r>
                        <w:rPr>
                          <w:rFonts w:ascii="Cambria Math" w:hAnsi="Cambria Math" w:cs="Cambria Math"/>
                        </w:rPr>
                        <m:t xml:space="preserve">cB</m:t>
                      </m:r>
                    </m:sub>
                  </m:sSub>
                </m:num>
                <m:den>
                  <m:r>
                    <w:rPr>
                      <w:rFonts w:ascii="Cambria Math" w:hAnsi="Cambria Math" w:cs="Cambria Math"/>
                    </w:rPr>
                    <m:t xml:space="preserve">m</m:t>
                  </m:r>
                </m:den>
              </m:f>
            </m:e>
          </m:rad>
          <m:r>
            <w:rPr>
              <w:rFonts w:ascii="Cambria Math" w:hAnsi="Cambria Math" w:cs="Cambria Math"/>
            </w:rPr>
            <m:t xml:space="preserve"> = </m:t>
          </m:r>
          <m:rad>
            <m:radPr>
              <m:degHide m:val="1"/>
            </m:radPr>
            <m:deg/>
            <m:e>
              <m:f>
                <m:num>
                  <m:r>
                    <w:rPr>
                      <w:rFonts w:ascii="Cambria Math" w:hAnsi="Cambria Math" w:cs="Cambria Math"/>
                    </w:rPr>
                    <m:t xml:space="preserve">2 </m:t>
                  </m:r>
                  <m:r>
                    <m:rPr>
                      <m:lit/>
                      <m:sty m:val="p"/>
                    </m:rPr>
                    <w:rPr>
                      <w:rFonts w:ascii="Cambria Math" w:hAnsi="Cambria Math" w:cs="Cambria Math"/>
                      <w:i w:val="0"/>
                      <w:iCs w:val="0"/>
                    </w:rPr>
                    <m:t xml:space="preserve">×</m:t>
                  </m:r>
                  <m:r>
                    <w:rPr>
                      <w:rFonts w:ascii="Cambria Math" w:hAnsi="Cambria Math" w:cs="Cambria Math"/>
                    </w:rPr>
                    <m:t xml:space="preserve"> 2</m:t>
                  </m:r>
                </m:num>
                <m:den>
                  <m:r>
                    <w:rPr>
                      <w:rFonts w:ascii="Cambria Math" w:hAnsi="Cambria Math" w:cs="Cambria Math"/>
                    </w:rPr>
                    <m:t xml:space="preserve">0,4</m:t>
                  </m:r>
                </m:den>
              </m:f>
            </m:e>
          </m:rad>
          <m:r>
            <w:rPr>
              <w:rFonts w:ascii="Cambria Math" w:hAnsi="Cambria Math" w:cs="Cambria Math"/>
            </w:rPr>
            <m:t xml:space="preserve"> = </m:t>
          </m:r>
          <m:rad>
            <m:radPr>
              <m:degHide m:val="1"/>
            </m:radPr>
            <m:deg/>
            <m:e>
              <m:r>
                <w:rPr>
                  <w:rFonts w:ascii="Cambria Math" w:hAnsi="Cambria Math" w:cs="Cambria Math"/>
                </w:rPr>
                <m:t xml:space="preserve">10</m:t>
              </m:r>
            </m:e>
          </m:rad>
          <m:r>
            <w:rPr>
              <w:rFonts w:ascii="Cambria Math" w:hAnsi="Cambria Math" w:cs="Cambria Math"/>
            </w:rPr>
            <m:t xml:space="preserve">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≈</m:t>
          </m:r>
          <m:r>
            <w:rPr>
              <w:rFonts w:ascii="Cambria Math" w:hAnsi="Cambria Math" w:cs="Cambria Math"/>
            </w:rPr>
            <m:t xml:space="preserve"> 3,16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m/s</m:t>
          </m:r>
        </m:oMath>
      </m:oMathPara>
    </w:p>
    <w:p>
      <w:pPr>
        <w:keepNext/>
        <w:bidi/>
        <w:spacing w:before="120" w:after="60"/>
        <w:ind w:start="0" w:end="0"/>
      </w:pPr>
      <w:r>
        <w:rPr>
          <w:rFonts w:ascii="Amiri" w:hAnsi="Amiri" w:cs="Amiri"/>
          <w:b/>
          <w:bCs/>
          <w:color w:val="1F3864"/>
          <w:sz w:val="27"/>
          <w:szCs w:val="27"/>
          <w:rtl/>
        </w:rPr>
        <w:t>الحركة على الجزء BC</w:t>
      </w:r>
    </w:p>
    <w:p>
      <w:pPr>
        <w:keepNext/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1-</w:t>
      </w:r>
      <w:r>
        <w:tab/>
      </w:r>
      <w:r>
        <w:rPr>
          <w:rFonts w:ascii="Amiri" w:hAnsi="Amiri" w:cs="Amiri"/>
          <w:rtl/>
        </w:rPr>
        <w:t xml:space="preserve">يخضع الجسم لثلاث قوى: الثقل </w:t>
      </w:r>
      <m:oMath>
        <m:acc>
          <m:accPr>
            <m:chr m:val="⃗"/>
          </m:accPr>
          <m:e>
            <m:r>
              <w:rPr>
                <w:rFonts w:ascii="Cambria Math" w:hAnsi="Cambria Math" w:cs="Cambria Math"/>
              </w:rPr>
              <m:t xml:space="preserve">P</m:t>
            </m:r>
          </m:e>
        </m:acc>
      </m:oMath>
      <w:r>
        <w:rPr>
          <w:rFonts w:ascii="Amiri" w:hAnsi="Amiri" w:cs="Amiri"/>
          <w:rtl/>
        </w:rPr>
        <w:t xml:space="preserve"> ، رد الفعل الناظمي </w:t>
      </w:r>
      <m:oMath>
        <m:acc>
          <m:accPr>
            <m:chr m:val="⃗"/>
          </m:accPr>
          <m:e>
            <m:r>
              <w:rPr>
                <w:rFonts w:ascii="Cambria Math" w:hAnsi="Cambria Math" w:cs="Cambria Math"/>
              </w:rPr>
              <m:t xml:space="preserve">R</m:t>
            </m:r>
          </m:e>
        </m:acc>
      </m:oMath>
      <w:r>
        <w:rPr>
          <w:rFonts w:ascii="Amiri" w:hAnsi="Amiri" w:cs="Amiri"/>
          <w:rtl/>
        </w:rPr>
        <w:t xml:space="preserve"> ، وقوة الاحتكاك </w:t>
      </w:r>
      <m:oMath>
        <m:acc>
          <m:accPr>
            <m:chr m:val="⃗"/>
          </m:accPr>
          <m:e>
            <m:r>
              <w:rPr>
                <w:rFonts w:ascii="Cambria Math" w:hAnsi="Cambria Math" w:cs="Cambria Math"/>
              </w:rPr>
              <m:t xml:space="preserve">f</m:t>
            </m:r>
          </m:e>
        </m:acc>
      </m:oMath>
      <w:r>
        <w:rPr>
          <w:rFonts w:ascii="Amiri" w:hAnsi="Amiri" w:cs="Amiri"/>
          <w:rtl/>
        </w:rPr>
        <w:t xml:space="preserve"> المعاكسة لجهة الحركة.</w:t>
      </w:r>
    </w:p>
    <w:p>
      <w:pPr>
        <w:bidi/>
        <w:spacing w:before="40" w:after="40"/>
        <w:ind w:start="0" w:end="0"/>
        <w:jc w:val="center"/>
      </w:pPr>
      <w:r>
        <w:drawing>
          <wp:inline xmlns:a="http://schemas.openxmlformats.org/drawingml/2006/main" xmlns:pic="http://schemas.openxmlformats.org/drawingml/2006/picture">
            <wp:extent cx="3057144" cy="1798320"/>
            <wp:docPr id="15" name="Picture 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e1-forces-bc.pn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3057144" cy="179832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/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2-</w:t>
      </w:r>
      <w:r>
        <w:tab/>
      </w:r>
      <w:r>
        <w:rPr>
          <w:rFonts w:ascii="Amiri" w:hAnsi="Amiri" w:cs="Amiri"/>
          <w:rtl/>
        </w:rPr>
        <w:t xml:space="preserve">عملا </w:t>
      </w:r>
      <m:oMath>
        <m:acc>
          <m:accPr>
            <m:chr m:val="⃗"/>
          </m:accPr>
          <m:e>
            <m:r>
              <w:rPr>
                <w:rFonts w:ascii="Cambria Math" w:hAnsi="Cambria Math" w:cs="Cambria Math"/>
              </w:rPr>
              <m:t xml:space="preserve">P</m:t>
            </m:r>
          </m:e>
        </m:acc>
      </m:oMath>
      <w:r>
        <w:rPr>
          <w:rFonts w:ascii="Amiri" w:hAnsi="Amiri" w:cs="Amiri"/>
          <w:rtl/>
        </w:rPr>
        <w:t xml:space="preserve"> و </w:t>
      </w:r>
      <m:oMath>
        <m:acc>
          <m:accPr>
            <m:chr m:val="⃗"/>
          </m:accPr>
          <m:e>
            <m:r>
              <w:rPr>
                <w:rFonts w:ascii="Cambria Math" w:hAnsi="Cambria Math" w:cs="Cambria Math"/>
              </w:rPr>
              <m:t xml:space="preserve">R</m:t>
            </m:r>
          </m:e>
        </m:acc>
      </m:oMath>
      <w:r>
        <w:rPr>
          <w:rFonts w:ascii="Amiri" w:hAnsi="Amiri" w:cs="Amiri"/>
          <w:rtl/>
        </w:rPr>
        <w:t xml:space="preserve"> معدومان لأنهما عموديتان على الانتقال الأفقي، ومنه: </w:t>
      </w:r>
      <m:oMath>
        <m:sSub>
          <m:e>
            <m:r>
              <w:rPr>
                <w:rFonts w:ascii="Cambria Math" w:hAnsi="Cambria Math" w:cs="Cambria Math"/>
              </w:rPr>
              <m:t xml:space="preserve">E</m:t>
            </m:r>
          </m:e>
          <m:sub>
            <m:r>
              <w:rPr>
                <w:rFonts w:ascii="Cambria Math" w:hAnsi="Cambria Math" w:cs="Cambria Math"/>
              </w:rPr>
              <m:t xml:space="preserve">cB</m:t>
            </m:r>
          </m:sub>
        </m:sSub>
        <m:r>
          <w:rPr>
            <w:rFonts w:ascii="Cambria Math" w:hAnsi="Cambria Math" w:cs="Cambria Math"/>
          </w:rPr>
          <m:t xml:space="preserve"> − f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·</m:t>
        </m:r>
        <m:r>
          <w:rPr>
            <w:rFonts w:ascii="Cambria Math" w:hAnsi="Cambria Math" w:cs="Cambria Math"/>
          </w:rPr>
          <m:t xml:space="preserve"> BC = </m:t>
        </m:r>
        <m:sSub>
          <m:e>
            <m:r>
              <w:rPr>
                <w:rFonts w:ascii="Cambria Math" w:hAnsi="Cambria Math" w:cs="Cambria Math"/>
              </w:rPr>
              <m:t xml:space="preserve">E</m:t>
            </m:r>
          </m:e>
          <m:sub>
            <m:r>
              <w:rPr>
                <w:rFonts w:ascii="Cambria Math" w:hAnsi="Cambria Math" w:cs="Cambria Math"/>
              </w:rPr>
              <m:t xml:space="preserve">cC</m:t>
            </m:r>
          </m:sub>
        </m:sSub>
      </m:oMath>
      <w:r>
        <w:rPr>
          <w:rFonts w:ascii="Amiri" w:hAnsi="Amiri" w:cs="Amiri"/>
          <w:rtl/>
        </w:rPr>
        <w:t xml:space="preserve"> ، إذن:</w:t>
      </w:r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r>
            <w:rPr>
              <w:rFonts w:ascii="Cambria Math" w:hAnsi="Cambria Math" w:cs="Cambria Math"/>
            </w:rPr>
            <m:t xml:space="preserve">f = </m:t>
          </m:r>
          <m:f>
            <m:num>
              <m:sSub>
                <m:e>
                  <m:r>
                    <w:rPr>
                      <w:rFonts w:ascii="Cambria Math" w:hAnsi="Cambria Math" w:cs="Cambria Math"/>
                    </w:rPr>
                    <m:t xml:space="preserve">E</m:t>
                  </m:r>
                </m:e>
                <m:sub>
                  <m:r>
                    <w:rPr>
                      <w:rFonts w:ascii="Cambria Math" w:hAnsi="Cambria Math" w:cs="Cambria Math"/>
                    </w:rPr>
                    <m:t xml:space="preserve">cB</m:t>
                  </m:r>
                </m:sub>
              </m:sSub>
              <m:r>
                <w:rPr>
                  <w:rFonts w:ascii="Cambria Math" w:hAnsi="Cambria Math" w:cs="Cambria Math"/>
                </w:rPr>
                <m:t xml:space="preserve"> − </m:t>
              </m:r>
              <m:sSub>
                <m:e>
                  <m:r>
                    <w:rPr>
                      <w:rFonts w:ascii="Cambria Math" w:hAnsi="Cambria Math" w:cs="Cambria Math"/>
                    </w:rPr>
                    <m:t xml:space="preserve">E</m:t>
                  </m:r>
                </m:e>
                <m:sub>
                  <m:r>
                    <w:rPr>
                      <w:rFonts w:ascii="Cambria Math" w:hAnsi="Cambria Math" w:cs="Cambria Math"/>
                    </w:rPr>
                    <m:t xml:space="preserve">cC</m:t>
                  </m:r>
                </m:sub>
              </m:sSub>
            </m:num>
            <m:den>
              <m:r>
                <w:rPr>
                  <w:rFonts w:ascii="Cambria Math" w:hAnsi="Cambria Math" w:cs="Cambria Math"/>
                </w:rPr>
                <m:t xml:space="preserve">BC</m:t>
              </m:r>
            </m:den>
          </m:f>
          <m:r>
            <w:rPr>
              <w:rFonts w:ascii="Cambria Math" w:hAnsi="Cambria Math" w:cs="Cambria Math"/>
            </w:rPr>
            <m:t xml:space="preserve"> = </m:t>
          </m:r>
          <m:f>
            <m:num>
              <m:r>
                <w:rPr>
                  <w:rFonts w:ascii="Cambria Math" w:hAnsi="Cambria Math" w:cs="Cambria Math"/>
                </w:rPr>
                <m:t xml:space="preserve">2 − 1,8</m:t>
              </m:r>
            </m:num>
            <m:den>
              <m:r>
                <w:rPr>
                  <w:rFonts w:ascii="Cambria Math" w:hAnsi="Cambria Math" w:cs="Cambria Math"/>
                </w:rPr>
                <m:t xml:space="preserve">1</m:t>
              </m:r>
            </m:den>
          </m:f>
          <m:r>
            <w:rPr>
              <w:rFonts w:ascii="Cambria Math" w:hAnsi="Cambria Math" w:cs="Cambria Math"/>
            </w:rPr>
            <m:t xml:space="preserve"> = 0,2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N</m:t>
          </m:r>
        </m:oMath>
      </m:oMathPara>
    </w:p>
    <w:p>
      <w:pPr>
        <w:keepNext/>
        <w:bidi/>
        <w:spacing w:before="120" w:after="60"/>
        <w:ind w:start="0" w:end="0"/>
      </w:pPr>
      <w:r>
        <w:rPr>
          <w:rFonts w:ascii="Amiri" w:hAnsi="Amiri" w:cs="Amiri"/>
          <w:b/>
          <w:bCs/>
          <w:color w:val="1F3864"/>
          <w:sz w:val="27"/>
          <w:szCs w:val="27"/>
          <w:rtl/>
        </w:rPr>
        <w:t>الحركة على الجزء CE</w:t>
      </w:r>
    </w:p>
    <w:p>
      <w:pPr>
        <w:keepNext/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1-</w:t>
      </w:r>
      <w:r>
        <w:tab/>
      </w:r>
      <w:r>
        <w:rPr>
          <w:rFonts w:ascii="Amiri" w:hAnsi="Amiri" w:cs="Amiri"/>
          <w:rtl/>
        </w:rPr>
        <w:t xml:space="preserve">الجملة (جسم) تفقد طاقة بعمل الثقل المقاوم لأن الجسم يصعد، وعمل </w:t>
      </w:r>
      <m:oMath>
        <m:acc>
          <m:accPr>
            <m:chr m:val="⃗"/>
          </m:accPr>
          <m:e>
            <m:r>
              <w:rPr>
                <w:rFonts w:ascii="Cambria Math" w:hAnsi="Cambria Math" w:cs="Cambria Math"/>
              </w:rPr>
              <m:t xml:space="preserve">R</m:t>
            </m:r>
          </m:e>
        </m:acc>
      </m:oMath>
      <w:r>
        <w:rPr>
          <w:rFonts w:ascii="Amiri" w:hAnsi="Amiri" w:cs="Amiri"/>
          <w:rtl/>
        </w:rPr>
        <w:t xml:space="preserve"> معدوم لأنها عمودية على المسار في كل لحظة.</w:t>
      </w:r>
    </w:p>
    <w:p>
      <w:pPr>
        <w:keepNext/>
        <w:bidi/>
        <w:spacing w:before="40" w:after="40"/>
        <w:ind w:start="0" w:end="0"/>
        <w:jc w:val="center"/>
      </w:pPr>
      <w:r>
        <w:drawing>
          <wp:inline xmlns:a="http://schemas.openxmlformats.org/drawingml/2006/main" xmlns:pic="http://schemas.openxmlformats.org/drawingml/2006/picture">
            <wp:extent cx="3212592" cy="2051303"/>
            <wp:docPr id="16" name="Picture 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e1-bilan-ce.pn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3212592" cy="20513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bidi/>
        <w:spacing w:before="0" w:after="80"/>
        <w:ind w:start="0" w:end="0"/>
        <w:jc w:val="center"/>
      </w:pPr>
      <w:r>
        <w:rPr>
          <w:rFonts w:ascii="Amiri" w:hAnsi="Amiri" w:cs="Amiri"/>
          <w:b/>
          <w:bCs/>
          <w:color w:val="1F3864"/>
          <w:sz w:val="22"/>
          <w:szCs w:val="22"/>
          <w:rtl/>
        </w:rPr>
        <w:t>الحصيلة الطاقوية للجملة (جسم) بين C و E</w:t>
      </w:r>
    </w:p>
    <w:p>
      <w:pPr>
        <w:keepNext/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2-</w:t>
      </w:r>
      <w:r>
        <w:tab/>
      </w:r>
      <w:r>
        <w:rPr>
          <w:rFonts w:ascii="Amiri" w:hAnsi="Amiri" w:cs="Amiri"/>
          <w:rtl/>
        </w:rPr>
        <w:t xml:space="preserve">الموضع </w:t>
      </w:r>
      <m:oMath>
        <m:r>
          <w:rPr>
            <w:rFonts w:ascii="Cambria Math" w:hAnsi="Cambria Math" w:cs="Cambria Math"/>
          </w:rPr>
          <m:t xml:space="preserve">E</m:t>
        </m:r>
      </m:oMath>
      <w:r>
        <w:rPr>
          <w:rFonts w:ascii="Amiri" w:hAnsi="Amiri" w:cs="Amiri"/>
          <w:rtl/>
        </w:rPr>
        <w:t xml:space="preserve"> يرتفع عن </w:t>
      </w:r>
      <m:oMath>
        <m:r>
          <w:rPr>
            <w:rFonts w:ascii="Cambria Math" w:hAnsi="Cambria Math" w:cs="Cambria Math"/>
          </w:rPr>
          <m:t xml:space="preserve">C</m:t>
        </m:r>
      </m:oMath>
      <w:r>
        <w:rPr>
          <w:rFonts w:ascii="Amiri" w:hAnsi="Amiri" w:cs="Amiri"/>
          <w:rtl/>
        </w:rPr>
        <w:t xml:space="preserve"> بمقدار نصف القطر </w:t>
      </w:r>
      <m:oMath>
        <m:r>
          <w:rPr>
            <w:rFonts w:ascii="Cambria Math" w:hAnsi="Cambria Math" w:cs="Cambria Math"/>
          </w:rPr>
          <m:t xml:space="preserve">R</m:t>
        </m:r>
      </m:oMath>
      <w:r>
        <w:rPr>
          <w:rFonts w:ascii="Amiri" w:hAnsi="Amiri" w:cs="Amiri"/>
          <w:rtl/>
        </w:rPr>
        <w:t xml:space="preserve"> ، إذن: </w:t>
      </w:r>
      <m:oMath>
        <m:sSub>
          <m:e>
            <m:r>
              <w:rPr>
                <w:rFonts w:ascii="Cambria Math" w:hAnsi="Cambria Math" w:cs="Cambria Math"/>
              </w:rPr>
              <m:t xml:space="preserve">E</m:t>
            </m:r>
          </m:e>
          <m:sub>
            <m:r>
              <w:rPr>
                <w:rFonts w:ascii="Cambria Math" w:hAnsi="Cambria Math" w:cs="Cambria Math"/>
              </w:rPr>
              <m:t xml:space="preserve">cC</m:t>
            </m:r>
          </m:sub>
        </m:sSub>
        <m:r>
          <w:rPr>
            <w:rFonts w:ascii="Cambria Math" w:hAnsi="Cambria Math" w:cs="Cambria Math"/>
          </w:rPr>
          <m:t xml:space="preserve"> − m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w:rPr>
            <w:rFonts w:ascii="Cambria Math" w:hAnsi="Cambria Math" w:cs="Cambria Math"/>
          </w:rPr>
          <m:t xml:space="preserve">g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w:rPr>
            <w:rFonts w:ascii="Cambria Math" w:hAnsi="Cambria Math" w:cs="Cambria Math"/>
          </w:rPr>
          <m:t xml:space="preserve">R = </m:t>
        </m:r>
        <m:sSub>
          <m:e>
            <m:r>
              <w:rPr>
                <w:rFonts w:ascii="Cambria Math" w:hAnsi="Cambria Math" w:cs="Cambria Math"/>
              </w:rPr>
              <m:t xml:space="preserve">E</m:t>
            </m:r>
          </m:e>
          <m:sub>
            <m:r>
              <w:rPr>
                <w:rFonts w:ascii="Cambria Math" w:hAnsi="Cambria Math" w:cs="Cambria Math"/>
              </w:rPr>
              <m:t xml:space="preserve">cE</m:t>
            </m:r>
          </m:sub>
        </m:sSub>
      </m:oMath>
      <w:r>
        <w:rPr>
          <w:rFonts w:ascii="Amiri" w:hAnsi="Amiri" w:cs="Amiri"/>
          <w:rtl/>
        </w:rPr>
        <w:t xml:space="preserve"> .</w:t>
      </w:r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sSub>
            <m:e>
              <m:r>
                <w:rPr>
                  <w:rFonts w:ascii="Cambria Math" w:hAnsi="Cambria Math" w:cs="Cambria Math"/>
                </w:rPr>
                <m:t xml:space="preserve">E</m:t>
              </m:r>
            </m:e>
            <m:sub>
              <m:r>
                <w:rPr>
                  <w:rFonts w:ascii="Cambria Math" w:hAnsi="Cambria Math" w:cs="Cambria Math"/>
                </w:rPr>
                <m:t xml:space="preserve">cE</m:t>
              </m:r>
            </m:sub>
          </m:sSub>
          <m:r>
            <w:rPr>
              <w:rFonts w:ascii="Cambria Math" w:hAnsi="Cambria Math" w:cs="Cambria Math"/>
            </w:rPr>
            <m:t xml:space="preserve"> = </m:t>
          </m:r>
          <m:f>
            <m:num>
              <m:r>
                <w:rPr>
                  <w:rFonts w:ascii="Cambria Math" w:hAnsi="Cambria Math" w:cs="Cambria Math"/>
                </w:rPr>
                <m:t xml:space="preserve">1</m:t>
              </m:r>
            </m:num>
            <m:den>
              <m:r>
                <w:rPr>
                  <w:rFonts w:ascii="Cambria Math" w:hAnsi="Cambria Math" w:cs="Cambria Math"/>
                </w:rPr>
                <m:t xml:space="preserve">2</m:t>
              </m:r>
            </m:den>
          </m:f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w:rPr>
              <w:rFonts w:ascii="Cambria Math" w:hAnsi="Cambria Math" w:cs="Cambria Math"/>
            </w:rPr>
            <m:t xml:space="preserve">m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sSubSup>
            <m:e>
              <m:r>
                <w:rPr>
                  <w:rFonts w:ascii="Cambria Math" w:hAnsi="Cambria Math" w:cs="Cambria Math"/>
                </w:rPr>
                <m:t xml:space="preserve">v</m:t>
              </m:r>
            </m:e>
            <m:sub>
              <m:r>
                <w:rPr>
                  <w:rFonts w:ascii="Cambria Math" w:hAnsi="Cambria Math" w:cs="Cambria Math"/>
                </w:rPr>
                <m:t xml:space="preserve">E</m:t>
              </m:r>
            </m:sub>
            <m:sup>
              <m:r>
                <w:rPr>
                  <w:rFonts w:ascii="Cambria Math" w:hAnsi="Cambria Math" w:cs="Cambria Math"/>
                </w:rPr>
                <m:t xml:space="preserve">2</m:t>
              </m:r>
            </m:sup>
          </m:sSubSup>
          <m:r>
            <w:rPr>
              <w:rFonts w:ascii="Cambria Math" w:hAnsi="Cambria Math" w:cs="Cambria Math"/>
            </w:rPr>
            <m:t xml:space="preserve"> = </m:t>
          </m:r>
          <m:f>
            <m:num>
              <m:r>
                <w:rPr>
                  <w:rFonts w:ascii="Cambria Math" w:hAnsi="Cambria Math" w:cs="Cambria Math"/>
                </w:rPr>
                <m:t xml:space="preserve">1</m:t>
              </m:r>
            </m:num>
            <m:den>
              <m:r>
                <w:rPr>
                  <w:rFonts w:ascii="Cambria Math" w:hAnsi="Cambria Math" w:cs="Cambria Math"/>
                </w:rPr>
                <m:t xml:space="preserve">2</m:t>
              </m:r>
            </m:den>
          </m:f>
          <m:r>
            <w:rPr>
              <w:rFonts w:ascii="Cambria Math" w:hAnsi="Cambria Math" w:cs="Cambria Math"/>
            </w:rPr>
            <m:t xml:space="preserve">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×</m:t>
          </m:r>
          <m:r>
            <w:rPr>
              <w:rFonts w:ascii="Cambria Math" w:hAnsi="Cambria Math" w:cs="Cambria Math"/>
            </w:rPr>
            <m:t xml:space="preserve"> 0,4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×</m:t>
          </m:r>
          <m:r>
            <w:rPr>
              <w:rFonts w:ascii="Cambria Math" w:hAnsi="Cambria Math" w:cs="Cambria Math"/>
            </w:rPr>
            <m:t xml:space="preserve"> </m:t>
          </m:r>
          <m:sSup>
            <m:e>
              <m:r>
                <w:rPr>
                  <w:rFonts w:ascii="Cambria Math" w:hAnsi="Cambria Math" w:cs="Cambria Math"/>
                </w:rPr>
                <m:t xml:space="preserve">1</m:t>
              </m:r>
            </m:e>
            <m:sup>
              <m:r>
                <w:rPr>
                  <w:rFonts w:ascii="Cambria Math" w:hAnsi="Cambria Math" w:cs="Cambria Math"/>
                </w:rPr>
                <m:t xml:space="preserve">2</m:t>
              </m:r>
            </m:sup>
          </m:sSup>
          <m:r>
            <w:rPr>
              <w:rFonts w:ascii="Cambria Math" w:hAnsi="Cambria Math" w:cs="Cambria Math"/>
            </w:rPr>
            <m:t xml:space="preserve"> = 0,2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J</m:t>
          </m:r>
        </m:oMath>
      </m:oMathPara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r>
            <w:rPr>
              <w:rFonts w:ascii="Cambria Math" w:hAnsi="Cambria Math" w:cs="Cambria Math"/>
            </w:rPr>
            <m:t xml:space="preserve">R = </m:t>
          </m:r>
          <m:f>
            <m:num>
              <m:sSub>
                <m:e>
                  <m:r>
                    <w:rPr>
                      <w:rFonts w:ascii="Cambria Math" w:hAnsi="Cambria Math" w:cs="Cambria Math"/>
                    </w:rPr>
                    <m:t xml:space="preserve">E</m:t>
                  </m:r>
                </m:e>
                <m:sub>
                  <m:r>
                    <w:rPr>
                      <w:rFonts w:ascii="Cambria Math" w:hAnsi="Cambria Math" w:cs="Cambria Math"/>
                    </w:rPr>
                    <m:t xml:space="preserve">cC</m:t>
                  </m:r>
                </m:sub>
              </m:sSub>
              <m:r>
                <w:rPr>
                  <w:rFonts w:ascii="Cambria Math" w:hAnsi="Cambria Math" w:cs="Cambria Math"/>
                </w:rPr>
                <m:t xml:space="preserve"> − </m:t>
              </m:r>
              <m:sSub>
                <m:e>
                  <m:r>
                    <w:rPr>
                      <w:rFonts w:ascii="Cambria Math" w:hAnsi="Cambria Math" w:cs="Cambria Math"/>
                    </w:rPr>
                    <m:t xml:space="preserve">E</m:t>
                  </m:r>
                </m:e>
                <m:sub>
                  <m:r>
                    <w:rPr>
                      <w:rFonts w:ascii="Cambria Math" w:hAnsi="Cambria Math" w:cs="Cambria Math"/>
                    </w:rPr>
                    <m:t xml:space="preserve">cE</m:t>
                  </m:r>
                </m:sub>
              </m:sSub>
            </m:num>
            <m:den>
              <m:r>
                <w:rPr>
                  <w:rFonts w:ascii="Cambria Math" w:hAnsi="Cambria Math" w:cs="Cambria Math"/>
                </w:rPr>
                <m:t xml:space="preserve">m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 </m:t>
              </m:r>
              <m:r>
                <w:rPr>
                  <w:rFonts w:ascii="Cambria Math" w:hAnsi="Cambria Math" w:cs="Cambria Math"/>
                </w:rPr>
                <m:t xml:space="preserve">g</m:t>
              </m:r>
            </m:den>
          </m:f>
          <m:r>
            <w:rPr>
              <w:rFonts w:ascii="Cambria Math" w:hAnsi="Cambria Math" w:cs="Cambria Math"/>
            </w:rPr>
            <m:t xml:space="preserve"> = </m:t>
          </m:r>
          <m:f>
            <m:num>
              <m:r>
                <w:rPr>
                  <w:rFonts w:ascii="Cambria Math" w:hAnsi="Cambria Math" w:cs="Cambria Math"/>
                </w:rPr>
                <m:t xml:space="preserve">1,8 − 0,2</m:t>
              </m:r>
            </m:num>
            <m:den>
              <m:r>
                <w:rPr>
                  <w:rFonts w:ascii="Cambria Math" w:hAnsi="Cambria Math" w:cs="Cambria Math"/>
                </w:rPr>
                <m:t xml:space="preserve">0,4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×</m:t>
              </m:r>
              <m:r>
                <w:rPr>
                  <w:rFonts w:ascii="Cambria Math" w:hAnsi="Cambria Math" w:cs="Cambria Math"/>
                </w:rPr>
                <m:t xml:space="preserve"> 10</m:t>
              </m:r>
            </m:den>
          </m:f>
          <m:r>
            <w:rPr>
              <w:rFonts w:ascii="Cambria Math" w:hAnsi="Cambria Math" w:cs="Cambria Math"/>
            </w:rPr>
            <m:t xml:space="preserve"> = 0,4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m</m:t>
          </m:r>
        </m:oMath>
      </m:oMathPara>
    </w:p>
    <w:p>
      <w:pPr>
        <w:keepNext/>
        <w:bidi/>
        <w:spacing w:before="120" w:after="60"/>
        <w:ind w:start="0" w:end="0"/>
      </w:pPr>
      <w:r>
        <w:rPr>
          <w:rFonts w:ascii="Amiri" w:hAnsi="Amiri" w:cs="Amiri"/>
          <w:b/>
          <w:bCs/>
          <w:color w:val="1F3864"/>
          <w:sz w:val="27"/>
          <w:szCs w:val="27"/>
          <w:rtl/>
        </w:rPr>
        <w:t>الحركة على الجزء EF</w:t>
      </w: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1-</w:t>
      </w:r>
      <w:r>
        <w:tab/>
      </w:r>
      <w:r>
        <w:rPr>
          <w:rFonts w:ascii="Amiri" w:hAnsi="Amiri" w:cs="Amiri"/>
          <w:rtl/>
        </w:rPr>
        <w:t xml:space="preserve">الجملة المختارة هي </w:t>
      </w:r>
      <w:r>
        <w:rPr>
          <w:rFonts w:ascii="Amiri" w:hAnsi="Amiri" w:cs="Amiri"/>
          <w:b/>
          <w:bCs/>
          <w:rtl/>
        </w:rPr>
        <w:t>(جسم + نابض)</w:t>
      </w:r>
      <w:r>
        <w:rPr>
          <w:rFonts w:ascii="Amiri" w:hAnsi="Amiri" w:cs="Amiri"/>
          <w:rtl/>
        </w:rPr>
        <w:t>.</w:t>
      </w:r>
    </w:p>
    <w:p>
      <w:pPr>
        <w:keepNext/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2-</w:t>
      </w:r>
      <w:r>
        <w:tab/>
      </w:r>
      <w:r>
        <w:rPr>
          <w:rFonts w:ascii="Amiri" w:hAnsi="Amiri" w:cs="Amiri"/>
          <w:rtl/>
        </w:rPr>
        <w:t xml:space="preserve">تحتوي هذه الجملة على خزانين: طاقة حركية (الجسم) وطاقة كامنة مرونية (النابض). الثقل قوة خارجية لأن الأرض خارج الجملة، وعمله مقاوم لأن الجسم يصعد بالمقدار </w:t>
      </w:r>
      <m:oMath>
        <m:r>
          <w:rPr>
            <w:rFonts w:ascii="Cambria Math" w:hAnsi="Cambria Math" w:cs="Cambria Math"/>
          </w:rPr>
          <m:t xml:space="preserve">x</m:t>
        </m:r>
      </m:oMath>
      <w:r>
        <w:rPr>
          <w:rFonts w:ascii="Amiri" w:hAnsi="Amiri" w:cs="Amiri"/>
          <w:rtl/>
        </w:rPr>
        <w:t xml:space="preserve"> .</w:t>
      </w:r>
    </w:p>
    <w:p>
      <w:pPr>
        <w:keepNext/>
        <w:bidi/>
        <w:spacing w:before="40" w:after="40"/>
        <w:ind w:start="0" w:end="0"/>
        <w:jc w:val="center"/>
      </w:pPr>
      <w:r>
        <w:drawing>
          <wp:inline xmlns:a="http://schemas.openxmlformats.org/drawingml/2006/main" xmlns:pic="http://schemas.openxmlformats.org/drawingml/2006/picture">
            <wp:extent cx="4102607" cy="2051303"/>
            <wp:docPr id="17" name="Picture 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e1-bilan-ef.pn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4102607" cy="20513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bidi/>
        <w:spacing w:before="0" w:after="80"/>
        <w:ind w:start="0" w:end="0"/>
        <w:jc w:val="center"/>
      </w:pPr>
      <w:r>
        <w:rPr>
          <w:rFonts w:ascii="Amiri" w:hAnsi="Amiri" w:cs="Amiri"/>
          <w:b/>
          <w:bCs/>
          <w:color w:val="1F3864"/>
          <w:sz w:val="22"/>
          <w:szCs w:val="22"/>
          <w:rtl/>
        </w:rPr>
        <w:t>الحصيلة الطاقوية للجملة (جسم + نابض) بين E و F</w:t>
      </w:r>
    </w:p>
    <w:p>
      <w:pPr>
        <w:bidi/>
        <w:spacing w:before="40" w:after="80"/>
        <w:ind w:start="0" w:end="0"/>
      </w:pPr>
      <w:r>
        <w:rPr>
          <w:rFonts w:ascii="Amiri" w:hAnsi="Amiri" w:cs="Amiri"/>
          <w:rtl/>
        </w:rPr>
        <w:t xml:space="preserve">معادلة انحفاظ الطاقة: </w:t>
      </w:r>
      <m:oMath>
        <m:sSub>
          <m:e>
            <m:r>
              <w:rPr>
                <w:rFonts w:ascii="Cambria Math" w:hAnsi="Cambria Math" w:cs="Cambria Math"/>
              </w:rPr>
              <m:t xml:space="preserve">E</m:t>
            </m:r>
          </m:e>
          <m:sub>
            <m:r>
              <w:rPr>
                <w:rFonts w:ascii="Cambria Math" w:hAnsi="Cambria Math" w:cs="Cambria Math"/>
              </w:rPr>
              <m:t xml:space="preserve">cE</m:t>
            </m:r>
          </m:sub>
        </m:sSub>
        <m:r>
          <w:rPr>
            <w:rFonts w:ascii="Cambria Math" w:hAnsi="Cambria Math" w:cs="Cambria Math"/>
          </w:rPr>
          <m:t xml:space="preserve"> + </m:t>
        </m:r>
        <m:sSub>
          <m:e>
            <m:r>
              <w:rPr>
                <w:rFonts w:ascii="Cambria Math" w:hAnsi="Cambria Math" w:cs="Cambria Math"/>
              </w:rPr>
              <m:t xml:space="preserve">E</m:t>
            </m:r>
          </m:e>
          <m:sub>
            <m:r>
              <w:rPr>
                <w:rFonts w:ascii="Cambria Math" w:hAnsi="Cambria Math" w:cs="Cambria Math"/>
              </w:rPr>
              <m:t xml:space="preserve">peE</m:t>
            </m:r>
          </m:sub>
        </m:sSub>
        <m:r>
          <w:rPr>
            <w:rFonts w:ascii="Cambria Math" w:hAnsi="Cambria Math" w:cs="Cambria Math"/>
          </w:rPr>
          <m:t xml:space="preserve"> = </m:t>
        </m:r>
        <m:sSub>
          <m:e>
            <m:r>
              <w:rPr>
                <w:rFonts w:ascii="Cambria Math" w:hAnsi="Cambria Math" w:cs="Cambria Math"/>
              </w:rPr>
              <m:t xml:space="preserve">E</m:t>
            </m:r>
          </m:e>
          <m:sub>
            <m:r>
              <w:rPr>
                <w:rFonts w:ascii="Cambria Math" w:hAnsi="Cambria Math" w:cs="Cambria Math"/>
              </w:rPr>
              <m:t xml:space="preserve">cF</m:t>
            </m:r>
          </m:sub>
        </m:sSub>
        <m:r>
          <w:rPr>
            <w:rFonts w:ascii="Cambria Math" w:hAnsi="Cambria Math" w:cs="Cambria Math"/>
          </w:rPr>
          <m:t xml:space="preserve"> + </m:t>
        </m:r>
        <m:sSub>
          <m:e>
            <m:r>
              <w:rPr>
                <w:rFonts w:ascii="Cambria Math" w:hAnsi="Cambria Math" w:cs="Cambria Math"/>
              </w:rPr>
              <m:t xml:space="preserve">E</m:t>
            </m:r>
          </m:e>
          <m:sub>
            <m:r>
              <w:rPr>
                <w:rFonts w:ascii="Cambria Math" w:hAnsi="Cambria Math" w:cs="Cambria Math"/>
              </w:rPr>
              <m:t xml:space="preserve">peF</m:t>
            </m:r>
          </m:sub>
        </m:sSub>
        <m:r>
          <w:rPr>
            <w:rFonts w:ascii="Cambria Math" w:hAnsi="Cambria Math" w:cs="Cambria Math"/>
          </w:rPr>
          <m:t xml:space="preserve"> + |</m:t>
        </m:r>
        <m:sSub>
          <m:e>
            <m:r>
              <w:rPr>
                <w:rFonts w:ascii="Cambria Math" w:hAnsi="Cambria Math" w:cs="Cambria Math"/>
              </w:rPr>
              <m:t xml:space="preserve">W</m:t>
            </m:r>
          </m:e>
          <m:sub>
            <m:r>
              <w:rPr>
                <w:rFonts w:ascii="Cambria Math" w:hAnsi="Cambria Math" w:cs="Cambria Math"/>
              </w:rPr>
              <m:t xml:space="preserve">EF</m:t>
            </m:r>
          </m:sub>
        </m:sSub>
        <m:r>
          <w:rPr>
            <w:rFonts w:ascii="Cambria Math" w:hAnsi="Cambria Math" w:cs="Cambria Math"/>
          </w:rPr>
          <m:t xml:space="preserve">(</m:t>
        </m:r>
        <m:acc>
          <m:accPr>
            <m:chr m:val="⃗"/>
          </m:accPr>
          <m:e>
            <m:r>
              <w:rPr>
                <w:rFonts w:ascii="Cambria Math" w:hAnsi="Cambria Math" w:cs="Cambria Math"/>
              </w:rPr>
              <m:t xml:space="preserve">P</m:t>
            </m:r>
          </m:e>
        </m:acc>
        <m:r>
          <w:rPr>
            <w:rFonts w:ascii="Cambria Math" w:hAnsi="Cambria Math" w:cs="Cambria Math"/>
          </w:rPr>
          <m:t xml:space="preserve">)|</m:t>
        </m:r>
      </m:oMath>
      <w:r>
        <w:rPr>
          <w:rFonts w:ascii="Amiri" w:hAnsi="Amiri" w:cs="Amiri"/>
          <w:rtl/>
        </w:rPr>
        <w:t xml:space="preserve"> مع </w:t>
      </w:r>
      <m:oMath>
        <m:sSub>
          <m:e>
            <m:r>
              <w:rPr>
                <w:rFonts w:ascii="Cambria Math" w:hAnsi="Cambria Math" w:cs="Cambria Math"/>
              </w:rPr>
              <m:t xml:space="preserve">E</m:t>
            </m:r>
          </m:e>
          <m:sub>
            <m:r>
              <w:rPr>
                <w:rFonts w:ascii="Cambria Math" w:hAnsi="Cambria Math" w:cs="Cambria Math"/>
              </w:rPr>
              <m:t xml:space="preserve">peE</m:t>
            </m:r>
          </m:sub>
        </m:sSub>
        <m:r>
          <w:rPr>
            <w:rFonts w:ascii="Cambria Math" w:hAnsi="Cambria Math" w:cs="Cambria Math"/>
          </w:rPr>
          <m:t xml:space="preserve"> = 0</m:t>
        </m:r>
      </m:oMath>
      <w:r>
        <w:rPr>
          <w:rFonts w:ascii="Amiri" w:hAnsi="Amiri" w:cs="Amiri"/>
          <w:rtl/>
        </w:rPr>
        <w:t xml:space="preserve"> و </w:t>
      </w:r>
      <m:oMath>
        <m:sSub>
          <m:e>
            <m:r>
              <w:rPr>
                <w:rFonts w:ascii="Cambria Math" w:hAnsi="Cambria Math" w:cs="Cambria Math"/>
              </w:rPr>
              <m:t xml:space="preserve">E</m:t>
            </m:r>
          </m:e>
          <m:sub>
            <m:r>
              <w:rPr>
                <w:rFonts w:ascii="Cambria Math" w:hAnsi="Cambria Math" w:cs="Cambria Math"/>
              </w:rPr>
              <m:t xml:space="preserve">cF</m:t>
            </m:r>
          </m:sub>
        </m:sSub>
        <m:r>
          <w:rPr>
            <w:rFonts w:ascii="Cambria Math" w:hAnsi="Cambria Math" w:cs="Cambria Math"/>
          </w:rPr>
          <m:t xml:space="preserve"> = 0</m:t>
        </m:r>
      </m:oMath>
      <w:r>
        <w:rPr>
          <w:rFonts w:ascii="Amiri" w:hAnsi="Amiri" w:cs="Amiri"/>
          <w:rtl/>
        </w:rPr>
        <w:t xml:space="preserve"> و </w:t>
      </w:r>
      <m:oMath>
        <m:r>
          <w:rPr>
            <w:rFonts w:ascii="Cambria Math" w:hAnsi="Cambria Math" w:cs="Cambria Math"/>
          </w:rPr>
          <m:t xml:space="preserve">|</m:t>
        </m:r>
        <m:sSub>
          <m:e>
            <m:r>
              <w:rPr>
                <w:rFonts w:ascii="Cambria Math" w:hAnsi="Cambria Math" w:cs="Cambria Math"/>
              </w:rPr>
              <m:t xml:space="preserve">W</m:t>
            </m:r>
          </m:e>
          <m:sub>
            <m:r>
              <w:rPr>
                <w:rFonts w:ascii="Cambria Math" w:hAnsi="Cambria Math" w:cs="Cambria Math"/>
              </w:rPr>
              <m:t xml:space="preserve">EF</m:t>
            </m:r>
          </m:sub>
        </m:sSub>
        <m:r>
          <w:rPr>
            <w:rFonts w:ascii="Cambria Math" w:hAnsi="Cambria Math" w:cs="Cambria Math"/>
          </w:rPr>
          <m:t xml:space="preserve">(</m:t>
        </m:r>
        <m:acc>
          <m:accPr>
            <m:chr m:val="⃗"/>
          </m:accPr>
          <m:e>
            <m:r>
              <w:rPr>
                <w:rFonts w:ascii="Cambria Math" w:hAnsi="Cambria Math" w:cs="Cambria Math"/>
              </w:rPr>
              <m:t xml:space="preserve">P</m:t>
            </m:r>
          </m:e>
        </m:acc>
        <m:r>
          <w:rPr>
            <w:rFonts w:ascii="Cambria Math" w:hAnsi="Cambria Math" w:cs="Cambria Math"/>
          </w:rPr>
          <m:t xml:space="preserve">)| = m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w:rPr>
            <w:rFonts w:ascii="Cambria Math" w:hAnsi="Cambria Math" w:cs="Cambria Math"/>
          </w:rPr>
          <m:t xml:space="preserve">g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w:rPr>
            <w:rFonts w:ascii="Cambria Math" w:hAnsi="Cambria Math" w:cs="Cambria Math"/>
          </w:rPr>
          <m:t xml:space="preserve">x</m:t>
        </m:r>
      </m:oMath>
      <w:r>
        <w:rPr>
          <w:rFonts w:ascii="Amiri" w:hAnsi="Amiri" w:cs="Amiri"/>
          <w:rtl/>
        </w:rPr>
        <w:t xml:space="preserve"> ، ومنه:</w:t>
      </w:r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sSub>
            <m:e>
              <m:r>
                <w:rPr>
                  <w:rFonts w:ascii="Cambria Math" w:hAnsi="Cambria Math" w:cs="Cambria Math"/>
                </w:rPr>
                <m:t xml:space="preserve">E</m:t>
              </m:r>
            </m:e>
            <m:sub>
              <m:r>
                <w:rPr>
                  <w:rFonts w:ascii="Cambria Math" w:hAnsi="Cambria Math" w:cs="Cambria Math"/>
                </w:rPr>
                <m:t xml:space="preserve">cE</m:t>
              </m:r>
            </m:sub>
          </m:sSub>
          <m:r>
            <w:rPr>
              <w:rFonts w:ascii="Cambria Math" w:hAnsi="Cambria Math" w:cs="Cambria Math"/>
            </w:rPr>
            <m:t xml:space="preserve"> − m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w:rPr>
              <w:rFonts w:ascii="Cambria Math" w:hAnsi="Cambria Math" w:cs="Cambria Math"/>
            </w:rPr>
            <m:t xml:space="preserve">g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w:rPr>
              <w:rFonts w:ascii="Cambria Math" w:hAnsi="Cambria Math" w:cs="Cambria Math"/>
            </w:rPr>
            <m:t xml:space="preserve">x = </m:t>
          </m:r>
          <m:sSub>
            <m:e>
              <m:r>
                <w:rPr>
                  <w:rFonts w:ascii="Cambria Math" w:hAnsi="Cambria Math" w:cs="Cambria Math"/>
                </w:rPr>
                <m:t xml:space="preserve">E</m:t>
              </m:r>
            </m:e>
            <m:sub>
              <m:r>
                <w:rPr>
                  <w:rFonts w:ascii="Cambria Math" w:hAnsi="Cambria Math" w:cs="Cambria Math"/>
                </w:rPr>
                <m:t xml:space="preserve">peF</m:t>
              </m:r>
            </m:sub>
          </m:sSub>
        </m:oMath>
      </m:oMathPara>
    </w:p>
    <w:p>
      <w:pPr>
        <w:bidi/>
        <w:spacing w:before="40" w:after="80"/>
        <w:ind w:start="0" w:end="0"/>
      </w:pPr>
      <w:r>
        <w:rPr>
          <w:rFonts w:ascii="Amiri" w:hAnsi="Amiri" w:cs="Amiri"/>
          <w:b/>
          <w:bCs/>
          <w:rtl/>
        </w:rPr>
        <w:t>ملاحظة:</w:t>
      </w:r>
      <w:r>
        <w:rPr>
          <w:rFonts w:ascii="Amiri" w:hAnsi="Amiri" w:cs="Amiri"/>
          <w:rtl/>
        </w:rPr>
        <w:t xml:space="preserve"> لو أخذنا الجملة (جسم) وحده لما ظهرت </w:t>
      </w:r>
      <m:oMath>
        <m:sSub>
          <m:e>
            <m:r>
              <w:rPr>
                <w:rFonts w:ascii="Cambria Math" w:hAnsi="Cambria Math" w:cs="Cambria Math"/>
              </w:rPr>
              <m:t xml:space="preserve">E</m:t>
            </m:r>
          </m:e>
          <m:sub>
            <m:r>
              <w:rPr>
                <w:rFonts w:ascii="Cambria Math" w:hAnsi="Cambria Math" w:cs="Cambria Math"/>
              </w:rPr>
              <m:t xml:space="preserve">peF</m:t>
            </m:r>
          </m:sub>
        </m:sSub>
      </m:oMath>
      <w:r>
        <w:rPr>
          <w:rFonts w:ascii="Amiri" w:hAnsi="Amiri" w:cs="Amiri"/>
          <w:rtl/>
        </w:rPr>
        <w:t xml:space="preserve"> ، ولو أضفنا الأرض إلى الجملة لظهرت طاقة كامنة ثقالية بدل الحد </w:t>
      </w:r>
      <m:oMath>
        <m:r>
          <w:rPr>
            <w:rFonts w:ascii="Cambria Math" w:hAnsi="Cambria Math" w:cs="Cambria Math"/>
          </w:rPr>
          <m:t xml:space="preserve">m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w:rPr>
            <w:rFonts w:ascii="Cambria Math" w:hAnsi="Cambria Math" w:cs="Cambria Math"/>
          </w:rPr>
          <m:t xml:space="preserve">g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w:rPr>
            <w:rFonts w:ascii="Cambria Math" w:hAnsi="Cambria Math" w:cs="Cambria Math"/>
          </w:rPr>
          <m:t xml:space="preserve">x</m:t>
        </m:r>
      </m:oMath>
      <w:r>
        <w:rPr>
          <w:rFonts w:ascii="Amiri" w:hAnsi="Amiri" w:cs="Amiri"/>
          <w:rtl/>
        </w:rPr>
        <w:t xml:space="preserve"> .</w:t>
      </w:r>
    </w:p>
    <w:p>
      <w:pPr>
        <w:keepNext/>
        <w:shd w:val="clear" w:color="auto" w:fill="1F3864"/>
        <w:bidi/>
        <w:spacing w:before="160" w:after="100"/>
        <w:ind w:start="0" w:end="0"/>
      </w:pPr>
      <w:r>
        <w:rPr>
          <w:rFonts w:ascii="Amiri" w:hAnsi="Amiri" w:cs="Amiri"/>
          <w:b/>
          <w:bCs/>
          <w:color w:val="FFFFFF"/>
          <w:sz w:val="27"/>
          <w:szCs w:val="27"/>
          <w:rtl/>
        </w:rPr>
        <w:t xml:space="preserve">  تصحيح التمرين الثالث</w:t>
      </w:r>
    </w:p>
    <w:p>
      <w:pPr>
        <w:keepNext/>
        <w:bidi/>
        <w:spacing w:before="120" w:after="60"/>
        <w:ind w:start="0" w:end="0"/>
      </w:pPr>
      <w:r>
        <w:rPr>
          <w:rFonts w:ascii="Amiri" w:hAnsi="Amiri" w:cs="Amiri"/>
          <w:b/>
          <w:bCs/>
          <w:color w:val="1F3864"/>
          <w:sz w:val="27"/>
          <w:szCs w:val="27"/>
          <w:rtl/>
        </w:rPr>
        <w:t>I</w:t>
      </w:r>
    </w:p>
    <w:p>
      <w:pPr>
        <w:keepNext/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1-</w:t>
      </w:r>
      <w:r>
        <w:tab/>
      </w:r>
      <w:r>
        <w:rPr>
          <w:rFonts w:ascii="Amiri" w:hAnsi="Amiri" w:cs="Amiri"/>
          <w:rtl/>
        </w:rPr>
        <w:t xml:space="preserve">تخضع الكرة لقوتين: ثقلها </w:t>
      </w:r>
      <m:oMath>
        <m:acc>
          <m:accPr>
            <m:chr m:val="⃗"/>
          </m:accPr>
          <m:e>
            <m:r>
              <w:rPr>
                <w:rFonts w:ascii="Cambria Math" w:hAnsi="Cambria Math" w:cs="Cambria Math"/>
              </w:rPr>
              <m:t xml:space="preserve">P</m:t>
            </m:r>
          </m:e>
        </m:acc>
      </m:oMath>
      <w:r>
        <w:rPr>
          <w:rFonts w:ascii="Amiri" w:hAnsi="Amiri" w:cs="Amiri"/>
          <w:rtl/>
        </w:rPr>
        <w:t xml:space="preserve"> ، ورد الفعل </w:t>
      </w:r>
      <m:oMath>
        <m:acc>
          <m:accPr>
            <m:chr m:val="⃗"/>
          </m:accPr>
          <m:e>
            <m:r>
              <w:rPr>
                <w:rFonts w:ascii="Cambria Math" w:hAnsi="Cambria Math" w:cs="Cambria Math"/>
              </w:rPr>
              <m:t xml:space="preserve">R</m:t>
            </m:r>
          </m:e>
        </m:acc>
      </m:oMath>
      <w:r>
        <w:rPr>
          <w:rFonts w:ascii="Amiri" w:hAnsi="Amiri" w:cs="Amiri"/>
          <w:rtl/>
        </w:rPr>
        <w:t xml:space="preserve"> العمودي على المسار والمتجه نحو المركز </w:t>
      </w:r>
      <m:oMath>
        <m:r>
          <w:rPr>
            <w:rFonts w:ascii="Cambria Math" w:hAnsi="Cambria Math" w:cs="Cambria Math"/>
          </w:rPr>
          <m:t xml:space="preserve">O</m:t>
        </m:r>
      </m:oMath>
      <w:r>
        <w:rPr>
          <w:rFonts w:ascii="Amiri" w:hAnsi="Amiri" w:cs="Amiri"/>
          <w:rtl/>
        </w:rPr>
        <w:t xml:space="preserve"> لأن المسار أملس.</w:t>
      </w:r>
    </w:p>
    <w:p>
      <w:pPr>
        <w:bidi/>
        <w:spacing w:before="40" w:after="40"/>
        <w:ind w:start="0" w:end="0"/>
        <w:jc w:val="center"/>
      </w:pPr>
      <w:r>
        <w:drawing>
          <wp:inline xmlns:a="http://schemas.openxmlformats.org/drawingml/2006/main" xmlns:pic="http://schemas.openxmlformats.org/drawingml/2006/picture">
            <wp:extent cx="2517648" cy="2157984"/>
            <wp:docPr id="18" name="Picture 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e2-forces-ab.pn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2517648" cy="215798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/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2-</w:t>
      </w:r>
      <w:r>
        <w:tab/>
      </w:r>
      <w:r>
        <w:rPr>
          <w:rFonts w:ascii="Amiri" w:hAnsi="Amiri" w:cs="Amiri"/>
          <w:rtl/>
        </w:rPr>
        <w:t xml:space="preserve">الحصيلة الطاقوية للجملة (كرة) بين </w:t>
      </w:r>
      <m:oMath>
        <m:r>
          <w:rPr>
            <w:rFonts w:ascii="Cambria Math" w:hAnsi="Cambria Math" w:cs="Cambria Math"/>
          </w:rPr>
          <m:t xml:space="preserve">M</m:t>
        </m:r>
      </m:oMath>
      <w:r>
        <w:rPr>
          <w:rFonts w:ascii="Amiri" w:hAnsi="Amiri" w:cs="Amiri"/>
          <w:rtl/>
        </w:rPr>
        <w:t xml:space="preserve"> و </w:t>
      </w:r>
      <m:oMath>
        <m:r>
          <w:rPr>
            <w:rFonts w:ascii="Cambria Math" w:hAnsi="Cambria Math" w:cs="Cambria Math"/>
          </w:rPr>
          <m:t xml:space="preserve">B</m:t>
        </m:r>
      </m:oMath>
      <w:r>
        <w:rPr>
          <w:rFonts w:ascii="Amiri" w:hAnsi="Amiri" w:cs="Amiri"/>
          <w:rtl/>
        </w:rPr>
        <w:t xml:space="preserve"> :</w:t>
      </w:r>
    </w:p>
    <w:p>
      <w:pPr>
        <w:bidi/>
        <w:spacing w:before="40" w:after="40"/>
        <w:ind w:start="0" w:end="0"/>
        <w:jc w:val="center"/>
      </w:pPr>
      <w:r>
        <w:drawing>
          <wp:inline xmlns:a="http://schemas.openxmlformats.org/drawingml/2006/main" xmlns:pic="http://schemas.openxmlformats.org/drawingml/2006/picture">
            <wp:extent cx="3212592" cy="2051303"/>
            <wp:docPr id="19" name="Picture 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e2-bilan-mb.pn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3212592" cy="20513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bidi/>
        <w:spacing w:before="40" w:after="80"/>
        <w:ind w:start="0" w:end="0"/>
      </w:pPr>
      <m:oMath>
        <m:sSub>
          <m:e>
            <m:r>
              <w:rPr>
                <w:rFonts w:ascii="Cambria Math" w:hAnsi="Cambria Math" w:cs="Cambria Math"/>
              </w:rPr>
              <m:t xml:space="preserve">E</m:t>
            </m:r>
          </m:e>
          <m:sub>
            <m:r>
              <w:rPr>
                <w:rFonts w:ascii="Cambria Math" w:hAnsi="Cambria Math" w:cs="Cambria Math"/>
              </w:rPr>
              <m:t xml:space="preserve">cM</m:t>
            </m:r>
          </m:sub>
        </m:sSub>
        <m:r>
          <w:rPr>
            <w:rFonts w:ascii="Cambria Math" w:hAnsi="Cambria Math" w:cs="Cambria Math"/>
          </w:rPr>
          <m:t xml:space="preserve"> + </m:t>
        </m:r>
        <m:sSub>
          <m:e>
            <m:r>
              <w:rPr>
                <w:rFonts w:ascii="Cambria Math" w:hAnsi="Cambria Math" w:cs="Cambria Math"/>
              </w:rPr>
              <m:t xml:space="preserve">W</m:t>
            </m:r>
          </m:e>
          <m:sub>
            <m:r>
              <w:rPr>
                <w:rFonts w:ascii="Cambria Math" w:hAnsi="Cambria Math" w:cs="Cambria Math"/>
              </w:rPr>
              <m:t xml:space="preserve">MB</m:t>
            </m:r>
          </m:sub>
        </m:sSub>
        <m:r>
          <w:rPr>
            <w:rFonts w:ascii="Cambria Math" w:hAnsi="Cambria Math" w:cs="Cambria Math"/>
          </w:rPr>
          <m:t xml:space="preserve">(</m:t>
        </m:r>
        <m:acc>
          <m:accPr>
            <m:chr m:val="⃗"/>
          </m:accPr>
          <m:e>
            <m:r>
              <w:rPr>
                <w:rFonts w:ascii="Cambria Math" w:hAnsi="Cambria Math" w:cs="Cambria Math"/>
              </w:rPr>
              <m:t xml:space="preserve">P</m:t>
            </m:r>
          </m:e>
        </m:acc>
        <m:r>
          <w:rPr>
            <w:rFonts w:ascii="Cambria Math" w:hAnsi="Cambria Math" w:cs="Cambria Math"/>
          </w:rPr>
          <m:t xml:space="preserve">) = </m:t>
        </m:r>
        <m:sSub>
          <m:e>
            <m:r>
              <w:rPr>
                <w:rFonts w:ascii="Cambria Math" w:hAnsi="Cambria Math" w:cs="Cambria Math"/>
              </w:rPr>
              <m:t xml:space="preserve">E</m:t>
            </m:r>
          </m:e>
          <m:sub>
            <m:r>
              <w:rPr>
                <w:rFonts w:ascii="Cambria Math" w:hAnsi="Cambria Math" w:cs="Cambria Math"/>
              </w:rPr>
              <m:t xml:space="preserve">cB</m:t>
            </m:r>
          </m:sub>
        </m:sSub>
      </m:oMath>
      <w:r>
        <w:rPr>
          <w:rFonts w:ascii="Amiri" w:hAnsi="Amiri" w:cs="Amiri"/>
          <w:rtl/>
        </w:rPr>
        <w:t xml:space="preserve"> مع </w:t>
      </w:r>
      <m:oMath>
        <m:sSub>
          <m:e>
            <m:r>
              <w:rPr>
                <w:rFonts w:ascii="Cambria Math" w:hAnsi="Cambria Math" w:cs="Cambria Math"/>
              </w:rPr>
              <m:t xml:space="preserve">E</m:t>
            </m:r>
          </m:e>
          <m:sub>
            <m:r>
              <w:rPr>
                <w:rFonts w:ascii="Cambria Math" w:hAnsi="Cambria Math" w:cs="Cambria Math"/>
              </w:rPr>
              <m:t xml:space="preserve">cM</m:t>
            </m:r>
          </m:sub>
        </m:sSub>
        <m:r>
          <w:rPr>
            <w:rFonts w:ascii="Cambria Math" w:hAnsi="Cambria Math" w:cs="Cambria Math"/>
          </w:rPr>
          <m:t xml:space="preserve"> = 0</m:t>
        </m:r>
      </m:oMath>
      <w:r>
        <w:rPr>
          <w:rFonts w:ascii="Amiri" w:hAnsi="Amiri" w:cs="Amiri"/>
          <w:rtl/>
        </w:rPr>
        <w:t xml:space="preserve"> ، والارتفاع المقطوع: </w:t>
      </w:r>
      <m:oMath>
        <m:r>
          <w:rPr>
            <w:rFonts w:ascii="Cambria Math" w:hAnsi="Cambria Math" w:cs="Cambria Math"/>
          </w:rPr>
          <m:t xml:space="preserve">h = r − r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cos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θ</m:t>
        </m:r>
        <m:r>
          <w:rPr>
            <w:rFonts w:ascii="Cambria Math" w:hAnsi="Cambria Math" w:cs="Cambria Math"/>
          </w:rPr>
          <m:t xml:space="preserve"> = r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w:rPr>
            <w:rFonts w:ascii="Cambria Math" w:hAnsi="Cambria Math" w:cs="Cambria Math"/>
          </w:rPr>
          <m:t xml:space="preserve">(1 −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cos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θ</m:t>
        </m:r>
        <m:r>
          <w:rPr>
            <w:rFonts w:ascii="Cambria Math" w:hAnsi="Cambria Math" w:cs="Cambria Math"/>
          </w:rPr>
          <m:t xml:space="preserve">)</m:t>
        </m:r>
      </m:oMath>
      <w:r>
        <w:rPr>
          <w:rFonts w:ascii="Amiri" w:hAnsi="Amiri" w:cs="Amiri"/>
          <w:rtl/>
        </w:rPr>
        <w:t xml:space="preserve"> . إذن:</w:t>
      </w:r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f>
            <m:num>
              <m:r>
                <w:rPr>
                  <w:rFonts w:ascii="Cambria Math" w:hAnsi="Cambria Math" w:cs="Cambria Math"/>
                </w:rPr>
                <m:t xml:space="preserve">1</m:t>
              </m:r>
            </m:num>
            <m:den>
              <m:r>
                <w:rPr>
                  <w:rFonts w:ascii="Cambria Math" w:hAnsi="Cambria Math" w:cs="Cambria Math"/>
                </w:rPr>
                <m:t xml:space="preserve">2</m:t>
              </m:r>
            </m:den>
          </m:f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w:rPr>
              <w:rFonts w:ascii="Cambria Math" w:hAnsi="Cambria Math" w:cs="Cambria Math"/>
            </w:rPr>
            <m:t xml:space="preserve">m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sSubSup>
            <m:e>
              <m:r>
                <w:rPr>
                  <w:rFonts w:ascii="Cambria Math" w:hAnsi="Cambria Math" w:cs="Cambria Math"/>
                </w:rPr>
                <m:t xml:space="preserve">v</m:t>
              </m:r>
            </m:e>
            <m:sub>
              <m:r>
                <w:rPr>
                  <w:rFonts w:ascii="Cambria Math" w:hAnsi="Cambria Math" w:cs="Cambria Math"/>
                </w:rPr>
                <m:t xml:space="preserve">B</m:t>
              </m:r>
            </m:sub>
            <m:sup>
              <m:r>
                <w:rPr>
                  <w:rFonts w:ascii="Cambria Math" w:hAnsi="Cambria Math" w:cs="Cambria Math"/>
                </w:rPr>
                <m:t xml:space="preserve">2</m:t>
              </m:r>
            </m:sup>
          </m:sSubSup>
          <m:r>
            <w:rPr>
              <w:rFonts w:ascii="Cambria Math" w:hAnsi="Cambria Math" w:cs="Cambria Math"/>
            </w:rPr>
            <m:t xml:space="preserve"> = m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w:rPr>
              <w:rFonts w:ascii="Cambria Math" w:hAnsi="Cambria Math" w:cs="Cambria Math"/>
            </w:rPr>
            <m:t xml:space="preserve">g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w:rPr>
              <w:rFonts w:ascii="Cambria Math" w:hAnsi="Cambria Math" w:cs="Cambria Math"/>
            </w:rPr>
            <m:t xml:space="preserve">r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w:rPr>
              <w:rFonts w:ascii="Cambria Math" w:hAnsi="Cambria Math" w:cs="Cambria Math"/>
            </w:rPr>
            <m:t xml:space="preserve">(1 −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cos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θ</m:t>
          </m:r>
          <m:r>
            <w:rPr>
              <w:rFonts w:ascii="Cambria Math" w:hAnsi="Cambria Math" w:cs="Cambria Math"/>
            </w:rPr>
            <m:t xml:space="preserve">)</m:t>
          </m:r>
        </m:oMath>
      </m:oMathPara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sSubSup>
            <m:e>
              <m:r>
                <w:rPr>
                  <w:rFonts w:ascii="Cambria Math" w:hAnsi="Cambria Math" w:cs="Cambria Math"/>
                </w:rPr>
                <m:t xml:space="preserve">v</m:t>
              </m:r>
            </m:e>
            <m:sub>
              <m:r>
                <w:rPr>
                  <w:rFonts w:ascii="Cambria Math" w:hAnsi="Cambria Math" w:cs="Cambria Math"/>
                </w:rPr>
                <m:t xml:space="preserve">B</m:t>
              </m:r>
            </m:sub>
            <m:sup>
              <m:r>
                <w:rPr>
                  <w:rFonts w:ascii="Cambria Math" w:hAnsi="Cambria Math" w:cs="Cambria Math"/>
                </w:rPr>
                <m:t xml:space="preserve">2</m:t>
              </m:r>
            </m:sup>
          </m:sSubSup>
          <m:r>
            <w:rPr>
              <w:rFonts w:ascii="Cambria Math" w:hAnsi="Cambria Math" w:cs="Cambria Math"/>
            </w:rPr>
            <m:t xml:space="preserve"> = 2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w:rPr>
              <w:rFonts w:ascii="Cambria Math" w:hAnsi="Cambria Math" w:cs="Cambria Math"/>
            </w:rPr>
            <m:t xml:space="preserve">g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w:rPr>
              <w:rFonts w:ascii="Cambria Math" w:hAnsi="Cambria Math" w:cs="Cambria Math"/>
            </w:rPr>
            <m:t xml:space="preserve">r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w:rPr>
              <w:rFonts w:ascii="Cambria Math" w:hAnsi="Cambria Math" w:cs="Cambria Math"/>
            </w:rPr>
            <m:t xml:space="preserve">(1 −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cos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θ</m:t>
          </m:r>
          <m:r>
            <w:rPr>
              <w:rFonts w:ascii="Cambria Math" w:hAnsi="Cambria Math" w:cs="Cambria Math"/>
            </w:rPr>
            <m:t xml:space="preserve">)</m:t>
          </m:r>
        </m:oMath>
      </m:oMathPara>
    </w:p>
    <w:p>
      <w:pPr>
        <w:keepNext/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3-</w:t>
      </w:r>
      <w:r>
        <w:tab/>
      </w:r>
      <w:r>
        <w:rPr>
          <w:rFonts w:ascii="Amiri" w:hAnsi="Amiri" w:cs="Amiri"/>
          <w:rtl/>
        </w:rPr>
        <w:t xml:space="preserve">تخضع الكرة لثلاث قوى: الثقل </w:t>
      </w:r>
      <m:oMath>
        <m:acc>
          <m:accPr>
            <m:chr m:val="⃗"/>
          </m:accPr>
          <m:e>
            <m:r>
              <w:rPr>
                <w:rFonts w:ascii="Cambria Math" w:hAnsi="Cambria Math" w:cs="Cambria Math"/>
              </w:rPr>
              <m:t xml:space="preserve">P</m:t>
            </m:r>
          </m:e>
        </m:acc>
      </m:oMath>
      <w:r>
        <w:rPr>
          <w:rFonts w:ascii="Amiri" w:hAnsi="Amiri" w:cs="Amiri"/>
          <w:rtl/>
        </w:rPr>
        <w:t xml:space="preserve"> ، رد الفعل الناظمي </w:t>
      </w:r>
      <m:oMath>
        <m:acc>
          <m:accPr>
            <m:chr m:val="⃗"/>
          </m:accPr>
          <m:e>
            <m:r>
              <w:rPr>
                <w:rFonts w:ascii="Cambria Math" w:hAnsi="Cambria Math" w:cs="Cambria Math"/>
              </w:rPr>
              <m:t xml:space="preserve">R</m:t>
            </m:r>
          </m:e>
        </m:acc>
      </m:oMath>
      <w:r>
        <w:rPr>
          <w:rFonts w:ascii="Amiri" w:hAnsi="Amiri" w:cs="Amiri"/>
          <w:rtl/>
        </w:rPr>
        <w:t xml:space="preserve"> ، وقوة الاحتكاك </w:t>
      </w:r>
      <m:oMath>
        <m:acc>
          <m:accPr>
            <m:chr m:val="⃗"/>
          </m:accPr>
          <m:e>
            <m:r>
              <w:rPr>
                <w:rFonts w:ascii="Cambria Math" w:hAnsi="Cambria Math" w:cs="Cambria Math"/>
              </w:rPr>
              <m:t xml:space="preserve">f</m:t>
            </m:r>
          </m:e>
        </m:acc>
      </m:oMath>
      <w:r>
        <w:rPr>
          <w:rFonts w:ascii="Amiri" w:hAnsi="Amiri" w:cs="Amiri"/>
          <w:rtl/>
        </w:rPr>
        <w:t xml:space="preserve"> .</w:t>
      </w:r>
    </w:p>
    <w:p>
      <w:pPr>
        <w:bidi/>
        <w:spacing w:before="40" w:after="40"/>
        <w:ind w:start="0" w:end="0"/>
        <w:jc w:val="center"/>
      </w:pPr>
      <w:r>
        <w:drawing>
          <wp:inline xmlns:a="http://schemas.openxmlformats.org/drawingml/2006/main" xmlns:pic="http://schemas.openxmlformats.org/drawingml/2006/picture">
            <wp:extent cx="3057144" cy="1798320"/>
            <wp:docPr id="20" name="Picture 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e1-forces-bc.pn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3057144" cy="179832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/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4-</w:t>
      </w:r>
      <w:r>
        <w:tab/>
      </w:r>
      <w:r>
        <w:rPr>
          <w:rFonts w:ascii="Amiri" w:hAnsi="Amiri" w:cs="Amiri"/>
          <w:rtl/>
        </w:rPr>
        <w:t xml:space="preserve">عملا </w:t>
      </w:r>
      <m:oMath>
        <m:acc>
          <m:accPr>
            <m:chr m:val="⃗"/>
          </m:accPr>
          <m:e>
            <m:r>
              <w:rPr>
                <w:rFonts w:ascii="Cambria Math" w:hAnsi="Cambria Math" w:cs="Cambria Math"/>
              </w:rPr>
              <m:t xml:space="preserve">P</m:t>
            </m:r>
          </m:e>
        </m:acc>
      </m:oMath>
      <w:r>
        <w:rPr>
          <w:rFonts w:ascii="Amiri" w:hAnsi="Amiri" w:cs="Amiri"/>
          <w:rtl/>
        </w:rPr>
        <w:t xml:space="preserve"> و </w:t>
      </w:r>
      <m:oMath>
        <m:acc>
          <m:accPr>
            <m:chr m:val="⃗"/>
          </m:accPr>
          <m:e>
            <m:r>
              <w:rPr>
                <w:rFonts w:ascii="Cambria Math" w:hAnsi="Cambria Math" w:cs="Cambria Math"/>
              </w:rPr>
              <m:t xml:space="preserve">R</m:t>
            </m:r>
          </m:e>
        </m:acc>
      </m:oMath>
      <w:r>
        <w:rPr>
          <w:rFonts w:ascii="Amiri" w:hAnsi="Amiri" w:cs="Amiri"/>
          <w:rtl/>
        </w:rPr>
        <w:t xml:space="preserve"> معدومان، ومنه: </w:t>
      </w:r>
      <m:oMath>
        <m:sSub>
          <m:e>
            <m:r>
              <w:rPr>
                <w:rFonts w:ascii="Cambria Math" w:hAnsi="Cambria Math" w:cs="Cambria Math"/>
              </w:rPr>
              <m:t xml:space="preserve">E</m:t>
            </m:r>
          </m:e>
          <m:sub>
            <m:r>
              <w:rPr>
                <w:rFonts w:ascii="Cambria Math" w:hAnsi="Cambria Math" w:cs="Cambria Math"/>
              </w:rPr>
              <m:t xml:space="preserve">cB</m:t>
            </m:r>
          </m:sub>
        </m:sSub>
        <m:r>
          <w:rPr>
            <w:rFonts w:ascii="Cambria Math" w:hAnsi="Cambria Math" w:cs="Cambria Math"/>
          </w:rPr>
          <m:t xml:space="preserve"> − f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·</m:t>
        </m:r>
        <m:r>
          <w:rPr>
            <w:rFonts w:ascii="Cambria Math" w:hAnsi="Cambria Math" w:cs="Cambria Math"/>
          </w:rPr>
          <m:t xml:space="preserve"> BC = </m:t>
        </m:r>
        <m:sSub>
          <m:e>
            <m:r>
              <w:rPr>
                <w:rFonts w:ascii="Cambria Math" w:hAnsi="Cambria Math" w:cs="Cambria Math"/>
              </w:rPr>
              <m:t xml:space="preserve">E</m:t>
            </m:r>
          </m:e>
          <m:sub>
            <m:r>
              <w:rPr>
                <w:rFonts w:ascii="Cambria Math" w:hAnsi="Cambria Math" w:cs="Cambria Math"/>
              </w:rPr>
              <m:t xml:space="preserve">cC</m:t>
            </m:r>
          </m:sub>
        </m:sSub>
      </m:oMath>
      <w:r>
        <w:rPr>
          <w:rFonts w:ascii="Amiri" w:hAnsi="Amiri" w:cs="Amiri"/>
          <w:rtl/>
        </w:rPr>
        <w:t xml:space="preserve"> . نقسم على </w:t>
      </w:r>
      <m:oMath>
        <m:f>
          <m:num>
            <m:r>
              <w:rPr>
                <w:rFonts w:ascii="Cambria Math" w:hAnsi="Cambria Math" w:cs="Cambria Math"/>
              </w:rPr>
              <m:t xml:space="preserve">m</m:t>
            </m:r>
          </m:num>
          <m:den>
            <m:r>
              <w:rPr>
                <w:rFonts w:ascii="Cambria Math" w:hAnsi="Cambria Math" w:cs="Cambria Math"/>
              </w:rPr>
              <m:t xml:space="preserve">2</m:t>
            </m:r>
          </m:den>
        </m:f>
      </m:oMath>
      <w:r>
        <w:rPr>
          <w:rFonts w:ascii="Amiri" w:hAnsi="Amiri" w:cs="Amiri"/>
          <w:rtl/>
        </w:rPr>
        <w:t xml:space="preserve"> :</w:t>
      </w:r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sSubSup>
            <m:e>
              <m:r>
                <w:rPr>
                  <w:rFonts w:ascii="Cambria Math" w:hAnsi="Cambria Math" w:cs="Cambria Math"/>
                </w:rPr>
                <m:t xml:space="preserve">v</m:t>
              </m:r>
            </m:e>
            <m:sub>
              <m:r>
                <w:rPr>
                  <w:rFonts w:ascii="Cambria Math" w:hAnsi="Cambria Math" w:cs="Cambria Math"/>
                </w:rPr>
                <m:t xml:space="preserve">C</m:t>
              </m:r>
            </m:sub>
            <m:sup>
              <m:r>
                <w:rPr>
                  <w:rFonts w:ascii="Cambria Math" w:hAnsi="Cambria Math" w:cs="Cambria Math"/>
                </w:rPr>
                <m:t xml:space="preserve">2</m:t>
              </m:r>
            </m:sup>
          </m:sSubSup>
          <m:r>
            <w:rPr>
              <w:rFonts w:ascii="Cambria Math" w:hAnsi="Cambria Math" w:cs="Cambria Math"/>
            </w:rPr>
            <m:t xml:space="preserve"> = </m:t>
          </m:r>
          <m:sSubSup>
            <m:e>
              <m:r>
                <w:rPr>
                  <w:rFonts w:ascii="Cambria Math" w:hAnsi="Cambria Math" w:cs="Cambria Math"/>
                </w:rPr>
                <m:t xml:space="preserve">v</m:t>
              </m:r>
            </m:e>
            <m:sub>
              <m:r>
                <w:rPr>
                  <w:rFonts w:ascii="Cambria Math" w:hAnsi="Cambria Math" w:cs="Cambria Math"/>
                </w:rPr>
                <m:t xml:space="preserve">B</m:t>
              </m:r>
            </m:sub>
            <m:sup>
              <m:r>
                <w:rPr>
                  <w:rFonts w:ascii="Cambria Math" w:hAnsi="Cambria Math" w:cs="Cambria Math"/>
                </w:rPr>
                <m:t xml:space="preserve">2</m:t>
              </m:r>
            </m:sup>
          </m:sSubSup>
          <m:r>
            <w:rPr>
              <w:rFonts w:ascii="Cambria Math" w:hAnsi="Cambria Math" w:cs="Cambria Math"/>
            </w:rPr>
            <m:t xml:space="preserve"> − </m:t>
          </m:r>
          <m:f>
            <m:num>
              <m:r>
                <w:rPr>
                  <w:rFonts w:ascii="Cambria Math" w:hAnsi="Cambria Math" w:cs="Cambria Math"/>
                </w:rPr>
                <m:t xml:space="preserve">2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 </m:t>
              </m:r>
              <m:r>
                <w:rPr>
                  <w:rFonts w:ascii="Cambria Math" w:hAnsi="Cambria Math" w:cs="Cambria Math"/>
                </w:rPr>
                <m:t xml:space="preserve">f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·</m:t>
              </m:r>
              <m:r>
                <w:rPr>
                  <w:rFonts w:ascii="Cambria Math" w:hAnsi="Cambria Math" w:cs="Cambria Math"/>
                </w:rPr>
                <m:t xml:space="preserve"> BC</m:t>
              </m:r>
            </m:num>
            <m:den>
              <m:r>
                <w:rPr>
                  <w:rFonts w:ascii="Cambria Math" w:hAnsi="Cambria Math" w:cs="Cambria Math"/>
                </w:rPr>
                <m:t xml:space="preserve">m</m:t>
              </m:r>
            </m:den>
          </m:f>
          <m:r>
            <w:rPr>
              <w:rFonts w:ascii="Cambria Math" w:hAnsi="Cambria Math" w:cs="Cambria Math"/>
            </w:rPr>
            <m:t xml:space="preserve"> = 2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w:rPr>
              <w:rFonts w:ascii="Cambria Math" w:hAnsi="Cambria Math" w:cs="Cambria Math"/>
            </w:rPr>
            <m:t xml:space="preserve">g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w:rPr>
              <w:rFonts w:ascii="Cambria Math" w:hAnsi="Cambria Math" w:cs="Cambria Math"/>
            </w:rPr>
            <m:t xml:space="preserve">r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w:rPr>
              <w:rFonts w:ascii="Cambria Math" w:hAnsi="Cambria Math" w:cs="Cambria Math"/>
            </w:rPr>
            <m:t xml:space="preserve">(1 −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cos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θ</m:t>
          </m:r>
          <m:r>
            <w:rPr>
              <w:rFonts w:ascii="Cambria Math" w:hAnsi="Cambria Math" w:cs="Cambria Math"/>
            </w:rPr>
            <m:t xml:space="preserve">) − </m:t>
          </m:r>
          <m:f>
            <m:num>
              <m:r>
                <w:rPr>
                  <w:rFonts w:ascii="Cambria Math" w:hAnsi="Cambria Math" w:cs="Cambria Math"/>
                </w:rPr>
                <m:t xml:space="preserve">2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 </m:t>
              </m:r>
              <m:r>
                <w:rPr>
                  <w:rFonts w:ascii="Cambria Math" w:hAnsi="Cambria Math" w:cs="Cambria Math"/>
                </w:rPr>
                <m:t xml:space="preserve">f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·</m:t>
              </m:r>
              <m:r>
                <w:rPr>
                  <w:rFonts w:ascii="Cambria Math" w:hAnsi="Cambria Math" w:cs="Cambria Math"/>
                </w:rPr>
                <m:t xml:space="preserve"> BC</m:t>
              </m:r>
            </m:num>
            <m:den>
              <m:r>
                <w:rPr>
                  <w:rFonts w:ascii="Cambria Math" w:hAnsi="Cambria Math" w:cs="Cambria Math"/>
                </w:rPr>
                <m:t xml:space="preserve">m</m:t>
              </m:r>
            </m:den>
          </m:f>
        </m:oMath>
      </m:oMathPara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sSubSup>
            <m:e>
              <m:r>
                <w:rPr>
                  <w:rFonts w:ascii="Cambria Math" w:hAnsi="Cambria Math" w:cs="Cambria Math"/>
                </w:rPr>
                <m:t xml:space="preserve">v</m:t>
              </m:r>
            </m:e>
            <m:sub>
              <m:r>
                <w:rPr>
                  <w:rFonts w:ascii="Cambria Math" w:hAnsi="Cambria Math" w:cs="Cambria Math"/>
                </w:rPr>
                <m:t xml:space="preserve">C</m:t>
              </m:r>
            </m:sub>
            <m:sup>
              <m:r>
                <w:rPr>
                  <w:rFonts w:ascii="Cambria Math" w:hAnsi="Cambria Math" w:cs="Cambria Math"/>
                </w:rPr>
                <m:t xml:space="preserve">2</m:t>
              </m:r>
            </m:sup>
          </m:sSubSup>
          <m:r>
            <w:rPr>
              <w:rFonts w:ascii="Cambria Math" w:hAnsi="Cambria Math" w:cs="Cambria Math"/>
            </w:rPr>
            <m:t xml:space="preserve"> = −2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w:rPr>
              <w:rFonts w:ascii="Cambria Math" w:hAnsi="Cambria Math" w:cs="Cambria Math"/>
            </w:rPr>
            <m:t xml:space="preserve">g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w:rPr>
              <w:rFonts w:ascii="Cambria Math" w:hAnsi="Cambria Math" w:cs="Cambria Math"/>
            </w:rPr>
            <m:t xml:space="preserve">r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cos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θ</m:t>
          </m:r>
          <m:r>
            <w:rPr>
              <w:rFonts w:ascii="Cambria Math" w:hAnsi="Cambria Math" w:cs="Cambria Math"/>
            </w:rPr>
            <m:t xml:space="preserve"> + 2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w:rPr>
              <w:rFonts w:ascii="Cambria Math" w:hAnsi="Cambria Math" w:cs="Cambria Math"/>
            </w:rPr>
            <m:t xml:space="preserve">g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w:rPr>
              <w:rFonts w:ascii="Cambria Math" w:hAnsi="Cambria Math" w:cs="Cambria Math"/>
            </w:rPr>
            <m:t xml:space="preserve">r − </m:t>
          </m:r>
          <m:f>
            <m:num>
              <m:r>
                <w:rPr>
                  <w:rFonts w:ascii="Cambria Math" w:hAnsi="Cambria Math" w:cs="Cambria Math"/>
                </w:rPr>
                <m:t xml:space="preserve">2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 </m:t>
              </m:r>
              <m:r>
                <w:rPr>
                  <w:rFonts w:ascii="Cambria Math" w:hAnsi="Cambria Math" w:cs="Cambria Math"/>
                </w:rPr>
                <m:t xml:space="preserve">f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·</m:t>
              </m:r>
              <m:r>
                <w:rPr>
                  <w:rFonts w:ascii="Cambria Math" w:hAnsi="Cambria Math" w:cs="Cambria Math"/>
                </w:rPr>
                <m:t xml:space="preserve"> BC</m:t>
              </m:r>
            </m:num>
            <m:den>
              <m:r>
                <w:rPr>
                  <w:rFonts w:ascii="Cambria Math" w:hAnsi="Cambria Math" w:cs="Cambria Math"/>
                </w:rPr>
                <m:t xml:space="preserve">m</m:t>
              </m:r>
            </m:den>
          </m:f>
        </m:oMath>
      </m:oMathPara>
    </w:p>
    <w:p>
      <w:pPr>
        <w:bidi/>
        <w:spacing w:before="0" w:after="60"/>
        <w:ind w:start="1020" w:end="0"/>
      </w:pPr>
      <w:r>
        <w:rPr>
          <w:rFonts w:ascii="Amiri" w:hAnsi="Amiri" w:cs="Amiri"/>
          <w:rtl/>
        </w:rPr>
        <w:t xml:space="preserve">وهي من الشكل </w:t>
      </w:r>
      <m:oMath>
        <m:sSubSup>
          <m:e>
            <m:r>
              <w:rPr>
                <w:rFonts w:ascii="Cambria Math" w:hAnsi="Cambria Math" w:cs="Cambria Math"/>
              </w:rPr>
              <m:t xml:space="preserve">v</m:t>
            </m:r>
          </m:e>
          <m:sub>
            <m:r>
              <w:rPr>
                <w:rFonts w:ascii="Cambria Math" w:hAnsi="Cambria Math" w:cs="Cambria Math"/>
              </w:rPr>
              <m:t xml:space="preserve">C</m:t>
            </m:r>
          </m:sub>
          <m:sup>
            <m:r>
              <w:rPr>
                <w:rFonts w:ascii="Cambria Math" w:hAnsi="Cambria Math" w:cs="Cambria Math"/>
              </w:rPr>
              <m:t xml:space="preserve">2</m:t>
            </m:r>
          </m:sup>
        </m:sSubSup>
        <m:r>
          <w:rPr>
            <w:rFonts w:ascii="Cambria Math" w:hAnsi="Cambria Math" w:cs="Cambria Math"/>
          </w:rPr>
          <m:t xml:space="preserve"> = a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cos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θ</m:t>
        </m:r>
        <m:r>
          <w:rPr>
            <w:rFonts w:ascii="Cambria Math" w:hAnsi="Cambria Math" w:cs="Cambria Math"/>
          </w:rPr>
          <m:t xml:space="preserve"> + b</m:t>
        </m:r>
      </m:oMath>
      <w:r>
        <w:rPr>
          <w:rFonts w:ascii="Amiri" w:hAnsi="Amiri" w:cs="Amiri"/>
          <w:rtl/>
        </w:rPr>
        <w:t xml:space="preserve"> حيث:</w:t>
      </w:r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r>
            <w:rPr>
              <w:rFonts w:ascii="Cambria Math" w:hAnsi="Cambria Math" w:cs="Cambria Math"/>
            </w:rPr>
            <m:t xml:space="preserve">a = −2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w:rPr>
              <w:rFonts w:ascii="Cambria Math" w:hAnsi="Cambria Math" w:cs="Cambria Math"/>
            </w:rPr>
            <m:t xml:space="preserve">g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w:rPr>
              <w:rFonts w:ascii="Cambria Math" w:hAnsi="Cambria Math" w:cs="Cambria Math"/>
            </w:rPr>
            <m:t xml:space="preserve">r</m:t>
          </m:r>
        </m:oMath>
      </m:oMathPara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r>
            <w:rPr>
              <w:rFonts w:ascii="Cambria Math" w:hAnsi="Cambria Math" w:cs="Cambria Math"/>
            </w:rPr>
            <m:t xml:space="preserve">b = 2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w:rPr>
              <w:rFonts w:ascii="Cambria Math" w:hAnsi="Cambria Math" w:cs="Cambria Math"/>
            </w:rPr>
            <m:t xml:space="preserve">g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w:rPr>
              <w:rFonts w:ascii="Cambria Math" w:hAnsi="Cambria Math" w:cs="Cambria Math"/>
            </w:rPr>
            <m:t xml:space="preserve">r − </m:t>
          </m:r>
          <m:f>
            <m:num>
              <m:r>
                <w:rPr>
                  <w:rFonts w:ascii="Cambria Math" w:hAnsi="Cambria Math" w:cs="Cambria Math"/>
                </w:rPr>
                <m:t xml:space="preserve">2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 </m:t>
              </m:r>
              <m:r>
                <w:rPr>
                  <w:rFonts w:ascii="Cambria Math" w:hAnsi="Cambria Math" w:cs="Cambria Math"/>
                </w:rPr>
                <m:t xml:space="preserve">f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·</m:t>
              </m:r>
              <m:r>
                <w:rPr>
                  <w:rFonts w:ascii="Cambria Math" w:hAnsi="Cambria Math" w:cs="Cambria Math"/>
                </w:rPr>
                <m:t xml:space="preserve"> BC</m:t>
              </m:r>
            </m:num>
            <m:den>
              <m:r>
                <w:rPr>
                  <w:rFonts w:ascii="Cambria Math" w:hAnsi="Cambria Math" w:cs="Cambria Math"/>
                </w:rPr>
                <m:t xml:space="preserve">m</m:t>
              </m:r>
            </m:den>
          </m:f>
        </m:oMath>
      </m:oMathPara>
    </w:p>
    <w:p>
      <w:pPr>
        <w:keepNext/>
        <w:bidi/>
        <w:spacing w:before="120" w:after="60"/>
        <w:ind w:start="0" w:end="0"/>
      </w:pPr>
      <w:r>
        <w:rPr>
          <w:rFonts w:ascii="Amiri" w:hAnsi="Amiri" w:cs="Amiri"/>
          <w:b/>
          <w:bCs/>
          <w:color w:val="1F3864"/>
          <w:sz w:val="27"/>
          <w:szCs w:val="27"/>
          <w:rtl/>
        </w:rPr>
        <w:t>II</w:t>
      </w:r>
    </w:p>
    <w:p>
      <w:pPr>
        <w:keepNext/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1-</w:t>
      </w:r>
      <w:r>
        <w:tab/>
      </w:r>
      <w:r>
        <w:rPr>
          <w:rFonts w:ascii="Amiri" w:hAnsi="Amiri" w:cs="Amiri"/>
          <w:rtl/>
        </w:rPr>
        <w:t xml:space="preserve">البيان خط مستقيم لا يمر بالمبدأ، معادلته </w:t>
      </w:r>
      <m:oMath>
        <m:sSubSup>
          <m:e>
            <m:r>
              <w:rPr>
                <w:rFonts w:ascii="Cambria Math" w:hAnsi="Cambria Math" w:cs="Cambria Math"/>
              </w:rPr>
              <m:t xml:space="preserve">v</m:t>
            </m:r>
          </m:e>
          <m:sub>
            <m:r>
              <w:rPr>
                <w:rFonts w:ascii="Cambria Math" w:hAnsi="Cambria Math" w:cs="Cambria Math"/>
              </w:rPr>
              <m:t xml:space="preserve">C</m:t>
            </m:r>
          </m:sub>
          <m:sup>
            <m:r>
              <w:rPr>
                <w:rFonts w:ascii="Cambria Math" w:hAnsi="Cambria Math" w:cs="Cambria Math"/>
              </w:rPr>
              <m:t xml:space="preserve">2</m:t>
            </m:r>
          </m:sup>
        </m:sSubSup>
        <m:r>
          <w:rPr>
            <w:rFonts w:ascii="Cambria Math" w:hAnsi="Cambria Math" w:cs="Cambria Math"/>
          </w:rPr>
          <m:t xml:space="preserve"> = a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cos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θ</m:t>
        </m:r>
        <m:r>
          <w:rPr>
            <w:rFonts w:ascii="Cambria Math" w:hAnsi="Cambria Math" w:cs="Cambria Math"/>
          </w:rPr>
          <m:t xml:space="preserve"> + b</m:t>
        </m:r>
      </m:oMath>
      <w:r>
        <w:rPr>
          <w:rFonts w:ascii="Amiri" w:hAnsi="Amiri" w:cs="Amiri"/>
          <w:rtl/>
        </w:rPr>
        <w:t xml:space="preserve"> . نقرأ: </w:t>
      </w:r>
      <m:oMath>
        <m:r>
          <w:rPr>
            <w:rFonts w:ascii="Cambria Math" w:hAnsi="Cambria Math" w:cs="Cambria Math"/>
          </w:rPr>
          <m:t xml:space="preserve">b = 9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sSup>
          <m:e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m</m:t>
            </m:r>
          </m:e>
          <m:sup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2</m:t>
            </m:r>
          </m:sup>
        </m:sSup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/</m:t>
        </m:r>
        <m:sSup>
          <m:e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s</m:t>
            </m:r>
          </m:e>
          <m:sup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2</m:t>
            </m:r>
          </m:sup>
        </m:sSup>
      </m:oMath>
      <w:r>
        <w:rPr>
          <w:rFonts w:ascii="Amiri" w:hAnsi="Amiri" w:cs="Amiri"/>
          <w:rtl/>
        </w:rPr>
        <w:t xml:space="preserve"> ، وينعدم </w:t>
      </w:r>
      <m:oMath>
        <m:sSubSup>
          <m:e>
            <m:r>
              <w:rPr>
                <w:rFonts w:ascii="Cambria Math" w:hAnsi="Cambria Math" w:cs="Cambria Math"/>
              </w:rPr>
              <m:t xml:space="preserve">v</m:t>
            </m:r>
          </m:e>
          <m:sub>
            <m:r>
              <w:rPr>
                <w:rFonts w:ascii="Cambria Math" w:hAnsi="Cambria Math" w:cs="Cambria Math"/>
              </w:rPr>
              <m:t xml:space="preserve">C</m:t>
            </m:r>
          </m:sub>
          <m:sup>
            <m:r>
              <w:rPr>
                <w:rFonts w:ascii="Cambria Math" w:hAnsi="Cambria Math" w:cs="Cambria Math"/>
              </w:rPr>
              <m:t xml:space="preserve">2</m:t>
            </m:r>
          </m:sup>
        </m:sSubSup>
      </m:oMath>
      <w:r>
        <w:rPr>
          <w:rFonts w:ascii="Amiri" w:hAnsi="Amiri" w:cs="Amiri"/>
          <w:rtl/>
        </w:rPr>
        <w:t xml:space="preserve"> عند </w:t>
      </w:r>
      <m:oMath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cos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θ</m:t>
        </m:r>
        <m:r>
          <w:rPr>
            <w:rFonts w:ascii="Cambria Math" w:hAnsi="Cambria Math" w:cs="Cambria Math"/>
          </w:rPr>
          <m:t xml:space="preserve"> = 0,9</m:t>
        </m:r>
      </m:oMath>
      <w:r>
        <w:rPr>
          <w:rFonts w:ascii="Amiri" w:hAnsi="Amiri" w:cs="Amiri"/>
          <w:rtl/>
        </w:rPr>
        <w:t xml:space="preserve"> .</w:t>
      </w:r>
    </w:p>
    <w:p>
      <w:pPr>
        <w:bidi/>
        <w:spacing w:before="40" w:after="40"/>
        <w:ind w:start="0" w:end="0"/>
        <w:jc w:val="center"/>
      </w:pPr>
      <w:r>
        <w:drawing>
          <wp:inline xmlns:a="http://schemas.openxmlformats.org/drawingml/2006/main" xmlns:pic="http://schemas.openxmlformats.org/drawingml/2006/picture">
            <wp:extent cx="3093720" cy="2663952"/>
            <wp:docPr id="21" name="Picture 2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e2-vc2-corrige.pn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3093720" cy="266395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r>
            <w:rPr>
              <w:rFonts w:ascii="Cambria Math" w:hAnsi="Cambria Math" w:cs="Cambria Math"/>
            </w:rPr>
            <m:t xml:space="preserve">a = </m:t>
          </m:r>
          <m:f>
            <m:num>
              <m:r>
                <w:rPr>
                  <w:rFonts w:ascii="Cambria Math" w:hAnsi="Cambria Math" w:cs="Cambria Math"/>
                </w:rPr>
                <m:t xml:space="preserve">0 − 9</m:t>
              </m:r>
            </m:num>
            <m:den>
              <m:r>
                <w:rPr>
                  <w:rFonts w:ascii="Cambria Math" w:hAnsi="Cambria Math" w:cs="Cambria Math"/>
                </w:rPr>
                <m:t xml:space="preserve">0,9 − 0</m:t>
              </m:r>
            </m:den>
          </m:f>
          <m:r>
            <w:rPr>
              <w:rFonts w:ascii="Cambria Math" w:hAnsi="Cambria Math" w:cs="Cambria Math"/>
            </w:rPr>
            <m:t xml:space="preserve"> = −10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sSup>
            <m:e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m</m:t>
              </m:r>
            </m:e>
            <m:sup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2</m:t>
              </m:r>
            </m:sup>
          </m:sSup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/</m:t>
          </m:r>
          <m:sSup>
            <m:e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s</m:t>
              </m:r>
            </m:e>
            <m:sup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2</m:t>
              </m:r>
            </m:sup>
          </m:sSup>
        </m:oMath>
      </m:oMathPara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sSubSup>
            <m:e>
              <m:r>
                <w:rPr>
                  <w:rFonts w:ascii="Cambria Math" w:hAnsi="Cambria Math" w:cs="Cambria Math"/>
                </w:rPr>
                <m:t xml:space="preserve">v</m:t>
              </m:r>
            </m:e>
            <m:sub>
              <m:r>
                <w:rPr>
                  <w:rFonts w:ascii="Cambria Math" w:hAnsi="Cambria Math" w:cs="Cambria Math"/>
                </w:rPr>
                <m:t xml:space="preserve">C</m:t>
              </m:r>
            </m:sub>
            <m:sup>
              <m:r>
                <w:rPr>
                  <w:rFonts w:ascii="Cambria Math" w:hAnsi="Cambria Math" w:cs="Cambria Math"/>
                </w:rPr>
                <m:t xml:space="preserve">2</m:t>
              </m:r>
            </m:sup>
          </m:sSubSup>
          <m:r>
            <w:rPr>
              <w:rFonts w:ascii="Cambria Math" w:hAnsi="Cambria Math" w:cs="Cambria Math"/>
            </w:rPr>
            <m:t xml:space="preserve"> = −10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cos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θ</m:t>
          </m:r>
          <m:r>
            <w:rPr>
              <w:rFonts w:ascii="Cambria Math" w:hAnsi="Cambria Math" w:cs="Cambria Math"/>
            </w:rPr>
            <m:t xml:space="preserve"> + 9</m:t>
          </m:r>
        </m:oMath>
      </m:oMathPara>
    </w:p>
    <w:p>
      <w:pPr>
        <w:keepNext/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2-</w:t>
      </w:r>
      <w:r>
        <w:tab/>
      </w:r>
    </w:p>
    <w:p>
      <w:pPr>
        <w:keepNext/>
        <w:bidi/>
        <w:spacing w:before="40" w:after="60"/>
        <w:ind w:start="1020" w:end="0" w:hanging="510"/>
      </w:pPr>
      <w:r>
        <w:rPr>
          <w:rFonts w:ascii="Amiri" w:hAnsi="Amiri" w:cs="Amiri"/>
          <w:b/>
          <w:bCs/>
          <w:color w:val="1F3864"/>
          <w:rtl/>
        </w:rPr>
        <w:t>أ-</w:t>
      </w:r>
      <w:r>
        <w:tab/>
      </w:r>
      <m:oMath>
        <m:r>
          <w:rPr>
            <w:rFonts w:ascii="Cambria Math" w:hAnsi="Cambria Math" w:cs="Cambria Math"/>
          </w:rPr>
          <m:t xml:space="preserve">a = −2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w:rPr>
            <w:rFonts w:ascii="Cambria Math" w:hAnsi="Cambria Math" w:cs="Cambria Math"/>
          </w:rPr>
          <m:t xml:space="preserve">g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w:rPr>
            <w:rFonts w:ascii="Cambria Math" w:hAnsi="Cambria Math" w:cs="Cambria Math"/>
          </w:rPr>
          <m:t xml:space="preserve">r</m:t>
        </m:r>
      </m:oMath>
      <w:r>
        <w:rPr>
          <w:rFonts w:ascii="Amiri" w:hAnsi="Amiri" w:cs="Amiri"/>
          <w:rtl/>
        </w:rPr>
        <w:t xml:space="preserve"> ومنه:</w:t>
      </w:r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r>
            <w:rPr>
              <w:rFonts w:ascii="Cambria Math" w:hAnsi="Cambria Math" w:cs="Cambria Math"/>
            </w:rPr>
            <m:t xml:space="preserve">r = </m:t>
          </m:r>
          <m:f>
            <m:num>
              <m:r>
                <w:rPr>
                  <w:rFonts w:ascii="Cambria Math" w:hAnsi="Cambria Math" w:cs="Cambria Math"/>
                </w:rPr>
                <m:t xml:space="preserve">−a</m:t>
              </m:r>
            </m:num>
            <m:den>
              <m:r>
                <w:rPr>
                  <w:rFonts w:ascii="Cambria Math" w:hAnsi="Cambria Math" w:cs="Cambria Math"/>
                </w:rPr>
                <m:t xml:space="preserve">2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 </m:t>
              </m:r>
              <m:r>
                <w:rPr>
                  <w:rFonts w:ascii="Cambria Math" w:hAnsi="Cambria Math" w:cs="Cambria Math"/>
                </w:rPr>
                <m:t xml:space="preserve">g</m:t>
              </m:r>
            </m:den>
          </m:f>
          <m:r>
            <w:rPr>
              <w:rFonts w:ascii="Cambria Math" w:hAnsi="Cambria Math" w:cs="Cambria Math"/>
            </w:rPr>
            <m:t xml:space="preserve"> = </m:t>
          </m:r>
          <m:f>
            <m:num>
              <m:r>
                <w:rPr>
                  <w:rFonts w:ascii="Cambria Math" w:hAnsi="Cambria Math" w:cs="Cambria Math"/>
                </w:rPr>
                <m:t xml:space="preserve">10</m:t>
              </m:r>
            </m:num>
            <m:den>
              <m:r>
                <w:rPr>
                  <w:rFonts w:ascii="Cambria Math" w:hAnsi="Cambria Math" w:cs="Cambria Math"/>
                </w:rPr>
                <m:t xml:space="preserve">2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×</m:t>
              </m:r>
              <m:r>
                <w:rPr>
                  <w:rFonts w:ascii="Cambria Math" w:hAnsi="Cambria Math" w:cs="Cambria Math"/>
                </w:rPr>
                <m:t xml:space="preserve"> 10</m:t>
              </m:r>
            </m:den>
          </m:f>
          <m:r>
            <w:rPr>
              <w:rFonts w:ascii="Cambria Math" w:hAnsi="Cambria Math" w:cs="Cambria Math"/>
            </w:rPr>
            <m:t xml:space="preserve"> = 0,5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m</m:t>
          </m:r>
        </m:oMath>
      </m:oMathPara>
    </w:p>
    <w:p>
      <w:pPr>
        <w:keepNext/>
        <w:bidi/>
        <w:spacing w:before="40" w:after="60"/>
        <w:ind w:start="1020" w:end="0" w:hanging="510"/>
      </w:pPr>
      <w:r>
        <w:rPr>
          <w:rFonts w:ascii="Amiri" w:hAnsi="Amiri" w:cs="Amiri"/>
          <w:b/>
          <w:bCs/>
          <w:color w:val="1F3864"/>
          <w:rtl/>
        </w:rPr>
        <w:t>ب-</w:t>
      </w:r>
      <w:r>
        <w:tab/>
      </w:r>
      <w:r>
        <w:rPr>
          <w:rFonts w:ascii="Amiri" w:hAnsi="Amiri" w:cs="Amiri"/>
          <w:rtl/>
        </w:rPr>
        <w:t xml:space="preserve">من عبارة </w:t>
      </w:r>
      <m:oMath>
        <m:r>
          <w:rPr>
            <w:rFonts w:ascii="Cambria Math" w:hAnsi="Cambria Math" w:cs="Cambria Math"/>
          </w:rPr>
          <m:t xml:space="preserve">b</m:t>
        </m:r>
      </m:oMath>
      <w:r>
        <w:rPr>
          <w:rFonts w:ascii="Amiri" w:hAnsi="Amiri" w:cs="Amiri"/>
          <w:rtl/>
        </w:rPr>
        <w:t xml:space="preserve"> :</w:t>
      </w:r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r>
            <w:rPr>
              <w:rFonts w:ascii="Cambria Math" w:hAnsi="Cambria Math" w:cs="Cambria Math"/>
            </w:rPr>
            <m:t xml:space="preserve">f = </m:t>
          </m:r>
          <m:f>
            <m:num>
              <m:r>
                <w:rPr>
                  <w:rFonts w:ascii="Cambria Math" w:hAnsi="Cambria Math" w:cs="Cambria Math"/>
                </w:rPr>
                <m:t xml:space="preserve">m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 </m:t>
              </m:r>
              <m:r>
                <w:rPr>
                  <w:rFonts w:ascii="Cambria Math" w:hAnsi="Cambria Math" w:cs="Cambria Math"/>
                </w:rPr>
                <m:t xml:space="preserve">(2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 </m:t>
              </m:r>
              <m:r>
                <w:rPr>
                  <w:rFonts w:ascii="Cambria Math" w:hAnsi="Cambria Math" w:cs="Cambria Math"/>
                </w:rPr>
                <m:t xml:space="preserve">g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 </m:t>
              </m:r>
              <m:r>
                <w:rPr>
                  <w:rFonts w:ascii="Cambria Math" w:hAnsi="Cambria Math" w:cs="Cambria Math"/>
                </w:rPr>
                <m:t xml:space="preserve">r − b)</m:t>
              </m:r>
            </m:num>
            <m:den>
              <m:r>
                <w:rPr>
                  <w:rFonts w:ascii="Cambria Math" w:hAnsi="Cambria Math" w:cs="Cambria Math"/>
                </w:rPr>
                <m:t xml:space="preserve">2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 </m:t>
              </m:r>
              <m:r>
                <w:rPr>
                  <w:rFonts w:ascii="Cambria Math" w:hAnsi="Cambria Math" w:cs="Cambria Math"/>
                </w:rPr>
                <m:t xml:space="preserve">BC</m:t>
              </m:r>
            </m:den>
          </m:f>
          <m:r>
            <w:rPr>
              <w:rFonts w:ascii="Cambria Math" w:hAnsi="Cambria Math" w:cs="Cambria Math"/>
            </w:rPr>
            <m:t xml:space="preserve"> = </m:t>
          </m:r>
          <m:f>
            <m:num>
              <m:r>
                <w:rPr>
                  <w:rFonts w:ascii="Cambria Math" w:hAnsi="Cambria Math" w:cs="Cambria Math"/>
                </w:rPr>
                <m:t xml:space="preserve">0,5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×</m:t>
              </m:r>
              <m:r>
                <w:rPr>
                  <w:rFonts w:ascii="Cambria Math" w:hAnsi="Cambria Math" w:cs="Cambria Math"/>
                </w:rPr>
                <m:t xml:space="preserve"> (10 − 9)</m:t>
              </m:r>
            </m:num>
            <m:den>
              <m:r>
                <w:rPr>
                  <w:rFonts w:ascii="Cambria Math" w:hAnsi="Cambria Math" w:cs="Cambria Math"/>
                </w:rPr>
                <m:t xml:space="preserve">2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×</m:t>
              </m:r>
              <m:r>
                <w:rPr>
                  <w:rFonts w:ascii="Cambria Math" w:hAnsi="Cambria Math" w:cs="Cambria Math"/>
                </w:rPr>
                <m:t xml:space="preserve"> 1</m:t>
              </m:r>
            </m:den>
          </m:f>
          <m:r>
            <w:rPr>
              <w:rFonts w:ascii="Cambria Math" w:hAnsi="Cambria Math" w:cs="Cambria Math"/>
            </w:rPr>
            <m:t xml:space="preserve"> = 0,25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N</m:t>
          </m:r>
        </m:oMath>
      </m:oMathPara>
    </w:p>
    <w:p>
      <w:pPr>
        <w:bidi/>
        <w:spacing w:before="40" w:after="80"/>
        <w:ind w:start="0" w:end="0"/>
      </w:pPr>
      <w:r>
        <w:rPr>
          <w:rFonts w:ascii="Amiri" w:hAnsi="Amiri" w:cs="Amiri"/>
          <w:b/>
          <w:bCs/>
          <w:rtl/>
        </w:rPr>
        <w:t>ملاحظة:</w:t>
      </w:r>
      <w:r>
        <w:rPr>
          <w:rFonts w:ascii="Amiri" w:hAnsi="Amiri" w:cs="Amiri"/>
          <w:rtl/>
        </w:rPr>
        <w:t xml:space="preserve"> من أجل </w:t>
      </w:r>
      <m:oMath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cos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θ</m:t>
        </m:r>
        <m:r>
          <w:rPr>
            <w:rFonts w:ascii="Cambria Math" w:hAnsi="Cambria Math" w:cs="Cambria Math"/>
          </w:rPr>
          <m:t xml:space="preserve"> &gt; 0,9</m:t>
        </m:r>
      </m:oMath>
      <w:r>
        <w:rPr>
          <w:rFonts w:ascii="Amiri" w:hAnsi="Amiri" w:cs="Amiri"/>
          <w:rtl/>
        </w:rPr>
        <w:t xml:space="preserve"> تتوقف الكرة قبل الوصول إلى </w:t>
      </w:r>
      <m:oMath>
        <m:r>
          <w:rPr>
            <w:rFonts w:ascii="Cambria Math" w:hAnsi="Cambria Math" w:cs="Cambria Math"/>
          </w:rPr>
          <m:t xml:space="preserve">C</m:t>
        </m:r>
      </m:oMath>
      <w:r>
        <w:rPr>
          <w:rFonts w:ascii="Amiri" w:hAnsi="Amiri" w:cs="Amiri"/>
          <w:rtl/>
        </w:rPr>
        <w:t xml:space="preserve"> ، لذلك ينتهي البيان عند </w:t>
      </w:r>
      <m:oMath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cos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θ</m:t>
        </m:r>
        <m:r>
          <w:rPr>
            <w:rFonts w:ascii="Cambria Math" w:hAnsi="Cambria Math" w:cs="Cambria Math"/>
          </w:rPr>
          <m:t xml:space="preserve"> = 0,9</m:t>
        </m:r>
      </m:oMath>
      <w:r>
        <w:rPr>
          <w:rFonts w:ascii="Amiri" w:hAnsi="Amiri" w:cs="Amiri"/>
          <w:rtl/>
        </w:rPr>
        <w:t xml:space="preserve"> .</w:t>
      </w:r>
    </w:p>
    <w:p>
      <w:pPr>
        <w:keepNext/>
        <w:bidi/>
        <w:spacing w:before="120" w:after="60"/>
        <w:ind w:start="0" w:end="0"/>
      </w:pPr>
      <w:r>
        <w:rPr>
          <w:rFonts w:ascii="Amiri" w:hAnsi="Amiri" w:cs="Amiri"/>
          <w:b/>
          <w:bCs/>
          <w:color w:val="1F3864"/>
          <w:sz w:val="27"/>
          <w:szCs w:val="27"/>
          <w:rtl/>
        </w:rPr>
        <w:t>III</w:t>
      </w:r>
    </w:p>
    <w:p>
      <w:pPr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1-</w:t>
      </w:r>
      <w:r>
        <w:tab/>
      </w:r>
      <w:r>
        <w:rPr>
          <w:rFonts w:ascii="Amiri" w:hAnsi="Amiri" w:cs="Amiri"/>
          <w:rtl/>
        </w:rPr>
        <w:t xml:space="preserve">من الموضع </w:t>
      </w:r>
      <m:oMath>
        <m:r>
          <w:rPr>
            <w:rFonts w:ascii="Cambria Math" w:hAnsi="Cambria Math" w:cs="Cambria Math"/>
          </w:rPr>
          <m:t xml:space="preserve">A</m:t>
        </m:r>
      </m:oMath>
      <w:r>
        <w:rPr>
          <w:rFonts w:ascii="Amiri" w:hAnsi="Amiri" w:cs="Amiri"/>
          <w:rtl/>
        </w:rPr>
        <w:t xml:space="preserve"> لدينا </w:t>
      </w:r>
      <m:oMath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θ</m:t>
        </m:r>
        <m:r>
          <w:rPr>
            <w:rFonts w:ascii="Cambria Math" w:hAnsi="Cambria Math" w:cs="Cambria Math"/>
          </w:rPr>
          <m:t xml:space="preserve"> = 9</m:t>
        </m:r>
        <m:sSup>
          <m:e>
            <m:r>
              <w:rPr>
                <w:rFonts w:ascii="Cambria Math" w:hAnsi="Cambria Math" w:cs="Cambria Math"/>
              </w:rPr>
              <m:t xml:space="preserve">0</m:t>
            </m:r>
          </m:e>
          <m:sup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°</m:t>
            </m:r>
          </m:sup>
        </m:sSup>
      </m:oMath>
      <w:r>
        <w:rPr>
          <w:rFonts w:ascii="Amiri" w:hAnsi="Amiri" w:cs="Amiri"/>
          <w:rtl/>
        </w:rPr>
        <w:t xml:space="preserve"> أي </w:t>
      </w:r>
      <m:oMath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cos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θ</m:t>
        </m:r>
        <m:r>
          <w:rPr>
            <w:rFonts w:ascii="Cambria Math" w:hAnsi="Cambria Math" w:cs="Cambria Math"/>
          </w:rPr>
          <m:t xml:space="preserve"> = 0</m:t>
        </m:r>
      </m:oMath>
      <w:r>
        <w:rPr>
          <w:rFonts w:ascii="Amiri" w:hAnsi="Amiri" w:cs="Amiri"/>
          <w:rtl/>
        </w:rPr>
        <w:t xml:space="preserve"> ، ومنه من البيان: </w:t>
      </w:r>
      <m:oMath>
        <m:sSubSup>
          <m:e>
            <m:r>
              <w:rPr>
                <w:rFonts w:ascii="Cambria Math" w:hAnsi="Cambria Math" w:cs="Cambria Math"/>
              </w:rPr>
              <m:t xml:space="preserve">v</m:t>
            </m:r>
          </m:e>
          <m:sub>
            <m:r>
              <w:rPr>
                <w:rFonts w:ascii="Cambria Math" w:hAnsi="Cambria Math" w:cs="Cambria Math"/>
              </w:rPr>
              <m:t xml:space="preserve">C</m:t>
            </m:r>
          </m:sub>
          <m:sup>
            <m:r>
              <w:rPr>
                <w:rFonts w:ascii="Cambria Math" w:hAnsi="Cambria Math" w:cs="Cambria Math"/>
              </w:rPr>
              <m:t xml:space="preserve">2</m:t>
            </m:r>
          </m:sup>
        </m:sSubSup>
        <m:r>
          <w:rPr>
            <w:rFonts w:ascii="Cambria Math" w:hAnsi="Cambria Math" w:cs="Cambria Math"/>
          </w:rPr>
          <m:t xml:space="preserve"> = 9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sSup>
          <m:e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m</m:t>
            </m:r>
          </m:e>
          <m:sup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2</m:t>
            </m:r>
          </m:sup>
        </m:sSup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/</m:t>
        </m:r>
        <m:sSup>
          <m:e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s</m:t>
            </m:r>
          </m:e>
          <m:sup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2</m:t>
            </m:r>
          </m:sup>
        </m:sSup>
      </m:oMath>
      <w:r>
        <w:rPr>
          <w:rFonts w:ascii="Amiri" w:hAnsi="Amiri" w:cs="Amiri"/>
          <w:rtl/>
        </w:rPr>
        <w:t xml:space="preserve"> ، إذن </w:t>
      </w:r>
      <m:oMath>
        <m:sSub>
          <m:e>
            <m:r>
              <w:rPr>
                <w:rFonts w:ascii="Cambria Math" w:hAnsi="Cambria Math" w:cs="Cambria Math"/>
              </w:rPr>
              <m:t xml:space="preserve">v</m:t>
            </m:r>
          </m:e>
          <m:sub>
            <m:r>
              <w:rPr>
                <w:rFonts w:ascii="Cambria Math" w:hAnsi="Cambria Math" w:cs="Cambria Math"/>
              </w:rPr>
              <m:t xml:space="preserve">C</m:t>
            </m:r>
          </m:sub>
        </m:sSub>
        <m:r>
          <w:rPr>
            <w:rFonts w:ascii="Cambria Math" w:hAnsi="Cambria Math" w:cs="Cambria Math"/>
          </w:rPr>
          <m:t xml:space="preserve"> = 3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m/s</m:t>
        </m:r>
      </m:oMath>
      <w:r>
        <w:rPr>
          <w:rFonts w:ascii="Amiri" w:hAnsi="Amiri" w:cs="Amiri"/>
          <w:rtl/>
        </w:rPr>
        <w:t xml:space="preserve"> .</w:t>
      </w:r>
    </w:p>
    <w:p>
      <w:pPr>
        <w:keepNext/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2-</w:t>
      </w:r>
      <w:r>
        <w:tab/>
      </w:r>
      <w:r>
        <w:rPr>
          <w:rFonts w:ascii="Amiri" w:hAnsi="Amiri" w:cs="Amiri"/>
          <w:rtl/>
        </w:rPr>
        <w:t xml:space="preserve">تخضع الكرة لثلاث قوى: الثقل </w:t>
      </w:r>
      <m:oMath>
        <m:acc>
          <m:accPr>
            <m:chr m:val="⃗"/>
          </m:accPr>
          <m:e>
            <m:r>
              <w:rPr>
                <w:rFonts w:ascii="Cambria Math" w:hAnsi="Cambria Math" w:cs="Cambria Math"/>
              </w:rPr>
              <m:t xml:space="preserve">P</m:t>
            </m:r>
          </m:e>
        </m:acc>
      </m:oMath>
      <w:r>
        <w:rPr>
          <w:rFonts w:ascii="Amiri" w:hAnsi="Amiri" w:cs="Amiri"/>
          <w:rtl/>
        </w:rPr>
        <w:t xml:space="preserve"> ، رد الفعل </w:t>
      </w:r>
      <m:oMath>
        <m:acc>
          <m:accPr>
            <m:chr m:val="⃗"/>
          </m:accPr>
          <m:e>
            <m:r>
              <w:rPr>
                <w:rFonts w:ascii="Cambria Math" w:hAnsi="Cambria Math" w:cs="Cambria Math"/>
              </w:rPr>
              <m:t xml:space="preserve">R</m:t>
            </m:r>
          </m:e>
        </m:acc>
      </m:oMath>
      <w:r>
        <w:rPr>
          <w:rFonts w:ascii="Amiri" w:hAnsi="Amiri" w:cs="Amiri"/>
          <w:rtl/>
        </w:rPr>
        <w:t xml:space="preserve"> ، وتوتر النابض </w:t>
      </w:r>
      <m:oMath>
        <m:acc>
          <m:accPr>
            <m:chr m:val="⃗"/>
          </m:accPr>
          <m:e>
            <m:r>
              <w:rPr>
                <w:rFonts w:ascii="Cambria Math" w:hAnsi="Cambria Math" w:cs="Cambria Math"/>
              </w:rPr>
              <m:t xml:space="preserve">T</m:t>
            </m:r>
          </m:e>
        </m:acc>
      </m:oMath>
      <w:r>
        <w:rPr>
          <w:rFonts w:ascii="Amiri" w:hAnsi="Amiri" w:cs="Amiri"/>
          <w:rtl/>
        </w:rPr>
        <w:t xml:space="preserve"> المعاكس لجهة الحركة.</w:t>
      </w:r>
    </w:p>
    <w:p>
      <w:pPr>
        <w:bidi/>
        <w:spacing w:before="40" w:after="40"/>
        <w:ind w:start="0" w:end="0"/>
        <w:jc w:val="center"/>
      </w:pPr>
      <w:r>
        <w:drawing>
          <wp:inline xmlns:a="http://schemas.openxmlformats.org/drawingml/2006/main" xmlns:pic="http://schemas.openxmlformats.org/drawingml/2006/picture">
            <wp:extent cx="3057144" cy="1798320"/>
            <wp:docPr id="22" name="Picture 2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e2-forces-cd.png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3057144" cy="179832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/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3-</w:t>
      </w:r>
      <w:r>
        <w:tab/>
      </w:r>
    </w:p>
    <w:p>
      <w:pPr>
        <w:keepNext/>
        <w:bidi/>
        <w:spacing w:before="40" w:after="60"/>
        <w:ind w:start="1020" w:end="0" w:hanging="510"/>
      </w:pPr>
      <w:r>
        <w:rPr>
          <w:rFonts w:ascii="Amiri" w:hAnsi="Amiri" w:cs="Amiri"/>
          <w:b/>
          <w:bCs/>
          <w:color w:val="1F3864"/>
          <w:rtl/>
        </w:rPr>
        <w:t>أ-</w:t>
      </w:r>
      <w:r>
        <w:tab/>
      </w:r>
      <w:r>
        <w:rPr>
          <w:rFonts w:ascii="Amiri" w:hAnsi="Amiri" w:cs="Amiri"/>
          <w:rtl/>
        </w:rPr>
        <w:t xml:space="preserve">المنحنى (1): </w:t>
      </w:r>
      <w:r>
        <w:rPr>
          <w:rFonts w:ascii="Amiri" w:hAnsi="Amiri" w:cs="Amiri"/>
          <w:b/>
          <w:bCs/>
          <w:rtl/>
        </w:rPr>
        <w:t>الطاقة الحركية</w:t>
      </w:r>
      <w:r>
        <w:rPr>
          <w:rFonts w:ascii="Amiri" w:hAnsi="Amiri" w:cs="Amiri"/>
          <w:rtl/>
        </w:rPr>
        <w:t xml:space="preserve">، لأنها تتناقص مع الانضغاط حتى تنعدم عند توقف الكرة. المنحنى (2): </w:t>
      </w:r>
      <w:r>
        <w:rPr>
          <w:rFonts w:ascii="Amiri" w:hAnsi="Amiri" w:cs="Amiri"/>
          <w:b/>
          <w:bCs/>
          <w:rtl/>
        </w:rPr>
        <w:t>الطاقة الكامنة المرونية</w:t>
      </w:r>
      <w:r>
        <w:rPr>
          <w:rFonts w:ascii="Amiri" w:hAnsi="Amiri" w:cs="Amiri"/>
          <w:rtl/>
        </w:rPr>
        <w:t xml:space="preserve">، لأنها معدومة عند </w:t>
      </w:r>
      <m:oMath>
        <m:r>
          <w:rPr>
            <w:rFonts w:ascii="Cambria Math" w:hAnsi="Cambria Math" w:cs="Cambria Math"/>
          </w:rPr>
          <m:t xml:space="preserve">x = 0</m:t>
        </m:r>
      </m:oMath>
      <w:r>
        <w:rPr>
          <w:rFonts w:ascii="Amiri" w:hAnsi="Amiri" w:cs="Amiri"/>
          <w:rtl/>
        </w:rPr>
        <w:t xml:space="preserve"> وتتزايد مع </w:t>
      </w:r>
      <m:oMath>
        <m:r>
          <w:rPr>
            <w:rFonts w:ascii="Cambria Math" w:hAnsi="Cambria Math" w:cs="Cambria Math"/>
          </w:rPr>
          <m:t xml:space="preserve">x</m:t>
        </m:r>
      </m:oMath>
      <w:r>
        <w:rPr>
          <w:rFonts w:ascii="Amiri" w:hAnsi="Amiri" w:cs="Amiri"/>
          <w:rtl/>
        </w:rPr>
        <w:t xml:space="preserve"> حسب </w:t>
      </w:r>
      <m:oMath>
        <m:sSub>
          <m:e>
            <m:r>
              <w:rPr>
                <w:rFonts w:ascii="Cambria Math" w:hAnsi="Cambria Math" w:cs="Cambria Math"/>
              </w:rPr>
              <m:t xml:space="preserve">E</m:t>
            </m:r>
          </m:e>
          <m:sub>
            <m:r>
              <w:rPr>
                <w:rFonts w:ascii="Cambria Math" w:hAnsi="Cambria Math" w:cs="Cambria Math"/>
              </w:rPr>
              <m:t xml:space="preserve">pe</m:t>
            </m:r>
          </m:sub>
        </m:sSub>
        <m:r>
          <w:rPr>
            <w:rFonts w:ascii="Cambria Math" w:hAnsi="Cambria Math" w:cs="Cambria Math"/>
          </w:rPr>
          <m:t xml:space="preserve"> = </m:t>
        </m:r>
        <m:f>
          <m:num>
            <m:r>
              <w:rPr>
                <w:rFonts w:ascii="Cambria Math" w:hAnsi="Cambria Math" w:cs="Cambria Math"/>
              </w:rPr>
              <m:t xml:space="preserve">1</m:t>
            </m:r>
          </m:num>
          <m:den>
            <m:r>
              <w:rPr>
                <w:rFonts w:ascii="Cambria Math" w:hAnsi="Cambria Math" w:cs="Cambria Math"/>
              </w:rPr>
              <m:t xml:space="preserve">2</m:t>
            </m:r>
          </m:den>
        </m:f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w:rPr>
            <w:rFonts w:ascii="Cambria Math" w:hAnsi="Cambria Math" w:cs="Cambria Math"/>
          </w:rPr>
          <m:t xml:space="preserve">K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sSup>
          <m:e>
            <m:r>
              <w:rPr>
                <w:rFonts w:ascii="Cambria Math" w:hAnsi="Cambria Math" w:cs="Cambria Math"/>
              </w:rPr>
              <m:t xml:space="preserve">x</m:t>
            </m:r>
          </m:e>
          <m:sup>
            <m:r>
              <w:rPr>
                <w:rFonts w:ascii="Cambria Math" w:hAnsi="Cambria Math" w:cs="Cambria Math"/>
              </w:rPr>
              <m:t xml:space="preserve">2</m:t>
            </m:r>
          </m:sup>
        </m:sSup>
      </m:oMath>
      <w:r>
        <w:rPr>
          <w:rFonts w:ascii="Amiri" w:hAnsi="Amiri" w:cs="Amiri"/>
          <w:rtl/>
        </w:rPr>
        <w:t xml:space="preserve"> .</w:t>
      </w:r>
    </w:p>
    <w:p>
      <w:pPr>
        <w:bidi/>
        <w:spacing w:before="40" w:after="40"/>
        <w:ind w:start="0" w:end="0"/>
        <w:jc w:val="center"/>
      </w:pPr>
      <w:r>
        <w:drawing>
          <wp:inline xmlns:a="http://schemas.openxmlformats.org/drawingml/2006/main" xmlns:pic="http://schemas.openxmlformats.org/drawingml/2006/picture">
            <wp:extent cx="4102607" cy="2663952"/>
            <wp:docPr id="23" name="Picture 2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e2-energies-corrige.png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4102607" cy="266395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/>
        <w:bidi/>
        <w:spacing w:before="40" w:after="60"/>
        <w:ind w:start="1020" w:end="0" w:hanging="510"/>
      </w:pPr>
      <w:r>
        <w:rPr>
          <w:rFonts w:ascii="Amiri" w:hAnsi="Amiri" w:cs="Amiri"/>
          <w:b/>
          <w:bCs/>
          <w:color w:val="1F3864"/>
          <w:rtl/>
        </w:rPr>
        <w:t>ب-</w:t>
      </w:r>
      <w:r>
        <w:tab/>
      </w:r>
      <w:r>
        <w:rPr>
          <w:rFonts w:ascii="Amiri" w:hAnsi="Amiri" w:cs="Amiri"/>
          <w:rtl/>
        </w:rPr>
        <w:t xml:space="preserve">عند الانضغاط الأعظمي تنعدم الطاقة الحركية: يقطع المنحنى (1) محور الفواصل عند </w:t>
      </w:r>
      <m:oMath>
        <m:sSub>
          <m:e>
            <m:r>
              <w:rPr>
                <w:rFonts w:ascii="Cambria Math" w:hAnsi="Cambria Math" w:cs="Cambria Math"/>
              </w:rPr>
              <m:t xml:space="preserve">x</m:t>
            </m:r>
          </m:e>
          <m:sub>
            <m:r>
              <w:rPr>
                <w:rFonts w:ascii="Cambria Math" w:hAnsi="Cambria Math" w:cs="Cambria Math"/>
              </w:rPr>
              <m:t xml:space="preserve">0</m:t>
            </m:r>
          </m:sub>
        </m:sSub>
        <m:r>
          <w:rPr>
            <w:rFonts w:ascii="Cambria Math" w:hAnsi="Cambria Math" w:cs="Cambria Math"/>
          </w:rPr>
          <m:t xml:space="preserve"> = 15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cm</m:t>
        </m:r>
      </m:oMath>
      <w:r>
        <w:rPr>
          <w:rFonts w:ascii="Amiri" w:hAnsi="Amiri" w:cs="Amiri"/>
          <w:rtl/>
        </w:rPr>
        <w:t xml:space="preserve"> . تحقق: </w:t>
      </w:r>
      <m:oMath>
        <m:sSub>
          <m:e>
            <m:r>
              <w:rPr>
                <w:rFonts w:ascii="Cambria Math" w:hAnsi="Cambria Math" w:cs="Cambria Math"/>
              </w:rPr>
              <m:t xml:space="preserve">E</m:t>
            </m:r>
          </m:e>
          <m:sub>
            <m:r>
              <w:rPr>
                <w:rFonts w:ascii="Cambria Math" w:hAnsi="Cambria Math" w:cs="Cambria Math"/>
              </w:rPr>
              <m:t xml:space="preserve">cC</m:t>
            </m:r>
          </m:sub>
        </m:sSub>
        <m:r>
          <w:rPr>
            <w:rFonts w:ascii="Cambria Math" w:hAnsi="Cambria Math" w:cs="Cambria Math"/>
          </w:rPr>
          <m:t xml:space="preserve"> = </m:t>
        </m:r>
        <m:f>
          <m:num>
            <m:r>
              <w:rPr>
                <w:rFonts w:ascii="Cambria Math" w:hAnsi="Cambria Math" w:cs="Cambria Math"/>
              </w:rPr>
              <m:t xml:space="preserve">1</m:t>
            </m:r>
          </m:num>
          <m:den>
            <m:r>
              <w:rPr>
                <w:rFonts w:ascii="Cambria Math" w:hAnsi="Cambria Math" w:cs="Cambria Math"/>
              </w:rPr>
              <m:t xml:space="preserve">2</m:t>
            </m:r>
          </m:den>
        </m:f>
        <m:r>
          <w:rPr>
            <w:rFonts w:ascii="Cambria Math" w:hAnsi="Cambria Math" w:cs="Cambria Math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×</m:t>
        </m:r>
        <m:r>
          <w:rPr>
            <w:rFonts w:ascii="Cambria Math" w:hAnsi="Cambria Math" w:cs="Cambria Math"/>
          </w:rPr>
          <m:t xml:space="preserve"> 0,5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×</m:t>
        </m:r>
        <m:r>
          <w:rPr>
            <w:rFonts w:ascii="Cambria Math" w:hAnsi="Cambria Math" w:cs="Cambria Math"/>
          </w:rPr>
          <m:t xml:space="preserve"> 9 = 2,25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J</m:t>
        </m:r>
      </m:oMath>
      <w:r>
        <w:rPr>
          <w:rFonts w:ascii="Amiri" w:hAnsi="Amiri" w:cs="Amiri"/>
          <w:rtl/>
        </w:rPr>
        <w:t xml:space="preserve"> ، ومنه:</w:t>
      </w:r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sSub>
            <m:e>
              <m:r>
                <w:rPr>
                  <w:rFonts w:ascii="Cambria Math" w:hAnsi="Cambria Math" w:cs="Cambria Math"/>
                </w:rPr>
                <m:t xml:space="preserve">x</m:t>
              </m:r>
            </m:e>
            <m:sub>
              <m:r>
                <w:rPr>
                  <w:rFonts w:ascii="Cambria Math" w:hAnsi="Cambria Math" w:cs="Cambria Math"/>
                </w:rPr>
                <m:t xml:space="preserve">0</m:t>
              </m:r>
            </m:sub>
          </m:sSub>
          <m:r>
            <w:rPr>
              <w:rFonts w:ascii="Cambria Math" w:hAnsi="Cambria Math" w:cs="Cambria Math"/>
            </w:rPr>
            <m:t xml:space="preserve"> = </m:t>
          </m:r>
          <m:rad>
            <m:radPr>
              <m:degHide m:val="1"/>
            </m:radPr>
            <m:deg/>
            <m:e>
              <m:f>
                <m:num>
                  <m:r>
                    <w:rPr>
                      <w:rFonts w:ascii="Cambria Math" w:hAnsi="Cambria Math" w:cs="Cambria Math"/>
                    </w:rPr>
                    <m:t xml:space="preserve">2</m:t>
                  </m:r>
                  <m:r>
                    <m:rPr>
                      <m:lit/>
                      <m:sty m:val="p"/>
                    </m:rPr>
                    <w:rPr>
                      <w:rFonts w:ascii="Cambria Math" w:hAnsi="Cambria Math" w:cs="Cambria Math"/>
                      <w:i w:val="0"/>
                      <w:iCs w:val="0"/>
                    </w:rPr>
                    <m:t xml:space="preserve"> </m:t>
                  </m:r>
                  <m:sSub>
                    <m:e>
                      <m:r>
                        <w:rPr>
                          <w:rFonts w:ascii="Cambria Math" w:hAnsi="Cambria Math" w:cs="Cambria Math"/>
                        </w:rPr>
                        <m:t xml:space="preserve">E</m:t>
                      </m:r>
                    </m:e>
                    <m:sub>
                      <m:r>
                        <w:rPr>
                          <w:rFonts w:ascii="Cambria Math" w:hAnsi="Cambria Math" w:cs="Cambria Math"/>
                        </w:rPr>
                        <m:t xml:space="preserve">cC</m:t>
                      </m:r>
                    </m:sub>
                  </m:sSub>
                </m:num>
                <m:den>
                  <m:r>
                    <w:rPr>
                      <w:rFonts w:ascii="Cambria Math" w:hAnsi="Cambria Math" w:cs="Cambria Math"/>
                    </w:rPr>
                    <m:t xml:space="preserve">K</m:t>
                  </m:r>
                </m:den>
              </m:f>
            </m:e>
          </m:rad>
          <m:r>
            <w:rPr>
              <w:rFonts w:ascii="Cambria Math" w:hAnsi="Cambria Math" w:cs="Cambria Math"/>
            </w:rPr>
            <m:t xml:space="preserve"> = </m:t>
          </m:r>
          <m:rad>
            <m:radPr>
              <m:degHide m:val="1"/>
            </m:radPr>
            <m:deg/>
            <m:e>
              <m:f>
                <m:num>
                  <m:r>
                    <w:rPr>
                      <w:rFonts w:ascii="Cambria Math" w:hAnsi="Cambria Math" w:cs="Cambria Math"/>
                    </w:rPr>
                    <m:t xml:space="preserve">2 </m:t>
                  </m:r>
                  <m:r>
                    <m:rPr>
                      <m:lit/>
                      <m:sty m:val="p"/>
                    </m:rPr>
                    <w:rPr>
                      <w:rFonts w:ascii="Cambria Math" w:hAnsi="Cambria Math" w:cs="Cambria Math"/>
                      <w:i w:val="0"/>
                      <w:iCs w:val="0"/>
                    </w:rPr>
                    <m:t xml:space="preserve">×</m:t>
                  </m:r>
                  <m:r>
                    <w:rPr>
                      <w:rFonts w:ascii="Cambria Math" w:hAnsi="Cambria Math" w:cs="Cambria Math"/>
                    </w:rPr>
                    <m:t xml:space="preserve"> 2,25</m:t>
                  </m:r>
                </m:num>
                <m:den>
                  <m:r>
                    <w:rPr>
                      <w:rFonts w:ascii="Cambria Math" w:hAnsi="Cambria Math" w:cs="Cambria Math"/>
                    </w:rPr>
                    <m:t xml:space="preserve">200</m:t>
                  </m:r>
                </m:den>
              </m:f>
            </m:e>
          </m:rad>
          <m:r>
            <w:rPr>
              <w:rFonts w:ascii="Cambria Math" w:hAnsi="Cambria Math" w:cs="Cambria Math"/>
            </w:rPr>
            <m:t xml:space="preserve"> = 0,15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m</m:t>
          </m:r>
        </m:oMath>
      </m:oMathPara>
    </w:p>
    <w:p>
      <w:pPr>
        <w:bidi/>
        <w:spacing w:before="40" w:after="60"/>
        <w:ind w:start="1020" w:end="0" w:hanging="510"/>
      </w:pPr>
      <w:r>
        <w:rPr>
          <w:rFonts w:ascii="Amiri" w:hAnsi="Amiri" w:cs="Amiri"/>
          <w:b/>
          <w:bCs/>
          <w:color w:val="1F3864"/>
          <w:rtl/>
        </w:rPr>
        <w:t>ج-</w:t>
      </w:r>
      <w:r>
        <w:tab/>
      </w:r>
      <m:oMath>
        <m:r>
          <w:rPr>
            <w:rFonts w:ascii="Cambria Math" w:hAnsi="Cambria Math" w:cs="Cambria Math"/>
          </w:rPr>
          <m:t xml:space="preserve">T = K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sSub>
          <m:e>
            <m:r>
              <w:rPr>
                <w:rFonts w:ascii="Cambria Math" w:hAnsi="Cambria Math" w:cs="Cambria Math"/>
              </w:rPr>
              <m:t xml:space="preserve">x</m:t>
            </m:r>
          </m:e>
          <m:sub>
            <m:r>
              <w:rPr>
                <w:rFonts w:ascii="Cambria Math" w:hAnsi="Cambria Math" w:cs="Cambria Math"/>
              </w:rPr>
              <m:t xml:space="preserve">0</m:t>
            </m:r>
          </m:sub>
        </m:sSub>
        <m:r>
          <w:rPr>
            <w:rFonts w:ascii="Cambria Math" w:hAnsi="Cambria Math" w:cs="Cambria Math"/>
          </w:rPr>
          <m:t xml:space="preserve"> = 200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×</m:t>
        </m:r>
        <m:r>
          <w:rPr>
            <w:rFonts w:ascii="Cambria Math" w:hAnsi="Cambria Math" w:cs="Cambria Math"/>
          </w:rPr>
          <m:t xml:space="preserve"> 0,15 = 30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N</m:t>
        </m:r>
      </m:oMath>
    </w:p>
    <w:p>
      <w:pPr>
        <w:keepNext/>
        <w:shd w:val="clear" w:color="auto" w:fill="1F3864"/>
        <w:bidi/>
        <w:spacing w:before="160" w:after="100"/>
        <w:ind w:start="0" w:end="0"/>
      </w:pPr>
      <w:r>
        <w:rPr>
          <w:rFonts w:ascii="Amiri" w:hAnsi="Amiri" w:cs="Amiri"/>
          <w:b/>
          <w:bCs/>
          <w:color w:val="FFFFFF"/>
          <w:sz w:val="27"/>
          <w:szCs w:val="27"/>
          <w:rtl/>
        </w:rPr>
        <w:t xml:space="preserve">  تصحيح التمرين الرابع</w:t>
      </w:r>
    </w:p>
    <w:p>
      <w:pPr>
        <w:keepNext/>
        <w:bidi/>
        <w:spacing w:before="120" w:after="60"/>
        <w:ind w:start="0" w:end="0"/>
      </w:pPr>
      <w:r>
        <w:rPr>
          <w:rFonts w:ascii="Amiri" w:hAnsi="Amiri" w:cs="Amiri"/>
          <w:b/>
          <w:bCs/>
          <w:color w:val="1F3864"/>
          <w:sz w:val="27"/>
          <w:szCs w:val="27"/>
          <w:rtl/>
        </w:rPr>
        <w:t>I</w:t>
      </w:r>
    </w:p>
    <w:p>
      <w:pPr>
        <w:keepNext/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1-</w:t>
      </w:r>
      <w:r>
        <w:tab/>
      </w:r>
      <w:r>
        <w:rPr>
          <w:rFonts w:ascii="Amiri" w:hAnsi="Amiri" w:cs="Amiri"/>
          <w:rtl/>
        </w:rPr>
        <w:t xml:space="preserve">يخضع الجسم لقوتين: ثقله </w:t>
      </w:r>
      <m:oMath>
        <m:acc>
          <m:accPr>
            <m:chr m:val="⃗"/>
          </m:accPr>
          <m:e>
            <m:r>
              <w:rPr>
                <w:rFonts w:ascii="Cambria Math" w:hAnsi="Cambria Math" w:cs="Cambria Math"/>
              </w:rPr>
              <m:t xml:space="preserve">P</m:t>
            </m:r>
          </m:e>
        </m:acc>
      </m:oMath>
      <w:r>
        <w:rPr>
          <w:rFonts w:ascii="Amiri" w:hAnsi="Amiri" w:cs="Amiri"/>
          <w:rtl/>
        </w:rPr>
        <w:t xml:space="preserve"> ، ورد الفعل </w:t>
      </w:r>
      <m:oMath>
        <m:acc>
          <m:accPr>
            <m:chr m:val="⃗"/>
          </m:accPr>
          <m:e>
            <m:r>
              <w:rPr>
                <w:rFonts w:ascii="Cambria Math" w:hAnsi="Cambria Math" w:cs="Cambria Math"/>
              </w:rPr>
              <m:t xml:space="preserve">R</m:t>
            </m:r>
          </m:e>
        </m:acc>
      </m:oMath>
      <w:r>
        <w:rPr>
          <w:rFonts w:ascii="Amiri" w:hAnsi="Amiri" w:cs="Amiri"/>
          <w:rtl/>
        </w:rPr>
        <w:t xml:space="preserve"> العمودي على المسار والمتجه نحو المركز </w:t>
      </w:r>
      <m:oMath>
        <m:r>
          <w:rPr>
            <w:rFonts w:ascii="Cambria Math" w:hAnsi="Cambria Math" w:cs="Cambria Math"/>
          </w:rPr>
          <m:t xml:space="preserve">O</m:t>
        </m:r>
      </m:oMath>
      <w:r>
        <w:rPr>
          <w:rFonts w:ascii="Amiri" w:hAnsi="Amiri" w:cs="Amiri"/>
          <w:rtl/>
        </w:rPr>
        <w:t xml:space="preserve"> .</w:t>
      </w:r>
    </w:p>
    <w:p>
      <w:pPr>
        <w:bidi/>
        <w:spacing w:before="40" w:after="40"/>
        <w:ind w:start="0" w:end="0"/>
        <w:jc w:val="center"/>
      </w:pPr>
      <w:r>
        <w:drawing>
          <wp:inline xmlns:a="http://schemas.openxmlformats.org/drawingml/2006/main" xmlns:pic="http://schemas.openxmlformats.org/drawingml/2006/picture">
            <wp:extent cx="2517648" cy="2157984"/>
            <wp:docPr id="24" name="Picture 2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e2-forces-ab.pn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2517648" cy="215798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/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2-</w:t>
      </w:r>
      <w:r>
        <w:tab/>
      </w:r>
      <w:r>
        <w:rPr>
          <w:rFonts w:ascii="Amiri" w:hAnsi="Amiri" w:cs="Amiri"/>
          <w:rtl/>
        </w:rPr>
        <w:t xml:space="preserve">الجملة (جسم) تستقبل عمل الثقل، وعمل </w:t>
      </w:r>
      <m:oMath>
        <m:acc>
          <m:accPr>
            <m:chr m:val="⃗"/>
          </m:accPr>
          <m:e>
            <m:r>
              <w:rPr>
                <w:rFonts w:ascii="Cambria Math" w:hAnsi="Cambria Math" w:cs="Cambria Math"/>
              </w:rPr>
              <m:t xml:space="preserve">R</m:t>
            </m:r>
          </m:e>
        </m:acc>
      </m:oMath>
      <w:r>
        <w:rPr>
          <w:rFonts w:ascii="Amiri" w:hAnsi="Amiri" w:cs="Amiri"/>
          <w:rtl/>
        </w:rPr>
        <w:t xml:space="preserve"> معدوم.</w:t>
      </w:r>
    </w:p>
    <w:p>
      <w:pPr>
        <w:keepNext/>
        <w:bidi/>
        <w:spacing w:before="40" w:after="40"/>
        <w:ind w:start="0" w:end="0"/>
        <w:jc w:val="center"/>
      </w:pPr>
      <w:r>
        <w:drawing>
          <wp:inline xmlns:a="http://schemas.openxmlformats.org/drawingml/2006/main" xmlns:pic="http://schemas.openxmlformats.org/drawingml/2006/picture">
            <wp:extent cx="3212592" cy="2051303"/>
            <wp:docPr id="25" name="Picture 2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e3-bilan-am.png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3212592" cy="20513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bidi/>
        <w:spacing w:before="0" w:after="80"/>
        <w:ind w:start="0" w:end="0"/>
        <w:jc w:val="center"/>
      </w:pPr>
      <w:r>
        <w:rPr>
          <w:rFonts w:ascii="Amiri" w:hAnsi="Amiri" w:cs="Amiri"/>
          <w:b/>
          <w:bCs/>
          <w:color w:val="1F3864"/>
          <w:sz w:val="22"/>
          <w:szCs w:val="22"/>
          <w:rtl/>
        </w:rPr>
        <w:t>الحصيلة الطاقوية للجملة (جسم) بين A و M</w:t>
      </w:r>
    </w:p>
    <w:p>
      <w:pPr>
        <w:keepNext/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3-</w:t>
      </w:r>
      <w:r>
        <w:tab/>
      </w:r>
      <m:oMath>
        <m:sSub>
          <m:e>
            <m:r>
              <w:rPr>
                <w:rFonts w:ascii="Cambria Math" w:hAnsi="Cambria Math" w:cs="Cambria Math"/>
              </w:rPr>
              <m:t xml:space="preserve">E</m:t>
            </m:r>
          </m:e>
          <m:sub>
            <m:r>
              <w:rPr>
                <w:rFonts w:ascii="Cambria Math" w:hAnsi="Cambria Math" w:cs="Cambria Math"/>
              </w:rPr>
              <m:t xml:space="preserve">cA</m:t>
            </m:r>
          </m:sub>
        </m:sSub>
        <m:r>
          <w:rPr>
            <w:rFonts w:ascii="Cambria Math" w:hAnsi="Cambria Math" w:cs="Cambria Math"/>
          </w:rPr>
          <m:t xml:space="preserve"> + </m:t>
        </m:r>
        <m:sSub>
          <m:e>
            <m:r>
              <w:rPr>
                <w:rFonts w:ascii="Cambria Math" w:hAnsi="Cambria Math" w:cs="Cambria Math"/>
              </w:rPr>
              <m:t xml:space="preserve">W</m:t>
            </m:r>
          </m:e>
          <m:sub>
            <m:r>
              <w:rPr>
                <w:rFonts w:ascii="Cambria Math" w:hAnsi="Cambria Math" w:cs="Cambria Math"/>
              </w:rPr>
              <m:t xml:space="preserve">AM</m:t>
            </m:r>
          </m:sub>
        </m:sSub>
        <m:r>
          <w:rPr>
            <w:rFonts w:ascii="Cambria Math" w:hAnsi="Cambria Math" w:cs="Cambria Math"/>
          </w:rPr>
          <m:t xml:space="preserve">(</m:t>
        </m:r>
        <m:acc>
          <m:accPr>
            <m:chr m:val="⃗"/>
          </m:accPr>
          <m:e>
            <m:r>
              <w:rPr>
                <w:rFonts w:ascii="Cambria Math" w:hAnsi="Cambria Math" w:cs="Cambria Math"/>
              </w:rPr>
              <m:t xml:space="preserve">P</m:t>
            </m:r>
          </m:e>
        </m:acc>
        <m:r>
          <w:rPr>
            <w:rFonts w:ascii="Cambria Math" w:hAnsi="Cambria Math" w:cs="Cambria Math"/>
          </w:rPr>
          <m:t xml:space="preserve">) = </m:t>
        </m:r>
        <m:sSub>
          <m:e>
            <m:r>
              <w:rPr>
                <w:rFonts w:ascii="Cambria Math" w:hAnsi="Cambria Math" w:cs="Cambria Math"/>
              </w:rPr>
              <m:t xml:space="preserve">E</m:t>
            </m:r>
          </m:e>
          <m:sub>
            <m:r>
              <w:rPr>
                <w:rFonts w:ascii="Cambria Math" w:hAnsi="Cambria Math" w:cs="Cambria Math"/>
              </w:rPr>
              <m:t xml:space="preserve">cM</m:t>
            </m:r>
          </m:sub>
        </m:sSub>
      </m:oMath>
      <w:r>
        <w:rPr>
          <w:rFonts w:ascii="Amiri" w:hAnsi="Amiri" w:cs="Amiri"/>
          <w:rtl/>
        </w:rPr>
        <w:t xml:space="preserve"> مع </w:t>
      </w:r>
      <m:oMath>
        <m:sSub>
          <m:e>
            <m:r>
              <w:rPr>
                <w:rFonts w:ascii="Cambria Math" w:hAnsi="Cambria Math" w:cs="Cambria Math"/>
              </w:rPr>
              <m:t xml:space="preserve">E</m:t>
            </m:r>
          </m:e>
          <m:sub>
            <m:r>
              <w:rPr>
                <w:rFonts w:ascii="Cambria Math" w:hAnsi="Cambria Math" w:cs="Cambria Math"/>
              </w:rPr>
              <m:t xml:space="preserve">cA</m:t>
            </m:r>
          </m:sub>
        </m:sSub>
        <m:r>
          <w:rPr>
            <w:rFonts w:ascii="Cambria Math" w:hAnsi="Cambria Math" w:cs="Cambria Math"/>
          </w:rPr>
          <m:t xml:space="preserve"> = 0</m:t>
        </m:r>
      </m:oMath>
      <w:r>
        <w:rPr>
          <w:rFonts w:ascii="Amiri" w:hAnsi="Amiri" w:cs="Amiri"/>
          <w:rtl/>
        </w:rPr>
        <w:t xml:space="preserve"> ، والارتفاع المقطوع: </w:t>
      </w:r>
      <m:oMath>
        <m:r>
          <w:rPr>
            <w:rFonts w:ascii="Cambria Math" w:hAnsi="Cambria Math" w:cs="Cambria Math"/>
          </w:rPr>
          <m:t xml:space="preserve">h = r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sin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α</m:t>
        </m:r>
      </m:oMath>
      <w:r>
        <w:rPr>
          <w:rFonts w:ascii="Amiri" w:hAnsi="Amiri" w:cs="Amiri"/>
          <w:rtl/>
        </w:rPr>
        <w:t xml:space="preserve"> . إذن:</w:t>
      </w:r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sSub>
            <m:e>
              <m:r>
                <w:rPr>
                  <w:rFonts w:ascii="Cambria Math" w:hAnsi="Cambria Math" w:cs="Cambria Math"/>
                </w:rPr>
                <m:t xml:space="preserve">E</m:t>
              </m:r>
            </m:e>
            <m:sub>
              <m:r>
                <w:rPr>
                  <w:rFonts w:ascii="Cambria Math" w:hAnsi="Cambria Math" w:cs="Cambria Math"/>
                </w:rPr>
                <m:t xml:space="preserve">c</m:t>
              </m:r>
            </m:sub>
          </m:sSub>
          <m:r>
            <w:rPr>
              <w:rFonts w:ascii="Cambria Math" w:hAnsi="Cambria Math" w:cs="Cambria Math"/>
            </w:rPr>
            <m:t xml:space="preserve"> = m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w:rPr>
              <w:rFonts w:ascii="Cambria Math" w:hAnsi="Cambria Math" w:cs="Cambria Math"/>
            </w:rPr>
            <m:t xml:space="preserve">g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w:rPr>
              <w:rFonts w:ascii="Cambria Math" w:hAnsi="Cambria Math" w:cs="Cambria Math"/>
            </w:rPr>
            <m:t xml:space="preserve">r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sin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α</m:t>
          </m:r>
        </m:oMath>
      </m:oMathPara>
    </w:p>
    <w:p>
      <w:pPr>
        <w:keepNext/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4-</w:t>
      </w:r>
      <w:r>
        <w:tab/>
      </w:r>
    </w:p>
    <w:p>
      <w:pPr>
        <w:keepNext/>
        <w:bidi/>
        <w:spacing w:before="40" w:after="60"/>
        <w:ind w:start="1020" w:end="0" w:hanging="510"/>
      </w:pPr>
      <w:r>
        <w:rPr>
          <w:rFonts w:ascii="Amiri" w:hAnsi="Amiri" w:cs="Amiri"/>
          <w:b/>
          <w:bCs/>
          <w:color w:val="1F3864"/>
          <w:rtl/>
        </w:rPr>
        <w:t>أ-</w:t>
      </w:r>
      <w:r>
        <w:tab/>
      </w:r>
      <w:r>
        <w:rPr>
          <w:rFonts w:ascii="Amiri" w:hAnsi="Amiri" w:cs="Amiri"/>
          <w:rtl/>
        </w:rPr>
        <w:t xml:space="preserve">البيان خط مستقيم يمر بالمبدأ، ومن النقطة </w:t>
      </w:r>
      <m:oMath>
        <m:r>
          <w:rPr>
            <w:rFonts w:ascii="Cambria Math" w:hAnsi="Cambria Math" w:cs="Cambria Math"/>
          </w:rPr>
          <m:t xml:space="preserve">(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sin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α</m:t>
        </m:r>
        <m:r>
          <w:rPr>
            <w:rFonts w:ascii="Cambria Math" w:hAnsi="Cambria Math" w:cs="Cambria Math"/>
          </w:rPr>
          <m:t xml:space="preserve"> = 1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w:rPr>
            <w:rFonts w:ascii="Cambria Math" w:hAnsi="Cambria Math" w:cs="Cambria Math"/>
          </w:rPr>
          <m:t xml:space="preserve">;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sSub>
          <m:e>
            <m:r>
              <w:rPr>
                <w:rFonts w:ascii="Cambria Math" w:hAnsi="Cambria Math" w:cs="Cambria Math"/>
              </w:rPr>
              <m:t xml:space="preserve">E</m:t>
            </m:r>
          </m:e>
          <m:sub>
            <m:r>
              <w:rPr>
                <w:rFonts w:ascii="Cambria Math" w:hAnsi="Cambria Math" w:cs="Cambria Math"/>
              </w:rPr>
              <m:t xml:space="preserve">c</m:t>
            </m:r>
          </m:sub>
        </m:sSub>
        <m:r>
          <w:rPr>
            <w:rFonts w:ascii="Cambria Math" w:hAnsi="Cambria Math" w:cs="Cambria Math"/>
          </w:rPr>
          <m:t xml:space="preserve"> = 0,9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J</m:t>
        </m:r>
        <m:r>
          <w:rPr>
            <w:rFonts w:ascii="Cambria Math" w:hAnsi="Cambria Math" w:cs="Cambria Math"/>
          </w:rPr>
          <m:t xml:space="preserve">)</m:t>
        </m:r>
      </m:oMath>
      <w:r>
        <w:rPr>
          <w:rFonts w:ascii="Amiri" w:hAnsi="Amiri" w:cs="Amiri"/>
          <w:rtl/>
        </w:rPr>
        <w:t xml:space="preserve"> معامل توجيهه </w:t>
      </w:r>
      <m:oMath>
        <m:r>
          <w:rPr>
            <w:rFonts w:ascii="Cambria Math" w:hAnsi="Cambria Math" w:cs="Cambria Math"/>
          </w:rPr>
          <m:t xml:space="preserve">0,9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J</m:t>
        </m:r>
      </m:oMath>
      <w:r>
        <w:rPr>
          <w:rFonts w:ascii="Amiri" w:hAnsi="Amiri" w:cs="Amiri"/>
          <w:rtl/>
        </w:rPr>
        <w:t xml:space="preserve"> :</w:t>
      </w:r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sSub>
            <m:e>
              <m:r>
                <w:rPr>
                  <w:rFonts w:ascii="Cambria Math" w:hAnsi="Cambria Math" w:cs="Cambria Math"/>
                </w:rPr>
                <m:t xml:space="preserve">E</m:t>
              </m:r>
            </m:e>
            <m:sub>
              <m:r>
                <w:rPr>
                  <w:rFonts w:ascii="Cambria Math" w:hAnsi="Cambria Math" w:cs="Cambria Math"/>
                </w:rPr>
                <m:t xml:space="preserve">c</m:t>
              </m:r>
            </m:sub>
          </m:sSub>
          <m:r>
            <w:rPr>
              <w:rFonts w:ascii="Cambria Math" w:hAnsi="Cambria Math" w:cs="Cambria Math"/>
            </w:rPr>
            <m:t xml:space="preserve"> = 0,9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sin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α</m:t>
          </m:r>
        </m:oMath>
      </m:oMathPara>
    </w:p>
    <w:p>
      <w:pPr>
        <w:bidi/>
        <w:spacing w:before="40" w:after="40"/>
        <w:ind w:start="0" w:end="0"/>
        <w:jc w:val="center"/>
      </w:pPr>
      <w:r>
        <w:drawing>
          <wp:inline xmlns:a="http://schemas.openxmlformats.org/drawingml/2006/main" xmlns:pic="http://schemas.openxmlformats.org/drawingml/2006/picture">
            <wp:extent cx="3383280" cy="2663952"/>
            <wp:docPr id="26" name="Picture 2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e3-ec-corrige.png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3383280" cy="266395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/>
        <w:bidi/>
        <w:spacing w:before="40" w:after="60"/>
        <w:ind w:start="1020" w:end="0" w:hanging="510"/>
      </w:pPr>
      <w:r>
        <w:rPr>
          <w:rFonts w:ascii="Amiri" w:hAnsi="Amiri" w:cs="Amiri"/>
          <w:b/>
          <w:bCs/>
          <w:color w:val="1F3864"/>
          <w:rtl/>
        </w:rPr>
        <w:t>ب-</w:t>
      </w:r>
      <w:r>
        <w:tab/>
      </w:r>
      <w:r>
        <w:rPr>
          <w:rFonts w:ascii="Amiri" w:hAnsi="Amiri" w:cs="Amiri"/>
          <w:rtl/>
        </w:rPr>
        <w:t xml:space="preserve">بالمطابقة مع </w:t>
      </w:r>
      <m:oMath>
        <m:sSub>
          <m:e>
            <m:r>
              <w:rPr>
                <w:rFonts w:ascii="Cambria Math" w:hAnsi="Cambria Math" w:cs="Cambria Math"/>
              </w:rPr>
              <m:t xml:space="preserve">E</m:t>
            </m:r>
          </m:e>
          <m:sub>
            <m:r>
              <w:rPr>
                <w:rFonts w:ascii="Cambria Math" w:hAnsi="Cambria Math" w:cs="Cambria Math"/>
              </w:rPr>
              <m:t xml:space="preserve">c</m:t>
            </m:r>
          </m:sub>
        </m:sSub>
        <m:r>
          <w:rPr>
            <w:rFonts w:ascii="Cambria Math" w:hAnsi="Cambria Math" w:cs="Cambria Math"/>
          </w:rPr>
          <m:t xml:space="preserve"> = m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w:rPr>
            <w:rFonts w:ascii="Cambria Math" w:hAnsi="Cambria Math" w:cs="Cambria Math"/>
          </w:rPr>
          <m:t xml:space="preserve">g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w:rPr>
            <w:rFonts w:ascii="Cambria Math" w:hAnsi="Cambria Math" w:cs="Cambria Math"/>
          </w:rPr>
          <m:t xml:space="preserve">r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sin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α</m:t>
        </m:r>
      </m:oMath>
      <w:r>
        <w:rPr>
          <w:rFonts w:ascii="Amiri" w:hAnsi="Amiri" w:cs="Amiri"/>
          <w:rtl/>
        </w:rPr>
        <w:t xml:space="preserve"> : </w:t>
      </w:r>
      <m:oMath>
        <m:r>
          <w:rPr>
            <w:rFonts w:ascii="Cambria Math" w:hAnsi="Cambria Math" w:cs="Cambria Math"/>
          </w:rPr>
          <m:t xml:space="preserve">m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w:rPr>
            <w:rFonts w:ascii="Cambria Math" w:hAnsi="Cambria Math" w:cs="Cambria Math"/>
          </w:rPr>
          <m:t xml:space="preserve">g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w:rPr>
            <w:rFonts w:ascii="Cambria Math" w:hAnsi="Cambria Math" w:cs="Cambria Math"/>
          </w:rPr>
          <m:t xml:space="preserve">r = 0,9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J</m:t>
        </m:r>
      </m:oMath>
      <w:r>
        <w:rPr>
          <w:rFonts w:ascii="Amiri" w:hAnsi="Amiri" w:cs="Amiri"/>
          <w:rtl/>
        </w:rPr>
        <w:t xml:space="preserve"> ، ومنه:</w:t>
      </w:r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r>
            <w:rPr>
              <w:rFonts w:ascii="Cambria Math" w:hAnsi="Cambria Math" w:cs="Cambria Math"/>
            </w:rPr>
            <m:t xml:space="preserve">r = </m:t>
          </m:r>
          <m:f>
            <m:num>
              <m:r>
                <w:rPr>
                  <w:rFonts w:ascii="Cambria Math" w:hAnsi="Cambria Math" w:cs="Cambria Math"/>
                </w:rPr>
                <m:t xml:space="preserve">0,9</m:t>
              </m:r>
            </m:num>
            <m:den>
              <m:r>
                <w:rPr>
                  <w:rFonts w:ascii="Cambria Math" w:hAnsi="Cambria Math" w:cs="Cambria Math"/>
                </w:rPr>
                <m:t xml:space="preserve">0,2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×</m:t>
              </m:r>
              <m:r>
                <w:rPr>
                  <w:rFonts w:ascii="Cambria Math" w:hAnsi="Cambria Math" w:cs="Cambria Math"/>
                </w:rPr>
                <m:t xml:space="preserve"> 10</m:t>
              </m:r>
            </m:den>
          </m:f>
          <m:r>
            <w:rPr>
              <w:rFonts w:ascii="Cambria Math" w:hAnsi="Cambria Math" w:cs="Cambria Math"/>
            </w:rPr>
            <m:t xml:space="preserve"> = 0,45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m</m:t>
          </m:r>
        </m:oMath>
      </m:oMathPara>
    </w:p>
    <w:p>
      <w:pPr>
        <w:keepNext/>
        <w:bidi/>
        <w:spacing w:before="40" w:after="60"/>
        <w:ind w:start="1020" w:end="0" w:hanging="510"/>
      </w:pPr>
      <w:r>
        <w:rPr>
          <w:rFonts w:ascii="Amiri" w:hAnsi="Amiri" w:cs="Amiri"/>
          <w:b/>
          <w:bCs/>
          <w:color w:val="1F3864"/>
          <w:rtl/>
        </w:rPr>
        <w:t>ج-</w:t>
      </w:r>
      <w:r>
        <w:tab/>
      </w:r>
      <w:r>
        <w:rPr>
          <w:rFonts w:ascii="Amiri" w:hAnsi="Amiri" w:cs="Amiri"/>
          <w:rtl/>
        </w:rPr>
        <w:t xml:space="preserve">في الموضع </w:t>
      </w:r>
      <m:oMath>
        <m:r>
          <w:rPr>
            <w:rFonts w:ascii="Cambria Math" w:hAnsi="Cambria Math" w:cs="Cambria Math"/>
          </w:rPr>
          <m:t xml:space="preserve">B</m:t>
        </m:r>
      </m:oMath>
      <w:r>
        <w:rPr>
          <w:rFonts w:ascii="Amiri" w:hAnsi="Amiri" w:cs="Amiri"/>
          <w:rtl/>
        </w:rPr>
        <w:t xml:space="preserve"> : </w:t>
      </w:r>
      <m:oMath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α</m:t>
        </m:r>
        <m:r>
          <w:rPr>
            <w:rFonts w:ascii="Cambria Math" w:hAnsi="Cambria Math" w:cs="Cambria Math"/>
          </w:rPr>
          <m:t xml:space="preserve"> = 9</m:t>
        </m:r>
        <m:sSup>
          <m:e>
            <m:r>
              <w:rPr>
                <w:rFonts w:ascii="Cambria Math" w:hAnsi="Cambria Math" w:cs="Cambria Math"/>
              </w:rPr>
              <m:t xml:space="preserve">0</m:t>
            </m:r>
          </m:e>
          <m:sup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°</m:t>
            </m:r>
          </m:sup>
        </m:sSup>
      </m:oMath>
      <w:r>
        <w:rPr>
          <w:rFonts w:ascii="Amiri" w:hAnsi="Amiri" w:cs="Amiri"/>
          <w:rtl/>
        </w:rPr>
        <w:t xml:space="preserve"> أي </w:t>
      </w:r>
      <m:oMath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sin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α</m:t>
        </m:r>
        <m:r>
          <w:rPr>
            <w:rFonts w:ascii="Cambria Math" w:hAnsi="Cambria Math" w:cs="Cambria Math"/>
          </w:rPr>
          <m:t xml:space="preserve"> = 1</m:t>
        </m:r>
      </m:oMath>
      <w:r>
        <w:rPr>
          <w:rFonts w:ascii="Amiri" w:hAnsi="Amiri" w:cs="Amiri"/>
          <w:rtl/>
        </w:rPr>
        <w:t xml:space="preserve"> ، ومنه </w:t>
      </w:r>
      <m:oMath>
        <m:sSub>
          <m:e>
            <m:r>
              <w:rPr>
                <w:rFonts w:ascii="Cambria Math" w:hAnsi="Cambria Math" w:cs="Cambria Math"/>
              </w:rPr>
              <m:t xml:space="preserve">E</m:t>
            </m:r>
          </m:e>
          <m:sub>
            <m:r>
              <w:rPr>
                <w:rFonts w:ascii="Cambria Math" w:hAnsi="Cambria Math" w:cs="Cambria Math"/>
              </w:rPr>
              <m:t xml:space="preserve">cB</m:t>
            </m:r>
          </m:sub>
        </m:sSub>
        <m:r>
          <w:rPr>
            <w:rFonts w:ascii="Cambria Math" w:hAnsi="Cambria Math" w:cs="Cambria Math"/>
          </w:rPr>
          <m:t xml:space="preserve"> = 0,9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J</m:t>
        </m:r>
      </m:oMath>
      <w:r>
        <w:rPr>
          <w:rFonts w:ascii="Amiri" w:hAnsi="Amiri" w:cs="Amiri"/>
          <w:rtl/>
        </w:rPr>
        <w:t xml:space="preserve"> .</w:t>
      </w:r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sSub>
            <m:e>
              <m:r>
                <w:rPr>
                  <w:rFonts w:ascii="Cambria Math" w:hAnsi="Cambria Math" w:cs="Cambria Math"/>
                </w:rPr>
                <m:t xml:space="preserve">v</m:t>
              </m:r>
            </m:e>
            <m:sub>
              <m:r>
                <w:rPr>
                  <w:rFonts w:ascii="Cambria Math" w:hAnsi="Cambria Math" w:cs="Cambria Math"/>
                </w:rPr>
                <m:t xml:space="preserve">B</m:t>
              </m:r>
            </m:sub>
          </m:sSub>
          <m:r>
            <w:rPr>
              <w:rFonts w:ascii="Cambria Math" w:hAnsi="Cambria Math" w:cs="Cambria Math"/>
            </w:rPr>
            <m:t xml:space="preserve"> = </m:t>
          </m:r>
          <m:rad>
            <m:radPr>
              <m:degHide m:val="1"/>
            </m:radPr>
            <m:deg/>
            <m:e>
              <m:f>
                <m:num>
                  <m:r>
                    <w:rPr>
                      <w:rFonts w:ascii="Cambria Math" w:hAnsi="Cambria Math" w:cs="Cambria Math"/>
                    </w:rPr>
                    <m:t xml:space="preserve">2</m:t>
                  </m:r>
                  <m:r>
                    <m:rPr>
                      <m:lit/>
                      <m:sty m:val="p"/>
                    </m:rPr>
                    <w:rPr>
                      <w:rFonts w:ascii="Cambria Math" w:hAnsi="Cambria Math" w:cs="Cambria Math"/>
                      <w:i w:val="0"/>
                      <w:iCs w:val="0"/>
                    </w:rPr>
                    <m:t xml:space="preserve"> </m:t>
                  </m:r>
                  <m:sSub>
                    <m:e>
                      <m:r>
                        <w:rPr>
                          <w:rFonts w:ascii="Cambria Math" w:hAnsi="Cambria Math" w:cs="Cambria Math"/>
                        </w:rPr>
                        <m:t xml:space="preserve">E</m:t>
                      </m:r>
                    </m:e>
                    <m:sub>
                      <m:r>
                        <w:rPr>
                          <w:rFonts w:ascii="Cambria Math" w:hAnsi="Cambria Math" w:cs="Cambria Math"/>
                        </w:rPr>
                        <m:t xml:space="preserve">cB</m:t>
                      </m:r>
                    </m:sub>
                  </m:sSub>
                </m:num>
                <m:den>
                  <m:r>
                    <w:rPr>
                      <w:rFonts w:ascii="Cambria Math" w:hAnsi="Cambria Math" w:cs="Cambria Math"/>
                    </w:rPr>
                    <m:t xml:space="preserve">m</m:t>
                  </m:r>
                </m:den>
              </m:f>
            </m:e>
          </m:rad>
          <m:r>
            <w:rPr>
              <w:rFonts w:ascii="Cambria Math" w:hAnsi="Cambria Math" w:cs="Cambria Math"/>
            </w:rPr>
            <m:t xml:space="preserve"> = </m:t>
          </m:r>
          <m:rad>
            <m:radPr>
              <m:degHide m:val="1"/>
            </m:radPr>
            <m:deg/>
            <m:e>
              <m:f>
                <m:num>
                  <m:r>
                    <w:rPr>
                      <w:rFonts w:ascii="Cambria Math" w:hAnsi="Cambria Math" w:cs="Cambria Math"/>
                    </w:rPr>
                    <m:t xml:space="preserve">2 </m:t>
                  </m:r>
                  <m:r>
                    <m:rPr>
                      <m:lit/>
                      <m:sty m:val="p"/>
                    </m:rPr>
                    <w:rPr>
                      <w:rFonts w:ascii="Cambria Math" w:hAnsi="Cambria Math" w:cs="Cambria Math"/>
                      <w:i w:val="0"/>
                      <w:iCs w:val="0"/>
                    </w:rPr>
                    <m:t xml:space="preserve">×</m:t>
                  </m:r>
                  <m:r>
                    <w:rPr>
                      <w:rFonts w:ascii="Cambria Math" w:hAnsi="Cambria Math" w:cs="Cambria Math"/>
                    </w:rPr>
                    <m:t xml:space="preserve"> 0,9</m:t>
                  </m:r>
                </m:num>
                <m:den>
                  <m:r>
                    <w:rPr>
                      <w:rFonts w:ascii="Cambria Math" w:hAnsi="Cambria Math" w:cs="Cambria Math"/>
                    </w:rPr>
                    <m:t xml:space="preserve">0,2</m:t>
                  </m:r>
                </m:den>
              </m:f>
            </m:e>
          </m:rad>
          <m:r>
            <w:rPr>
              <w:rFonts w:ascii="Cambria Math" w:hAnsi="Cambria Math" w:cs="Cambria Math"/>
            </w:rPr>
            <m:t xml:space="preserve"> = 3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m/s</m:t>
          </m:r>
        </m:oMath>
      </m:oMathPara>
    </w:p>
    <w:p>
      <w:pPr>
        <w:keepNext/>
        <w:bidi/>
        <w:spacing w:before="120" w:after="60"/>
        <w:ind w:start="0" w:end="0"/>
      </w:pPr>
      <w:r>
        <w:rPr>
          <w:rFonts w:ascii="Amiri" w:hAnsi="Amiri" w:cs="Amiri"/>
          <w:b/>
          <w:bCs/>
          <w:color w:val="1F3864"/>
          <w:sz w:val="27"/>
          <w:szCs w:val="27"/>
          <w:rtl/>
        </w:rPr>
        <w:t>II</w:t>
      </w:r>
    </w:p>
    <w:p>
      <w:pPr>
        <w:keepNext/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1-</w:t>
      </w:r>
      <w:r>
        <w:tab/>
      </w:r>
      <w:r>
        <w:rPr>
          <w:rFonts w:ascii="Amiri" w:hAnsi="Amiri" w:cs="Amiri"/>
          <w:rtl/>
        </w:rPr>
        <w:t xml:space="preserve">تفقد الجملة (جسم) كل طاقتها الحركية بعمل قوة الاحتكاك، وعملا </w:t>
      </w:r>
      <m:oMath>
        <m:acc>
          <m:accPr>
            <m:chr m:val="⃗"/>
          </m:accPr>
          <m:e>
            <m:r>
              <w:rPr>
                <w:rFonts w:ascii="Cambria Math" w:hAnsi="Cambria Math" w:cs="Cambria Math"/>
              </w:rPr>
              <m:t xml:space="preserve">P</m:t>
            </m:r>
          </m:e>
        </m:acc>
      </m:oMath>
      <w:r>
        <w:rPr>
          <w:rFonts w:ascii="Amiri" w:hAnsi="Amiri" w:cs="Amiri"/>
          <w:rtl/>
        </w:rPr>
        <w:t xml:space="preserve"> و </w:t>
      </w:r>
      <m:oMath>
        <m:acc>
          <m:accPr>
            <m:chr m:val="⃗"/>
          </m:accPr>
          <m:e>
            <m:r>
              <w:rPr>
                <w:rFonts w:ascii="Cambria Math" w:hAnsi="Cambria Math" w:cs="Cambria Math"/>
              </w:rPr>
              <m:t xml:space="preserve">R</m:t>
            </m:r>
          </m:e>
        </m:acc>
      </m:oMath>
      <w:r>
        <w:rPr>
          <w:rFonts w:ascii="Amiri" w:hAnsi="Amiri" w:cs="Amiri"/>
          <w:rtl/>
        </w:rPr>
        <w:t xml:space="preserve"> معدومان.</w:t>
      </w:r>
    </w:p>
    <w:p>
      <w:pPr>
        <w:keepNext/>
        <w:bidi/>
        <w:spacing w:before="40" w:after="40"/>
        <w:ind w:start="0" w:end="0"/>
        <w:jc w:val="center"/>
      </w:pPr>
      <w:r>
        <w:drawing>
          <wp:inline xmlns:a="http://schemas.openxmlformats.org/drawingml/2006/main" xmlns:pic="http://schemas.openxmlformats.org/drawingml/2006/picture">
            <wp:extent cx="3212592" cy="2051303"/>
            <wp:docPr id="27" name="Picture 2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e3-bilan-bc.png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3212592" cy="20513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bidi/>
        <w:spacing w:before="0" w:after="80"/>
        <w:ind w:start="0" w:end="0"/>
        <w:jc w:val="center"/>
      </w:pPr>
      <w:r>
        <w:rPr>
          <w:rFonts w:ascii="Amiri" w:hAnsi="Amiri" w:cs="Amiri"/>
          <w:b/>
          <w:bCs/>
          <w:color w:val="1F3864"/>
          <w:sz w:val="22"/>
          <w:szCs w:val="22"/>
          <w:rtl/>
        </w:rPr>
        <w:t>الحصيلة الطاقوية للجملة (جسم) بين B و C</w:t>
      </w:r>
    </w:p>
    <w:p>
      <w:pPr>
        <w:keepNext/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2-</w:t>
      </w:r>
      <w:r>
        <w:tab/>
      </w:r>
      <m:oMath>
        <m:sSub>
          <m:e>
            <m:r>
              <w:rPr>
                <w:rFonts w:ascii="Cambria Math" w:hAnsi="Cambria Math" w:cs="Cambria Math"/>
              </w:rPr>
              <m:t xml:space="preserve">E</m:t>
            </m:r>
          </m:e>
          <m:sub>
            <m:r>
              <w:rPr>
                <w:rFonts w:ascii="Cambria Math" w:hAnsi="Cambria Math" w:cs="Cambria Math"/>
              </w:rPr>
              <m:t xml:space="preserve">cB</m:t>
            </m:r>
          </m:sub>
        </m:sSub>
        <m:r>
          <w:rPr>
            <w:rFonts w:ascii="Cambria Math" w:hAnsi="Cambria Math" w:cs="Cambria Math"/>
          </w:rPr>
          <m:t xml:space="preserve"> − f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·</m:t>
        </m:r>
        <m:r>
          <w:rPr>
            <w:rFonts w:ascii="Cambria Math" w:hAnsi="Cambria Math" w:cs="Cambria Math"/>
          </w:rPr>
          <m:t xml:space="preserve"> BC = </m:t>
        </m:r>
        <m:sSub>
          <m:e>
            <m:r>
              <w:rPr>
                <w:rFonts w:ascii="Cambria Math" w:hAnsi="Cambria Math" w:cs="Cambria Math"/>
              </w:rPr>
              <m:t xml:space="preserve">E</m:t>
            </m:r>
          </m:e>
          <m:sub>
            <m:r>
              <w:rPr>
                <w:rFonts w:ascii="Cambria Math" w:hAnsi="Cambria Math" w:cs="Cambria Math"/>
              </w:rPr>
              <m:t xml:space="preserve">cC</m:t>
            </m:r>
          </m:sub>
        </m:sSub>
      </m:oMath>
      <w:r>
        <w:rPr>
          <w:rFonts w:ascii="Amiri" w:hAnsi="Amiri" w:cs="Amiri"/>
          <w:rtl/>
        </w:rPr>
        <w:t xml:space="preserve"> مع </w:t>
      </w:r>
      <m:oMath>
        <m:sSub>
          <m:e>
            <m:r>
              <w:rPr>
                <w:rFonts w:ascii="Cambria Math" w:hAnsi="Cambria Math" w:cs="Cambria Math"/>
              </w:rPr>
              <m:t xml:space="preserve">E</m:t>
            </m:r>
          </m:e>
          <m:sub>
            <m:r>
              <w:rPr>
                <w:rFonts w:ascii="Cambria Math" w:hAnsi="Cambria Math" w:cs="Cambria Math"/>
              </w:rPr>
              <m:t xml:space="preserve">cC</m:t>
            </m:r>
          </m:sub>
        </m:sSub>
        <m:r>
          <w:rPr>
            <w:rFonts w:ascii="Cambria Math" w:hAnsi="Cambria Math" w:cs="Cambria Math"/>
          </w:rPr>
          <m:t xml:space="preserve"> = 0</m:t>
        </m:r>
      </m:oMath>
      <w:r>
        <w:rPr>
          <w:rFonts w:ascii="Amiri" w:hAnsi="Amiri" w:cs="Amiri"/>
          <w:rtl/>
        </w:rPr>
        <w:t xml:space="preserve"> :</w:t>
      </w:r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r>
            <w:rPr>
              <w:rFonts w:ascii="Cambria Math" w:hAnsi="Cambria Math" w:cs="Cambria Math"/>
            </w:rPr>
            <m:t xml:space="preserve">f = </m:t>
          </m:r>
          <m:f>
            <m:num>
              <m:sSub>
                <m:e>
                  <m:r>
                    <w:rPr>
                      <w:rFonts w:ascii="Cambria Math" w:hAnsi="Cambria Math" w:cs="Cambria Math"/>
                    </w:rPr>
                    <m:t xml:space="preserve">E</m:t>
                  </m:r>
                </m:e>
                <m:sub>
                  <m:r>
                    <w:rPr>
                      <w:rFonts w:ascii="Cambria Math" w:hAnsi="Cambria Math" w:cs="Cambria Math"/>
                    </w:rPr>
                    <m:t xml:space="preserve">cB</m:t>
                  </m:r>
                </m:sub>
              </m:sSub>
            </m:num>
            <m:den>
              <m:r>
                <w:rPr>
                  <w:rFonts w:ascii="Cambria Math" w:hAnsi="Cambria Math" w:cs="Cambria Math"/>
                </w:rPr>
                <m:t xml:space="preserve">BC</m:t>
              </m:r>
            </m:den>
          </m:f>
          <m:r>
            <w:rPr>
              <w:rFonts w:ascii="Cambria Math" w:hAnsi="Cambria Math" w:cs="Cambria Math"/>
            </w:rPr>
            <m:t xml:space="preserve"> = </m:t>
          </m:r>
          <m:f>
            <m:num>
              <m:r>
                <w:rPr>
                  <w:rFonts w:ascii="Cambria Math" w:hAnsi="Cambria Math" w:cs="Cambria Math"/>
                </w:rPr>
                <m:t xml:space="preserve">0,9</m:t>
              </m:r>
            </m:num>
            <m:den>
              <m:r>
                <w:rPr>
                  <w:rFonts w:ascii="Cambria Math" w:hAnsi="Cambria Math" w:cs="Cambria Math"/>
                </w:rPr>
                <m:t xml:space="preserve">1</m:t>
              </m:r>
            </m:den>
          </m:f>
          <m:r>
            <w:rPr>
              <w:rFonts w:ascii="Cambria Math" w:hAnsi="Cambria Math" w:cs="Cambria Math"/>
            </w:rPr>
            <m:t xml:space="preserve"> = 0,9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N</m:t>
          </m:r>
        </m:oMath>
      </m:oMathPara>
    </w:p>
    <w:p>
      <w:pPr>
        <w:keepNext/>
        <w:bidi/>
        <w:spacing w:before="120" w:after="60"/>
        <w:ind w:start="0" w:end="0"/>
      </w:pPr>
      <w:r>
        <w:rPr>
          <w:rFonts w:ascii="Amiri" w:hAnsi="Amiri" w:cs="Amiri"/>
          <w:b/>
          <w:bCs/>
          <w:color w:val="1F3864"/>
          <w:sz w:val="27"/>
          <w:szCs w:val="27"/>
          <w:rtl/>
        </w:rPr>
        <w:t>III</w:t>
      </w:r>
    </w:p>
    <w:p>
      <w:pPr>
        <w:keepNext/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1-</w:t>
      </w:r>
      <w:r>
        <w:tab/>
      </w:r>
      <w:r>
        <w:rPr>
          <w:rFonts w:ascii="Amiri" w:hAnsi="Amiri" w:cs="Amiri"/>
          <w:rtl/>
        </w:rPr>
        <w:t xml:space="preserve">تستقبل الجملة (جسم) عمل الثقل، وعمل </w:t>
      </w:r>
      <m:oMath>
        <m:acc>
          <m:accPr>
            <m:chr m:val="⃗"/>
          </m:accPr>
          <m:e>
            <m:r>
              <w:rPr>
                <w:rFonts w:ascii="Cambria Math" w:hAnsi="Cambria Math" w:cs="Cambria Math"/>
              </w:rPr>
              <m:t xml:space="preserve">R</m:t>
            </m:r>
          </m:e>
        </m:acc>
      </m:oMath>
      <w:r>
        <w:rPr>
          <w:rFonts w:ascii="Amiri" w:hAnsi="Amiri" w:cs="Amiri"/>
          <w:rtl/>
        </w:rPr>
        <w:t xml:space="preserve"> معدوم لانعدام الاحتكاك.</w:t>
      </w:r>
    </w:p>
    <w:p>
      <w:pPr>
        <w:keepNext/>
        <w:bidi/>
        <w:spacing w:before="40" w:after="40"/>
        <w:ind w:start="0" w:end="0"/>
        <w:jc w:val="center"/>
      </w:pPr>
      <w:r>
        <w:drawing>
          <wp:inline xmlns:a="http://schemas.openxmlformats.org/drawingml/2006/main" xmlns:pic="http://schemas.openxmlformats.org/drawingml/2006/picture">
            <wp:extent cx="3212592" cy="2051303"/>
            <wp:docPr id="28" name="Picture 2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e3-bilan-cd.png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3212592" cy="20513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bidi/>
        <w:spacing w:before="0" w:after="80"/>
        <w:ind w:start="0" w:end="0"/>
        <w:jc w:val="center"/>
      </w:pPr>
      <w:r>
        <w:rPr>
          <w:rFonts w:ascii="Amiri" w:hAnsi="Amiri" w:cs="Amiri"/>
          <w:b/>
          <w:bCs/>
          <w:color w:val="1F3864"/>
          <w:sz w:val="22"/>
          <w:szCs w:val="22"/>
          <w:rtl/>
        </w:rPr>
        <w:t>الحصيلة الطاقوية للجملة (جسم) بين C و D</w:t>
      </w:r>
    </w:p>
    <w:p>
      <w:pPr>
        <w:keepNext/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2-</w:t>
      </w:r>
      <w:r>
        <w:tab/>
      </w:r>
      <m:oMath>
        <m:sSub>
          <m:e>
            <m:r>
              <w:rPr>
                <w:rFonts w:ascii="Cambria Math" w:hAnsi="Cambria Math" w:cs="Cambria Math"/>
              </w:rPr>
              <m:t xml:space="preserve">E</m:t>
            </m:r>
          </m:e>
          <m:sub>
            <m:r>
              <w:rPr>
                <w:rFonts w:ascii="Cambria Math" w:hAnsi="Cambria Math" w:cs="Cambria Math"/>
              </w:rPr>
              <m:t xml:space="preserve">cC</m:t>
            </m:r>
          </m:sub>
        </m:sSub>
        <m:r>
          <w:rPr>
            <w:rFonts w:ascii="Cambria Math" w:hAnsi="Cambria Math" w:cs="Cambria Math"/>
          </w:rPr>
          <m:t xml:space="preserve"> + m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w:rPr>
            <w:rFonts w:ascii="Cambria Math" w:hAnsi="Cambria Math" w:cs="Cambria Math"/>
          </w:rPr>
          <m:t xml:space="preserve">g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w:rPr>
            <w:rFonts w:ascii="Cambria Math" w:hAnsi="Cambria Math" w:cs="Cambria Math"/>
          </w:rPr>
          <m:t xml:space="preserve">CD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sin</m:t>
        </m:r>
        <m:r>
          <w:rPr>
            <w:rFonts w:ascii="Cambria Math" w:hAnsi="Cambria Math" w:cs="Cambria Math"/>
          </w:rPr>
          <m:t xml:space="preserve">β = </m:t>
        </m:r>
        <m:sSub>
          <m:e>
            <m:r>
              <w:rPr>
                <w:rFonts w:ascii="Cambria Math" w:hAnsi="Cambria Math" w:cs="Cambria Math"/>
              </w:rPr>
              <m:t xml:space="preserve">E</m:t>
            </m:r>
          </m:e>
          <m:sub>
            <m:r>
              <w:rPr>
                <w:rFonts w:ascii="Cambria Math" w:hAnsi="Cambria Math" w:cs="Cambria Math"/>
              </w:rPr>
              <m:t xml:space="preserve">cD</m:t>
            </m:r>
          </m:sub>
        </m:sSub>
      </m:oMath>
      <w:r>
        <w:rPr>
          <w:rFonts w:ascii="Amiri" w:hAnsi="Amiri" w:cs="Amiri"/>
          <w:rtl/>
        </w:rPr>
        <w:t xml:space="preserve"> مع </w:t>
      </w:r>
      <m:oMath>
        <m:sSub>
          <m:e>
            <m:r>
              <w:rPr>
                <w:rFonts w:ascii="Cambria Math" w:hAnsi="Cambria Math" w:cs="Cambria Math"/>
              </w:rPr>
              <m:t xml:space="preserve">E</m:t>
            </m:r>
          </m:e>
          <m:sub>
            <m:r>
              <w:rPr>
                <w:rFonts w:ascii="Cambria Math" w:hAnsi="Cambria Math" w:cs="Cambria Math"/>
              </w:rPr>
              <m:t xml:space="preserve">cC</m:t>
            </m:r>
          </m:sub>
        </m:sSub>
        <m:r>
          <w:rPr>
            <w:rFonts w:ascii="Cambria Math" w:hAnsi="Cambria Math" w:cs="Cambria Math"/>
          </w:rPr>
          <m:t xml:space="preserve"> = 0</m:t>
        </m:r>
      </m:oMath>
      <w:r>
        <w:rPr>
          <w:rFonts w:ascii="Amiri" w:hAnsi="Amiri" w:cs="Amiri"/>
          <w:rtl/>
        </w:rPr>
        <w:t xml:space="preserve"> :</w:t>
      </w:r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sSub>
            <m:e>
              <m:r>
                <w:rPr>
                  <w:rFonts w:ascii="Cambria Math" w:hAnsi="Cambria Math" w:cs="Cambria Math"/>
                </w:rPr>
                <m:t xml:space="preserve">v</m:t>
              </m:r>
            </m:e>
            <m:sub>
              <m:r>
                <w:rPr>
                  <w:rFonts w:ascii="Cambria Math" w:hAnsi="Cambria Math" w:cs="Cambria Math"/>
                </w:rPr>
                <m:t xml:space="preserve">D</m:t>
              </m:r>
            </m:sub>
          </m:sSub>
          <m:r>
            <w:rPr>
              <w:rFonts w:ascii="Cambria Math" w:hAnsi="Cambria Math" w:cs="Cambria Math"/>
            </w:rPr>
            <m:t xml:space="preserve"> = </m:t>
          </m:r>
          <m:rad>
            <m:radPr>
              <m:degHide m:val="1"/>
            </m:radPr>
            <m:deg/>
            <m:e>
              <m:r>
                <w:rPr>
                  <w:rFonts w:ascii="Cambria Math" w:hAnsi="Cambria Math" w:cs="Cambria Math"/>
                </w:rPr>
                <m:t xml:space="preserve">2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 </m:t>
              </m:r>
              <m:r>
                <w:rPr>
                  <w:rFonts w:ascii="Cambria Math" w:hAnsi="Cambria Math" w:cs="Cambria Math"/>
                </w:rPr>
                <m:t xml:space="preserve">g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 </m:t>
              </m:r>
              <m:r>
                <w:rPr>
                  <w:rFonts w:ascii="Cambria Math" w:hAnsi="Cambria Math" w:cs="Cambria Math"/>
                </w:rPr>
                <m:t xml:space="preserve">CD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sin</m:t>
              </m:r>
              <m:r>
                <w:rPr>
                  <w:rFonts w:ascii="Cambria Math" w:hAnsi="Cambria Math" w:cs="Cambria Math"/>
                </w:rPr>
                <m:t xml:space="preserve">β</m:t>
              </m:r>
            </m:e>
          </m:rad>
          <m:r>
            <w:rPr>
              <w:rFonts w:ascii="Cambria Math" w:hAnsi="Cambria Math" w:cs="Cambria Math"/>
            </w:rPr>
            <m:t xml:space="preserve"> = </m:t>
          </m:r>
          <m:rad>
            <m:radPr>
              <m:degHide m:val="1"/>
            </m:radPr>
            <m:deg/>
            <m:e>
              <m:r>
                <w:rPr>
                  <w:rFonts w:ascii="Cambria Math" w:hAnsi="Cambria Math" w:cs="Cambria Math"/>
                </w:rPr>
                <m:t xml:space="preserve">2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×</m:t>
              </m:r>
              <m:r>
                <w:rPr>
                  <w:rFonts w:ascii="Cambria Math" w:hAnsi="Cambria Math" w:cs="Cambria Math"/>
                </w:rPr>
                <m:t xml:space="preserve"> 10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×</m:t>
              </m:r>
              <m:r>
                <w:rPr>
                  <w:rFonts w:ascii="Cambria Math" w:hAnsi="Cambria Math" w:cs="Cambria Math"/>
                </w:rPr>
                <m:t xml:space="preserve"> 1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×</m:t>
              </m:r>
              <m:r>
                <w:rPr>
                  <w:rFonts w:ascii="Cambria Math" w:hAnsi="Cambria Math" w:cs="Cambria Math"/>
                </w:rPr>
                <m:t xml:space="preserve"> 0,5</m:t>
              </m:r>
            </m:e>
          </m:rad>
          <m:r>
            <w:rPr>
              <w:rFonts w:ascii="Cambria Math" w:hAnsi="Cambria Math" w:cs="Cambria Math"/>
            </w:rPr>
            <m:t xml:space="preserve"> = </m:t>
          </m:r>
          <m:rad>
            <m:radPr>
              <m:degHide m:val="1"/>
            </m:radPr>
            <m:deg/>
            <m:e>
              <m:r>
                <w:rPr>
                  <w:rFonts w:ascii="Cambria Math" w:hAnsi="Cambria Math" w:cs="Cambria Math"/>
                </w:rPr>
                <m:t xml:space="preserve">10</m:t>
              </m:r>
            </m:e>
          </m:rad>
          <m:r>
            <w:rPr>
              <w:rFonts w:ascii="Cambria Math" w:hAnsi="Cambria Math" w:cs="Cambria Math"/>
            </w:rPr>
            <m:t xml:space="preserve">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≈</m:t>
          </m:r>
          <m:r>
            <w:rPr>
              <w:rFonts w:ascii="Cambria Math" w:hAnsi="Cambria Math" w:cs="Cambria Math"/>
            </w:rPr>
            <m:t xml:space="preserve"> 3,16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m/s</m:t>
          </m:r>
        </m:oMath>
      </m:oMathPara>
    </w:p>
    <w:p>
      <w:pPr>
        <w:keepNext/>
        <w:bidi/>
        <w:spacing w:before="40" w:after="60"/>
        <w:ind w:start="510" w:end="0" w:hanging="510"/>
      </w:pPr>
      <w:r>
        <w:rPr>
          <w:rFonts w:ascii="Amiri" w:hAnsi="Amiri" w:cs="Amiri"/>
          <w:b/>
          <w:bCs/>
          <w:color w:val="1F3864"/>
          <w:rtl/>
        </w:rPr>
        <w:t>3-</w:t>
      </w:r>
      <w:r>
        <w:tab/>
      </w:r>
    </w:p>
    <w:p>
      <w:pPr>
        <w:bidi/>
        <w:spacing w:before="40" w:after="40"/>
        <w:ind w:start="0" w:end="0"/>
        <w:jc w:val="center"/>
      </w:pPr>
      <w:r>
        <w:drawing>
          <wp:inline xmlns:a="http://schemas.openxmlformats.org/drawingml/2006/main" xmlns:pic="http://schemas.openxmlformats.org/drawingml/2006/picture">
            <wp:extent cx="3742944" cy="3023616"/>
            <wp:docPr id="29" name="Picture 2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e3-epe-corrige.png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3742944" cy="30236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/>
        <w:bidi/>
        <w:spacing w:before="40" w:after="60"/>
        <w:ind w:start="1020" w:end="0" w:hanging="510"/>
      </w:pPr>
      <w:r>
        <w:rPr>
          <w:rFonts w:ascii="Amiri" w:hAnsi="Amiri" w:cs="Amiri"/>
          <w:b/>
          <w:bCs/>
          <w:color w:val="1F3864"/>
          <w:rtl/>
        </w:rPr>
        <w:t>أ-</w:t>
      </w:r>
      <w:r>
        <w:tab/>
      </w:r>
      <w:r>
        <w:rPr>
          <w:rFonts w:ascii="Amiri" w:hAnsi="Amiri" w:cs="Amiri"/>
          <w:rtl/>
        </w:rPr>
        <w:t xml:space="preserve">ينتهي البيان عند </w:t>
      </w:r>
      <m:oMath>
        <m:sSup>
          <m:e>
            <m:r>
              <w:rPr>
                <w:rFonts w:ascii="Cambria Math" w:hAnsi="Cambria Math" w:cs="Cambria Math"/>
              </w:rPr>
              <m:t xml:space="preserve">x</m:t>
            </m:r>
          </m:e>
          <m:sup>
            <m:r>
              <w:rPr>
                <w:rFonts w:ascii="Cambria Math" w:hAnsi="Cambria Math" w:cs="Cambria Math"/>
              </w:rPr>
              <m:t xml:space="preserve">2</m:t>
            </m:r>
          </m:sup>
        </m:sSup>
        <m:r>
          <w:rPr>
            <w:rFonts w:ascii="Cambria Math" w:hAnsi="Cambria Math" w:cs="Cambria Math"/>
          </w:rPr>
          <m:t xml:space="preserve"> = 2,25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×</m:t>
        </m:r>
        <m:r>
          <w:rPr>
            <w:rFonts w:ascii="Cambria Math" w:hAnsi="Cambria Math" w:cs="Cambria Math"/>
          </w:rPr>
          <m:t xml:space="preserve"> 1</m:t>
        </m:r>
        <m:sSup>
          <m:e>
            <m:r>
              <w:rPr>
                <w:rFonts w:ascii="Cambria Math" w:hAnsi="Cambria Math" w:cs="Cambria Math"/>
              </w:rPr>
              <m:t xml:space="preserve">0</m:t>
            </m:r>
          </m:e>
          <m:sup>
            <m:r>
              <w:rPr>
                <w:rFonts w:ascii="Cambria Math" w:hAnsi="Cambria Math" w:cs="Cambria Math"/>
              </w:rPr>
              <m:t xml:space="preserve">−2</m:t>
            </m:r>
          </m:sup>
        </m:sSup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sSup>
          <m:e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m</m:t>
            </m:r>
          </m:e>
          <m:sup>
            <m:r>
              <m:rPr>
                <m:lit/>
                <m:sty m:val="p"/>
              </m:rPr>
              <w:rPr>
                <w:rFonts w:ascii="Cambria Math" w:hAnsi="Cambria Math" w:cs="Cambria Math"/>
                <w:i w:val="0"/>
                <w:iCs w:val="0"/>
              </w:rPr>
              <m:t xml:space="preserve">2</m:t>
            </m:r>
          </m:sup>
        </m:sSup>
      </m:oMath>
      <w:r>
        <w:rPr>
          <w:rFonts w:ascii="Amiri" w:hAnsi="Amiri" w:cs="Amiri"/>
          <w:rtl/>
        </w:rPr>
        <w:t xml:space="preserve"> (الانضغاط الأعظمي)، ومنه:</w:t>
      </w:r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sSub>
            <m:e>
              <m:r>
                <w:rPr>
                  <w:rFonts w:ascii="Cambria Math" w:hAnsi="Cambria Math" w:cs="Cambria Math"/>
                </w:rPr>
                <m:t xml:space="preserve">x</m:t>
              </m:r>
            </m:e>
            <m:sub>
              <m:r>
                <w:rPr>
                  <w:rFonts w:ascii="Cambria Math" w:hAnsi="Cambria Math" w:cs="Cambria Math"/>
                </w:rPr>
                <m:t xml:space="preserve">0</m:t>
              </m:r>
            </m:sub>
          </m:sSub>
          <m:r>
            <w:rPr>
              <w:rFonts w:ascii="Cambria Math" w:hAnsi="Cambria Math" w:cs="Cambria Math"/>
            </w:rPr>
            <m:t xml:space="preserve"> = </m:t>
          </m:r>
          <m:rad>
            <m:radPr>
              <m:degHide m:val="1"/>
            </m:radPr>
            <m:deg/>
            <m:e>
              <m:r>
                <w:rPr>
                  <w:rFonts w:ascii="Cambria Math" w:hAnsi="Cambria Math" w:cs="Cambria Math"/>
                </w:rPr>
                <m:t xml:space="preserve">2,25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×</m:t>
              </m:r>
              <m:r>
                <w:rPr>
                  <w:rFonts w:ascii="Cambria Math" w:hAnsi="Cambria Math" w:cs="Cambria Math"/>
                </w:rPr>
                <m:t xml:space="preserve"> 1</m:t>
              </m:r>
              <m:sSup>
                <m:e>
                  <m:r>
                    <w:rPr>
                      <w:rFonts w:ascii="Cambria Math" w:hAnsi="Cambria Math" w:cs="Cambria Math"/>
                    </w:rPr>
                    <m:t xml:space="preserve">0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−2</m:t>
                  </m:r>
                </m:sup>
              </m:sSup>
            </m:e>
          </m:rad>
          <m:r>
            <w:rPr>
              <w:rFonts w:ascii="Cambria Math" w:hAnsi="Cambria Math" w:cs="Cambria Math"/>
            </w:rPr>
            <m:t xml:space="preserve"> = 0,15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m</m:t>
          </m:r>
        </m:oMath>
      </m:oMathPara>
    </w:p>
    <w:p>
      <w:pPr>
        <w:bidi/>
        <w:spacing w:before="40" w:after="60"/>
        <w:ind w:start="1020" w:end="0" w:hanging="510"/>
      </w:pPr>
      <w:r>
        <w:rPr>
          <w:rFonts w:ascii="Amiri" w:hAnsi="Amiri" w:cs="Amiri"/>
          <w:b/>
          <w:bCs/>
          <w:color w:val="1F3864"/>
          <w:rtl/>
        </w:rPr>
        <w:t>ب-</w:t>
      </w:r>
      <w:r>
        <w:tab/>
      </w:r>
      <w:r>
        <w:rPr>
          <w:rFonts w:ascii="Amiri" w:hAnsi="Amiri" w:cs="Amiri"/>
          <w:rtl/>
        </w:rPr>
        <w:t xml:space="preserve">نقرأ من البيان: </w:t>
      </w:r>
      <m:oMath>
        <m:sSub>
          <m:e>
            <m:r>
              <w:rPr>
                <w:rFonts w:ascii="Cambria Math" w:hAnsi="Cambria Math" w:cs="Cambria Math"/>
              </w:rPr>
              <m:t xml:space="preserve">E</m:t>
            </m:r>
          </m:e>
          <m:sub>
            <m:r>
              <w:rPr>
                <w:rFonts w:ascii="Cambria Math" w:hAnsi="Cambria Math" w:cs="Cambria Math"/>
              </w:rPr>
              <m:t xml:space="preserve">peE</m:t>
            </m:r>
          </m:sub>
        </m:sSub>
        <m:r>
          <w:rPr>
            <w:rFonts w:ascii="Cambria Math" w:hAnsi="Cambria Math" w:cs="Cambria Math"/>
          </w:rPr>
          <m:t xml:space="preserve"> = 1,15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J</m:t>
        </m:r>
      </m:oMath>
      <w:r>
        <w:rPr>
          <w:rFonts w:ascii="Amiri" w:hAnsi="Amiri" w:cs="Amiri"/>
          <w:rtl/>
        </w:rPr>
        <w:t xml:space="preserve"> .</w:t>
      </w:r>
    </w:p>
    <w:p>
      <w:pPr>
        <w:keepNext/>
        <w:bidi/>
        <w:spacing w:before="40" w:after="60"/>
        <w:ind w:start="1020" w:end="0" w:hanging="510"/>
      </w:pPr>
      <w:r>
        <w:rPr>
          <w:rFonts w:ascii="Amiri" w:hAnsi="Amiri" w:cs="Amiri"/>
          <w:b/>
          <w:bCs/>
          <w:color w:val="1F3864"/>
          <w:rtl/>
        </w:rPr>
        <w:t>ج-</w:t>
      </w:r>
      <w:r>
        <w:tab/>
      </w:r>
      <m:oMath>
        <m:sSub>
          <m:e>
            <m:r>
              <w:rPr>
                <w:rFonts w:ascii="Cambria Math" w:hAnsi="Cambria Math" w:cs="Cambria Math"/>
              </w:rPr>
              <m:t xml:space="preserve">E</m:t>
            </m:r>
          </m:e>
          <m:sub>
            <m:r>
              <w:rPr>
                <w:rFonts w:ascii="Cambria Math" w:hAnsi="Cambria Math" w:cs="Cambria Math"/>
              </w:rPr>
              <m:t xml:space="preserve">pe</m:t>
            </m:r>
          </m:sub>
        </m:sSub>
        <m:r>
          <w:rPr>
            <w:rFonts w:ascii="Cambria Math" w:hAnsi="Cambria Math" w:cs="Cambria Math"/>
          </w:rPr>
          <m:t xml:space="preserve"> = </m:t>
        </m:r>
        <m:f>
          <m:num>
            <m:r>
              <w:rPr>
                <w:rFonts w:ascii="Cambria Math" w:hAnsi="Cambria Math" w:cs="Cambria Math"/>
              </w:rPr>
              <m:t xml:space="preserve">1</m:t>
            </m:r>
          </m:num>
          <m:den>
            <m:r>
              <w:rPr>
                <w:rFonts w:ascii="Cambria Math" w:hAnsi="Cambria Math" w:cs="Cambria Math"/>
              </w:rPr>
              <m:t xml:space="preserve">2</m:t>
            </m:r>
          </m:den>
        </m:f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w:rPr>
            <w:rFonts w:ascii="Cambria Math" w:hAnsi="Cambria Math" w:cs="Cambria Math"/>
          </w:rPr>
          <m:t xml:space="preserve">K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sSup>
          <m:e>
            <m:r>
              <w:rPr>
                <w:rFonts w:ascii="Cambria Math" w:hAnsi="Cambria Math" w:cs="Cambria Math"/>
              </w:rPr>
              <m:t xml:space="preserve">x</m:t>
            </m:r>
          </m:e>
          <m:sup>
            <m:r>
              <w:rPr>
                <w:rFonts w:ascii="Cambria Math" w:hAnsi="Cambria Math" w:cs="Cambria Math"/>
              </w:rPr>
              <m:t xml:space="preserve">2</m:t>
            </m:r>
          </m:sup>
        </m:sSup>
      </m:oMath>
      <w:r>
        <w:rPr>
          <w:rFonts w:ascii="Amiri" w:hAnsi="Amiri" w:cs="Amiri"/>
          <w:rtl/>
        </w:rPr>
        <w:t xml:space="preserve"> ، إذن البيان خط مستقيم معامل توجيهه </w:t>
      </w:r>
      <m:oMath>
        <m:f>
          <m:num>
            <m:r>
              <w:rPr>
                <w:rFonts w:ascii="Cambria Math" w:hAnsi="Cambria Math" w:cs="Cambria Math"/>
              </w:rPr>
              <m:t xml:space="preserve">K</m:t>
            </m:r>
          </m:num>
          <m:den>
            <m:r>
              <w:rPr>
                <w:rFonts w:ascii="Cambria Math" w:hAnsi="Cambria Math" w:cs="Cambria Math"/>
              </w:rPr>
              <m:t xml:space="preserve">2</m:t>
            </m:r>
          </m:den>
        </m:f>
      </m:oMath>
      <w:r>
        <w:rPr>
          <w:rFonts w:ascii="Amiri" w:hAnsi="Amiri" w:cs="Amiri"/>
          <w:rtl/>
        </w:rPr>
        <w:t xml:space="preserve"> :</w:t>
      </w:r>
    </w:p>
    <w:p>
      <w:pPr>
        <w:bidi/>
        <w:spacing w:before="40" w:after="80"/>
        <w:ind w:start="0" w:end="0"/>
        <w:jc w:val="center"/>
      </w:pPr>
      <m:oMathPara>
        <m:oMathParaPr>
          <m:jc m:val="center"/>
        </m:oMathParaPr>
        <m:oMath>
          <m:r>
            <w:rPr>
              <w:rFonts w:ascii="Cambria Math" w:hAnsi="Cambria Math" w:cs="Cambria Math"/>
            </w:rPr>
            <m:t xml:space="preserve">K = </m:t>
          </m:r>
          <m:f>
            <m:num>
              <m:r>
                <w:rPr>
                  <w:rFonts w:ascii="Cambria Math" w:hAnsi="Cambria Math" w:cs="Cambria Math"/>
                </w:rPr>
                <m:t xml:space="preserve">2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 </m:t>
              </m:r>
              <m:sSub>
                <m:e>
                  <m:r>
                    <w:rPr>
                      <w:rFonts w:ascii="Cambria Math" w:hAnsi="Cambria Math" w:cs="Cambria Math"/>
                    </w:rPr>
                    <m:t xml:space="preserve">E</m:t>
                  </m:r>
                </m:e>
                <m:sub>
                  <m:r>
                    <w:rPr>
                      <w:rFonts w:ascii="Cambria Math" w:hAnsi="Cambria Math" w:cs="Cambria Math"/>
                    </w:rPr>
                    <m:t xml:space="preserve">peE</m:t>
                  </m:r>
                </m:sub>
              </m:sSub>
            </m:num>
            <m:den>
              <m:sSubSup>
                <m:e>
                  <m:r>
                    <w:rPr>
                      <w:rFonts w:ascii="Cambria Math" w:hAnsi="Cambria Math" w:cs="Cambria Math"/>
                    </w:rPr>
                    <m:t xml:space="preserve">x</m:t>
                  </m:r>
                </m:e>
                <m:sub>
                  <m:r>
                    <w:rPr>
                      <w:rFonts w:ascii="Cambria Math" w:hAnsi="Cambria Math" w:cs="Cambria Math"/>
                    </w:rPr>
                    <m:t xml:space="preserve">0</m:t>
                  </m:r>
                </m:sub>
                <m:sup>
                  <m:r>
                    <w:rPr>
                      <w:rFonts w:ascii="Cambria Math" w:hAnsi="Cambria Math" w:cs="Cambria Math"/>
                    </w:rPr>
                    <m:t xml:space="preserve">2</m:t>
                  </m:r>
                </m:sup>
              </m:sSubSup>
            </m:den>
          </m:f>
          <m:r>
            <w:rPr>
              <w:rFonts w:ascii="Cambria Math" w:hAnsi="Cambria Math" w:cs="Cambria Math"/>
            </w:rPr>
            <m:t xml:space="preserve"> = </m:t>
          </m:r>
          <m:f>
            <m:num>
              <m:r>
                <w:rPr>
                  <w:rFonts w:ascii="Cambria Math" w:hAnsi="Cambria Math" w:cs="Cambria Math"/>
                </w:rPr>
                <m:t xml:space="preserve">2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×</m:t>
              </m:r>
              <m:r>
                <w:rPr>
                  <w:rFonts w:ascii="Cambria Math" w:hAnsi="Cambria Math" w:cs="Cambria Math"/>
                </w:rPr>
                <m:t xml:space="preserve"> 1,15</m:t>
              </m:r>
            </m:num>
            <m:den>
              <m:r>
                <w:rPr>
                  <w:rFonts w:ascii="Cambria Math" w:hAnsi="Cambria Math" w:cs="Cambria Math"/>
                </w:rPr>
                <m:t xml:space="preserve">2,25 </m:t>
              </m:r>
              <m:r>
                <m:rPr>
                  <m:lit/>
                  <m:sty m:val="p"/>
                </m:rPr>
                <w:rPr>
                  <w:rFonts w:ascii="Cambria Math" w:hAnsi="Cambria Math" w:cs="Cambria Math"/>
                  <w:i w:val="0"/>
                  <w:iCs w:val="0"/>
                </w:rPr>
                <m:t xml:space="preserve">×</m:t>
              </m:r>
              <m:r>
                <w:rPr>
                  <w:rFonts w:ascii="Cambria Math" w:hAnsi="Cambria Math" w:cs="Cambria Math"/>
                </w:rPr>
                <m:t xml:space="preserve"> 1</m:t>
              </m:r>
              <m:sSup>
                <m:e>
                  <m:r>
                    <w:rPr>
                      <w:rFonts w:ascii="Cambria Math" w:hAnsi="Cambria Math" w:cs="Cambria Math"/>
                    </w:rPr>
                    <m:t xml:space="preserve">0</m:t>
                  </m:r>
                </m:e>
                <m:sup>
                  <m:r>
                    <w:rPr>
                      <w:rFonts w:ascii="Cambria Math" w:hAnsi="Cambria Math" w:cs="Cambria Math"/>
                    </w:rPr>
                    <m:t xml:space="preserve">−2</m:t>
                  </m:r>
                </m:sup>
              </m:sSup>
            </m:den>
          </m:f>
          <m:r>
            <w:rPr>
              <w:rFonts w:ascii="Cambria Math" w:hAnsi="Cambria Math" w:cs="Cambria Math"/>
            </w:rPr>
            <m:t xml:space="preserve">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≈</m:t>
          </m:r>
          <m:r>
            <w:rPr>
              <w:rFonts w:ascii="Cambria Math" w:hAnsi="Cambria Math" w:cs="Cambria Math"/>
            </w:rPr>
            <m:t xml:space="preserve"> 102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 </m:t>
          </m:r>
          <m:r>
            <m:rPr>
              <m:lit/>
              <m:sty m:val="p"/>
            </m:rPr>
            <w:rPr>
              <w:rFonts w:ascii="Cambria Math" w:hAnsi="Cambria Math" w:cs="Cambria Math"/>
              <w:i w:val="0"/>
              <w:iCs w:val="0"/>
            </w:rPr>
            <m:t xml:space="preserve">N/m</m:t>
          </m:r>
        </m:oMath>
      </m:oMathPara>
    </w:p>
    <w:p>
      <w:pPr>
        <w:bidi/>
        <w:spacing w:before="40" w:after="60"/>
        <w:ind w:start="1020" w:end="0" w:hanging="510"/>
      </w:pPr>
      <w:r>
        <w:rPr>
          <w:rFonts w:ascii="Amiri" w:hAnsi="Amiri" w:cs="Amiri"/>
          <w:b/>
          <w:bCs/>
          <w:color w:val="1F3864"/>
          <w:rtl/>
        </w:rPr>
        <w:t>د-</w:t>
      </w:r>
      <w:r>
        <w:tab/>
      </w:r>
      <m:oMath>
        <m:r>
          <w:rPr>
            <w:rFonts w:ascii="Cambria Math" w:hAnsi="Cambria Math" w:cs="Cambria Math"/>
          </w:rPr>
          <m:t xml:space="preserve">T = K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sSub>
          <m:e>
            <m:r>
              <w:rPr>
                <w:rFonts w:ascii="Cambria Math" w:hAnsi="Cambria Math" w:cs="Cambria Math"/>
              </w:rPr>
              <m:t xml:space="preserve">x</m:t>
            </m:r>
          </m:e>
          <m:sub>
            <m:r>
              <w:rPr>
                <w:rFonts w:ascii="Cambria Math" w:hAnsi="Cambria Math" w:cs="Cambria Math"/>
              </w:rPr>
              <m:t xml:space="preserve">0</m:t>
            </m:r>
          </m:sub>
        </m:sSub>
        <m:r>
          <w:rPr>
            <w:rFonts w:ascii="Cambria Math" w:hAnsi="Cambria Math" w:cs="Cambria Math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≈</m:t>
        </m:r>
        <m:r>
          <w:rPr>
            <w:rFonts w:ascii="Cambria Math" w:hAnsi="Cambria Math" w:cs="Cambria Math"/>
          </w:rPr>
          <m:t xml:space="preserve"> 102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×</m:t>
        </m:r>
        <m:r>
          <w:rPr>
            <w:rFonts w:ascii="Cambria Math" w:hAnsi="Cambria Math" w:cs="Cambria Math"/>
          </w:rPr>
          <m:t xml:space="preserve"> 0,15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≈</m:t>
        </m:r>
        <m:r>
          <w:rPr>
            <w:rFonts w:ascii="Cambria Math" w:hAnsi="Cambria Math" w:cs="Cambria Math"/>
          </w:rPr>
          <m:t xml:space="preserve"> 15,3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N</m:t>
        </m:r>
      </m:oMath>
    </w:p>
    <w:p>
      <w:pPr>
        <w:bidi/>
        <w:spacing w:before="40" w:after="80"/>
        <w:ind w:start="0" w:end="0"/>
      </w:pPr>
      <w:r>
        <w:rPr>
          <w:rFonts w:ascii="Amiri" w:hAnsi="Amiri" w:cs="Amiri"/>
          <w:b/>
          <w:bCs/>
          <w:rtl/>
        </w:rPr>
        <w:t>تحقق:</w:t>
      </w:r>
      <w:r>
        <w:rPr>
          <w:rFonts w:ascii="Amiri" w:hAnsi="Amiri" w:cs="Amiri"/>
          <w:rtl/>
        </w:rPr>
        <w:t xml:space="preserve"> بتطبيق مبدأ انحفاظ الطاقة على الجملة (جسم + نابض) بين </w:t>
      </w:r>
      <m:oMath>
        <m:r>
          <w:rPr>
            <w:rFonts w:ascii="Cambria Math" w:hAnsi="Cambria Math" w:cs="Cambria Math"/>
          </w:rPr>
          <m:t xml:space="preserve">D</m:t>
        </m:r>
      </m:oMath>
      <w:r>
        <w:rPr>
          <w:rFonts w:ascii="Amiri" w:hAnsi="Amiri" w:cs="Amiri"/>
          <w:rtl/>
        </w:rPr>
        <w:t xml:space="preserve"> و </w:t>
      </w:r>
      <m:oMath>
        <m:r>
          <w:rPr>
            <w:rFonts w:ascii="Cambria Math" w:hAnsi="Cambria Math" w:cs="Cambria Math"/>
          </w:rPr>
          <m:t xml:space="preserve">E</m:t>
        </m:r>
      </m:oMath>
      <w:r>
        <w:rPr>
          <w:rFonts w:ascii="Amiri" w:hAnsi="Amiri" w:cs="Amiri"/>
          <w:rtl/>
        </w:rPr>
        <w:t xml:space="preserve"> : </w:t>
      </w:r>
      <m:oMath>
        <m:sSub>
          <m:e>
            <m:r>
              <w:rPr>
                <w:rFonts w:ascii="Cambria Math" w:hAnsi="Cambria Math" w:cs="Cambria Math"/>
              </w:rPr>
              <m:t xml:space="preserve">E</m:t>
            </m:r>
          </m:e>
          <m:sub>
            <m:r>
              <w:rPr>
                <w:rFonts w:ascii="Cambria Math" w:hAnsi="Cambria Math" w:cs="Cambria Math"/>
              </w:rPr>
              <m:t xml:space="preserve">peE</m:t>
            </m:r>
          </m:sub>
        </m:sSub>
        <m:r>
          <w:rPr>
            <w:rFonts w:ascii="Cambria Math" w:hAnsi="Cambria Math" w:cs="Cambria Math"/>
          </w:rPr>
          <m:t xml:space="preserve"> = </m:t>
        </m:r>
        <m:sSub>
          <m:e>
            <m:r>
              <w:rPr>
                <w:rFonts w:ascii="Cambria Math" w:hAnsi="Cambria Math" w:cs="Cambria Math"/>
              </w:rPr>
              <m:t xml:space="preserve">E</m:t>
            </m:r>
          </m:e>
          <m:sub>
            <m:r>
              <w:rPr>
                <w:rFonts w:ascii="Cambria Math" w:hAnsi="Cambria Math" w:cs="Cambria Math"/>
              </w:rPr>
              <m:t xml:space="preserve">cD</m:t>
            </m:r>
          </m:sub>
        </m:sSub>
        <m:r>
          <w:rPr>
            <w:rFonts w:ascii="Cambria Math" w:hAnsi="Cambria Math" w:cs="Cambria Math"/>
          </w:rPr>
          <m:t xml:space="preserve"> + m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w:rPr>
            <w:rFonts w:ascii="Cambria Math" w:hAnsi="Cambria Math" w:cs="Cambria Math"/>
          </w:rPr>
          <m:t xml:space="preserve">g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sSub>
          <m:e>
            <m:r>
              <w:rPr>
                <w:rFonts w:ascii="Cambria Math" w:hAnsi="Cambria Math" w:cs="Cambria Math"/>
              </w:rPr>
              <m:t xml:space="preserve">x</m:t>
            </m:r>
          </m:e>
          <m:sub>
            <m:r>
              <w:rPr>
                <w:rFonts w:ascii="Cambria Math" w:hAnsi="Cambria Math" w:cs="Cambria Math"/>
              </w:rPr>
              <m:t xml:space="preserve">0</m:t>
            </m:r>
          </m:sub>
        </m:sSub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sin</m:t>
        </m:r>
        <m:r>
          <w:rPr>
            <w:rFonts w:ascii="Cambria Math" w:hAnsi="Cambria Math" w:cs="Cambria Math"/>
          </w:rPr>
          <m:t xml:space="preserve">β = 1 + 0,2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×</m:t>
        </m:r>
        <m:r>
          <w:rPr>
            <w:rFonts w:ascii="Cambria Math" w:hAnsi="Cambria Math" w:cs="Cambria Math"/>
          </w:rPr>
          <m:t xml:space="preserve"> 10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×</m:t>
        </m:r>
        <m:r>
          <w:rPr>
            <w:rFonts w:ascii="Cambria Math" w:hAnsi="Cambria Math" w:cs="Cambria Math"/>
          </w:rPr>
          <m:t xml:space="preserve"> 0,15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×</m:t>
        </m:r>
        <m:r>
          <w:rPr>
            <w:rFonts w:ascii="Cambria Math" w:hAnsi="Cambria Math" w:cs="Cambria Math"/>
          </w:rPr>
          <m:t xml:space="preserve"> 0,5 = 1,15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 </m:t>
        </m:r>
        <m:r>
          <m:rPr>
            <m:lit/>
            <m:sty m:val="p"/>
          </m:rPr>
          <w:rPr>
            <w:rFonts w:ascii="Cambria Math" w:hAnsi="Cambria Math" w:cs="Cambria Math"/>
            <w:i w:val="0"/>
            <w:iCs w:val="0"/>
          </w:rPr>
          <m:t xml:space="preserve">J</m:t>
        </m:r>
      </m:oMath>
      <w:r>
        <w:rPr>
          <w:rFonts w:ascii="Amiri" w:hAnsi="Amiri" w:cs="Amiri"/>
          <w:rtl/>
        </w:rPr>
        <w:t xml:space="preserve"> ، وهي القيمة المقروءة من البيان.</w:t>
      </w:r>
    </w:p>
    <w:p>
      <w:pPr>
        <w:bidi/>
        <w:spacing w:before="40" w:after="80"/>
        <w:ind w:start="0" w:end="0"/>
      </w:pPr>
      <w:r>
        <w:rPr>
          <w:rFonts w:ascii="Amiri" w:hAnsi="Amiri" w:cs="Amiri"/>
          <w:b/>
          <w:bCs/>
          <w:rtl/>
        </w:rPr>
        <w:t>ملاحظة:</w:t>
      </w:r>
      <w:r>
        <w:rPr>
          <w:rFonts w:ascii="Amiri" w:hAnsi="Amiri" w:cs="Amiri"/>
          <w:rtl/>
        </w:rPr>
        <w:t xml:space="preserve"> تقبل القيم المقروءة بيانيا في حدود دقة القراءة.</w:t>
      </w:r>
    </w:p>
    <w:sectPr w:rsidR="00FC693F" w:rsidRPr="0006063C" w:rsidSect="00034616">
      <w:footerReference w:type="default" r:id="rId9"/>
      <w:pgSz w:w="11906" w:h="16838"/>
      <w:pgMar w:top="964" w:right="1077" w:bottom="1020" w:left="1077" w:header="720" w:footer="720" w:gutter="0"/>
      <w:cols w:space="720"/>
      <w:bidi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bidi/>
      <w:jc w:val="center"/>
    </w:pPr>
    <w:r>
      <w:rPr>
        <w:rFonts w:ascii="Amiri" w:hAnsi="Amiri" w:cs="Amiri"/>
        <w:color w:val="5B6472"/>
        <w:sz w:val="20"/>
        <w:szCs w:val="20"/>
        <w:rtl/>
      </w:rPr>
      <w:t xml:space="preserve">الأستاذ تبيب حكيم — www.tebibphysique.com — صفحة </w:t>
    </w:r>
    <w:r>
      <w:rPr>
        <w:rFonts w:ascii="Amiri" w:hAnsi="Amiri" w:cs="Amiri"/>
        <w:color w:val="5B6472"/>
        <w:sz w:val="20"/>
        <w:szCs w:val="20"/>
        <w:rtl/>
      </w:rPr>
      <w:fldChar w:fldCharType="begin"/>
    </w:r>
    <w:r>
      <w:rPr>
        <w:rFonts w:ascii="Amiri" w:hAnsi="Amiri" w:cs="Amiri"/>
        <w:color w:val="5B6472"/>
        <w:sz w:val="20"/>
        <w:szCs w:val="20"/>
        <w:rtl/>
      </w:rPr>
      <w:instrText xml:space="preserve"> PAGE </w:instrText>
    </w:r>
    <w:r>
      <w:rPr>
        <w:rFonts w:ascii="Amiri" w:hAnsi="Amiri" w:cs="Amiri"/>
        <w:color w:val="5B6472"/>
        <w:sz w:val="20"/>
        <w:szCs w:val="20"/>
        <w:rtl/>
      </w:rPr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0" w:after="80" w:line="288" w:lineRule="auto"/>
    </w:pPr>
    <w:rPr>
      <w:rFonts w:ascii="Amiri" w:hAnsi="Amiri" w:cs="Amiri" w:eastAsia="Amiri"/>
      <w:sz w:val="25"/>
      <w:szCs w:val="25"/>
      <w:lang w:val="fr-FR" w:bidi="ar-DZ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21" Type="http://schemas.openxmlformats.org/officeDocument/2006/relationships/image" Target="media/image12.png"/><Relationship Id="rId22" Type="http://schemas.openxmlformats.org/officeDocument/2006/relationships/image" Target="media/image13.png"/><Relationship Id="rId23" Type="http://schemas.openxmlformats.org/officeDocument/2006/relationships/image" Target="media/image14.png"/><Relationship Id="rId24" Type="http://schemas.openxmlformats.org/officeDocument/2006/relationships/image" Target="media/image15.png"/><Relationship Id="rId25" Type="http://schemas.openxmlformats.org/officeDocument/2006/relationships/image" Target="media/image16.png"/><Relationship Id="rId26" Type="http://schemas.openxmlformats.org/officeDocument/2006/relationships/image" Target="media/image17.png"/><Relationship Id="rId27" Type="http://schemas.openxmlformats.org/officeDocument/2006/relationships/image" Target="media/image18.png"/><Relationship Id="rId28" Type="http://schemas.openxmlformats.org/officeDocument/2006/relationships/image" Target="media/image19.png"/><Relationship Id="rId29" Type="http://schemas.openxmlformats.org/officeDocument/2006/relationships/image" Target="media/image20.png"/><Relationship Id="rId30" Type="http://schemas.openxmlformats.org/officeDocument/2006/relationships/image" Target="media/image21.png"/><Relationship Id="rId31" Type="http://schemas.openxmlformats.org/officeDocument/2006/relationships/image" Target="media/image22.png"/><Relationship Id="rId32" Type="http://schemas.openxmlformats.org/officeDocument/2006/relationships/image" Target="media/image23.png"/><Relationship Id="rId33" Type="http://schemas.openxmlformats.org/officeDocument/2006/relationships/image" Target="media/image24.png"/><Relationship Id="rId34" Type="http://schemas.openxmlformats.org/officeDocument/2006/relationships/image" Target="media/image25.png"/><Relationship Id="rId35" Type="http://schemas.openxmlformats.org/officeDocument/2006/relationships/image" Target="media/image26.png"/><Relationship Id="rId36" Type="http://schemas.openxmlformats.org/officeDocument/2006/relationships/image" Target="media/image2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تمارين في الطاقة: مسارات ونوابض - مع التصحيح</dc:title>
  <dc:subject/>
  <dc:creator>الأستاذ تبيب حكيم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